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C1A2" w14:textId="6681EE88" w:rsidR="00032CB0" w:rsidRDefault="003B7E0F">
      <w:pPr>
        <w:pStyle w:val="Heading1"/>
      </w:pPr>
      <w:r>
        <w:fldChar w:fldCharType="begin"/>
      </w:r>
      <w:r>
        <w:instrText xml:space="preserve"> INCLUDEPICTURE "https://chatgpt.com/backend-api/estuary/content?id=file_00000000471071f48b46521cf841560e&amp;ts=493834&amp;p=fs&amp;cid=1&amp;sig=75d08c23eedcd21bca4184c23600f4c125a59a5b06ccf42369911a1a1365d277&amp;v=0" \* MERGEFORMATINET </w:instrText>
      </w:r>
      <w:r>
        <w:fldChar w:fldCharType="separate"/>
      </w:r>
      <w:r>
        <w:rPr>
          <w:noProof/>
        </w:rPr>
        <mc:AlternateContent>
          <mc:Choice Requires="wps">
            <w:drawing>
              <wp:inline distT="0" distB="0" distL="0" distR="0" wp14:anchorId="244AED0F" wp14:editId="54B6BF41">
                <wp:extent cx="302895" cy="302895"/>
                <wp:effectExtent l="0" t="0" r="0" b="0"/>
                <wp:docPr id="916842506" name="Rectangle 1" descr="Generated image: Career social workbook design over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567CA" id="Rectangle 1" o:spid="_x0000_s1026" alt="Generated image: Career social workbook design overview"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fldChar w:fldCharType="end"/>
      </w:r>
      <w:r>
        <w:rPr>
          <w:noProof/>
        </w:rPr>
        <w:drawing>
          <wp:inline distT="0" distB="0" distL="0" distR="0" wp14:anchorId="631CFF62" wp14:editId="7F5E7A2C">
            <wp:extent cx="6372860" cy="9006840"/>
            <wp:effectExtent l="0" t="0" r="2540" b="0"/>
            <wp:docPr id="1796428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28494" name="Picture 1796428494"/>
                    <pic:cNvPicPr/>
                  </pic:nvPicPr>
                  <pic:blipFill>
                    <a:blip r:embed="rId8"/>
                    <a:stretch>
                      <a:fillRect/>
                    </a:stretch>
                  </pic:blipFill>
                  <pic:spPr>
                    <a:xfrm>
                      <a:off x="0" y="0"/>
                      <a:ext cx="6372860" cy="9006840"/>
                    </a:xfrm>
                    <a:prstGeom prst="rect">
                      <a:avLst/>
                    </a:prstGeom>
                  </pic:spPr>
                </pic:pic>
              </a:graphicData>
            </a:graphic>
          </wp:inline>
        </w:drawing>
      </w:r>
      <w:r w:rsidR="00000000">
        <w:lastRenderedPageBreak/>
        <w:t>How to Use This Workbook</w:t>
      </w:r>
    </w:p>
    <w:p w14:paraId="40E32CD5" w14:textId="77777777" w:rsidR="00032CB0" w:rsidRDefault="00000000">
      <w:r>
        <w:t>This workbook is designed to sit alongside the Career Social CV Writing Guide. The guide explains the thinking; this workbook helps you apply it. Work through the sections in order and use the spaces provided to gather detail, reflect, plan, draft, and refine.</w:t>
      </w:r>
    </w:p>
    <w:tbl>
      <w:tblPr>
        <w:tblW w:w="0" w:type="auto"/>
        <w:jc w:val="center"/>
        <w:tblLook w:val="04A0" w:firstRow="1" w:lastRow="0" w:firstColumn="1" w:lastColumn="0" w:noHBand="0" w:noVBand="1"/>
      </w:tblPr>
      <w:tblGrid>
        <w:gridCol w:w="10368"/>
      </w:tblGrid>
      <w:tr w:rsidR="00032CB0" w14:paraId="1CF79873" w14:textId="77777777">
        <w:trPr>
          <w:jc w:val="center"/>
        </w:trPr>
        <w:tc>
          <w:tcPr>
            <w:tcW w:w="10368" w:type="dxa"/>
            <w:shd w:val="clear" w:color="auto" w:fill="EAF7F8"/>
          </w:tcPr>
          <w:p w14:paraId="663BBE12" w14:textId="099BC405" w:rsidR="00032CB0" w:rsidRDefault="00000000">
            <w:r>
              <w:rPr>
                <w:b/>
                <w:color w:val="0A1744"/>
              </w:rPr>
              <w:t>Important</w:t>
            </w:r>
            <w:r>
              <w:rPr>
                <w:sz w:val="20"/>
              </w:rPr>
              <w:br/>
              <w:t>Do not treat this as a neat final document. This is your working space</w:t>
            </w:r>
            <w:r w:rsidR="00924AD3">
              <w:rPr>
                <w:sz w:val="20"/>
              </w:rPr>
              <w:t>, m</w:t>
            </w:r>
            <w:r>
              <w:rPr>
                <w:sz w:val="20"/>
              </w:rPr>
              <w:t>essy notes, half-formed examples, rough bullets and crossed-out ideas are all part of the process.</w:t>
            </w:r>
          </w:p>
        </w:tc>
      </w:tr>
    </w:tbl>
    <w:p w14:paraId="61A03A6F" w14:textId="77777777" w:rsidR="00032CB0" w:rsidRDefault="00032CB0"/>
    <w:p w14:paraId="5AEE992D" w14:textId="77777777" w:rsidR="00032CB0" w:rsidRDefault="00000000">
      <w:pPr>
        <w:pStyle w:val="Heading2"/>
      </w:pPr>
      <w:r>
        <w:t>How to get the best from it</w:t>
      </w:r>
    </w:p>
    <w:p w14:paraId="0E773FEC" w14:textId="77777777" w:rsidR="00032CB0" w:rsidRDefault="00000000">
      <w:r>
        <w:t>☐ Read the relevant chapter in the Guide before completing the workbook section</w:t>
      </w:r>
    </w:p>
    <w:p w14:paraId="0FDBFBC8" w14:textId="77777777" w:rsidR="00032CB0" w:rsidRDefault="00000000">
      <w:r>
        <w:t>☐ Pause and gather evidence rather than trying to rely on memory</w:t>
      </w:r>
    </w:p>
    <w:p w14:paraId="0556E03B" w14:textId="77777777" w:rsidR="00032CB0" w:rsidRDefault="00000000">
      <w:r>
        <w:t>☐ Write freely first, refine later</w:t>
      </w:r>
    </w:p>
    <w:p w14:paraId="70E4F03A" w14:textId="77777777" w:rsidR="00032CB0" w:rsidRDefault="00000000">
      <w:r>
        <w:t>☐ Use real examples wherever possible</w:t>
      </w:r>
    </w:p>
    <w:p w14:paraId="19E0D523" w14:textId="77777777" w:rsidR="00032CB0" w:rsidRDefault="00000000">
      <w:r>
        <w:t>☐ Return to earlier sections as new thoughts surface</w:t>
      </w:r>
    </w:p>
    <w:p w14:paraId="615D6120" w14:textId="77777777" w:rsidR="00032CB0" w:rsidRDefault="00000000">
      <w:r>
        <w:t>☐ Keep job adverts nearby so your answers stay aligned to your target direction</w:t>
      </w:r>
    </w:p>
    <w:p w14:paraId="5663F86B" w14:textId="77777777" w:rsidR="00032CB0" w:rsidRDefault="00000000">
      <w:pPr>
        <w:pStyle w:val="Heading2"/>
      </w:pPr>
      <w:r>
        <w:t>What to add to your own copy</w:t>
      </w:r>
    </w:p>
    <w:p w14:paraId="543DFB02" w14:textId="77777777" w:rsidR="00032CB0" w:rsidRDefault="00000000">
      <w:r>
        <w:t>☐ A printed target job advert</w:t>
      </w:r>
    </w:p>
    <w:p w14:paraId="68D36945" w14:textId="77777777" w:rsidR="00032CB0" w:rsidRDefault="00000000">
      <w:r>
        <w:t>☐ Notes from performance reviews or appraisals</w:t>
      </w:r>
    </w:p>
    <w:p w14:paraId="117A6B57" w14:textId="77777777" w:rsidR="00032CB0" w:rsidRDefault="00000000">
      <w:r>
        <w:t>☐ A list of target job titles</w:t>
      </w:r>
    </w:p>
    <w:p w14:paraId="207491F8" w14:textId="77777777" w:rsidR="00032CB0" w:rsidRDefault="00000000">
      <w:r>
        <w:t>☐ Examples of praise, recognition, metrics or feedback</w:t>
      </w:r>
    </w:p>
    <w:p w14:paraId="331094C3" w14:textId="77777777" w:rsidR="00032CB0" w:rsidRDefault="00000000">
      <w:r>
        <w:t>☐ A copy of your current CV</w:t>
      </w:r>
    </w:p>
    <w:p w14:paraId="1E27C320" w14:textId="77777777" w:rsidR="00032CB0" w:rsidRDefault="00000000">
      <w:r>
        <w:t>☐ A blank master CV document to build from after completing this workbook</w:t>
      </w:r>
    </w:p>
    <w:p w14:paraId="0351BCA6" w14:textId="77777777" w:rsidR="00B44F11" w:rsidRPr="00B44F11" w:rsidRDefault="00B44F11" w:rsidP="00B44F11">
      <w:pPr>
        <w:pStyle w:val="NoSpacing"/>
        <w:rPr>
          <w:rFonts w:ascii="Aptos" w:hAnsi="Aptos"/>
          <w:b/>
          <w:bCs/>
          <w:sz w:val="21"/>
          <w:szCs w:val="21"/>
        </w:rPr>
      </w:pPr>
      <w:r w:rsidRPr="00B44F11">
        <w:rPr>
          <w:rFonts w:ascii="Aptos" w:hAnsi="Aptos"/>
          <w:b/>
          <w:bCs/>
          <w:sz w:val="21"/>
          <w:szCs w:val="21"/>
        </w:rPr>
        <w:t>Disclaimer &amp; Copyright | The legal bit</w:t>
      </w:r>
    </w:p>
    <w:p w14:paraId="71BED3A4" w14:textId="77777777" w:rsidR="00B44F11" w:rsidRPr="00B44F11" w:rsidRDefault="00B44F11" w:rsidP="00B44F11">
      <w:pPr>
        <w:pStyle w:val="NoSpacing"/>
        <w:rPr>
          <w:rFonts w:ascii="Aptos" w:hAnsi="Aptos"/>
          <w:sz w:val="21"/>
          <w:szCs w:val="21"/>
        </w:rPr>
      </w:pPr>
      <w:r w:rsidRPr="00B44F11">
        <w:rPr>
          <w:rFonts w:ascii="Aptos" w:hAnsi="Aptos"/>
          <w:sz w:val="21"/>
          <w:szCs w:val="21"/>
        </w:rPr>
        <w:t>This workbook is provided as part of the Career Social resource library and is intended for personal learning, reflection, and job search preparation only.</w:t>
      </w:r>
    </w:p>
    <w:p w14:paraId="40CA2248" w14:textId="77777777" w:rsidR="00B44F11" w:rsidRPr="00B44F11" w:rsidRDefault="00B44F11" w:rsidP="00B44F11">
      <w:pPr>
        <w:pStyle w:val="NoSpacing"/>
        <w:rPr>
          <w:rFonts w:ascii="Aptos" w:hAnsi="Aptos"/>
          <w:sz w:val="21"/>
          <w:szCs w:val="21"/>
        </w:rPr>
      </w:pPr>
      <w:r w:rsidRPr="00B44F11">
        <w:rPr>
          <w:rFonts w:ascii="Aptos" w:hAnsi="Aptos"/>
          <w:sz w:val="21"/>
          <w:szCs w:val="21"/>
        </w:rPr>
        <w:t>No part of this workbook may be reproduced, copied, distributed, shared, stored in a retrieval system, uploaded to third-party platforms, sold, adapted, or transmitted in any form or by any means without prior written permission from PCVW Ltd, except for brief quotations used for non-commercial purposes with appropriate credit.</w:t>
      </w:r>
    </w:p>
    <w:p w14:paraId="2591FDB3" w14:textId="77777777" w:rsidR="00B44F11" w:rsidRPr="00B44F11" w:rsidRDefault="00B44F11" w:rsidP="00B44F11">
      <w:pPr>
        <w:pStyle w:val="NoSpacing"/>
        <w:rPr>
          <w:rFonts w:ascii="Aptos" w:hAnsi="Aptos"/>
          <w:sz w:val="21"/>
          <w:szCs w:val="21"/>
        </w:rPr>
      </w:pPr>
      <w:r w:rsidRPr="00B44F11">
        <w:rPr>
          <w:rFonts w:ascii="Aptos" w:hAnsi="Aptos"/>
          <w:sz w:val="21"/>
          <w:szCs w:val="21"/>
        </w:rPr>
        <w:t>This workbook is intended for informational and educational purposes only. While every effort has been made to provide practical, relevant, and professional guidance, Career Social and PCVW Ltd make no guarantees regarding job search outcomes, interview invitations, job offers, salary increases, or employment success.</w:t>
      </w:r>
    </w:p>
    <w:p w14:paraId="6CBE71D3" w14:textId="77777777" w:rsidR="00B44F11" w:rsidRPr="00B44F11" w:rsidRDefault="00B44F11" w:rsidP="00B44F11">
      <w:pPr>
        <w:pStyle w:val="NoSpacing"/>
        <w:rPr>
          <w:rFonts w:ascii="Aptos" w:hAnsi="Aptos"/>
          <w:sz w:val="21"/>
          <w:szCs w:val="21"/>
        </w:rPr>
      </w:pPr>
      <w:r w:rsidRPr="00B44F11">
        <w:rPr>
          <w:rFonts w:ascii="Aptos" w:hAnsi="Aptos"/>
          <w:sz w:val="21"/>
          <w:szCs w:val="21"/>
        </w:rPr>
        <w:t>The exercises, prompts, examples, and templates are designed to support your thinking and preparation. They should be adapted to your own experience, circumstances, career goals, and target roles.</w:t>
      </w:r>
    </w:p>
    <w:p w14:paraId="61219586" w14:textId="77777777" w:rsidR="00B44F11" w:rsidRPr="00B44F11" w:rsidRDefault="00B44F11" w:rsidP="00B44F11">
      <w:pPr>
        <w:pStyle w:val="NoSpacing"/>
        <w:rPr>
          <w:rFonts w:ascii="Aptos" w:hAnsi="Aptos"/>
          <w:sz w:val="21"/>
          <w:szCs w:val="21"/>
        </w:rPr>
      </w:pPr>
      <w:r w:rsidRPr="00B44F11">
        <w:rPr>
          <w:rFonts w:ascii="Aptos" w:hAnsi="Aptos"/>
          <w:sz w:val="21"/>
          <w:szCs w:val="21"/>
        </w:rPr>
        <w:t>Career Social and PCVW Ltd accept no responsibility for any loss, damage, missed opportunity, or disruption arising from the use of this workbook or any decisions made based on its content.</w:t>
      </w:r>
    </w:p>
    <w:p w14:paraId="607228D8" w14:textId="77777777" w:rsidR="00B44F11" w:rsidRPr="00B44F11" w:rsidRDefault="00B44F11" w:rsidP="00B44F11">
      <w:pPr>
        <w:pStyle w:val="NoSpacing"/>
        <w:rPr>
          <w:rFonts w:ascii="Aptos" w:hAnsi="Aptos"/>
          <w:sz w:val="21"/>
          <w:szCs w:val="21"/>
        </w:rPr>
      </w:pPr>
      <w:r w:rsidRPr="00B44F11">
        <w:rPr>
          <w:rFonts w:ascii="Aptos" w:hAnsi="Aptos"/>
          <w:sz w:val="21"/>
          <w:szCs w:val="21"/>
        </w:rPr>
        <w:t>All trademarks, company names, brand names, and third-party references remain the property of their respective owners and are used for illustrative or educational purposes only.</w:t>
      </w:r>
    </w:p>
    <w:p w14:paraId="1695C747" w14:textId="77777777" w:rsidR="00B44F11" w:rsidRPr="00B44F11" w:rsidRDefault="00B44F11" w:rsidP="00B44F11">
      <w:pPr>
        <w:pStyle w:val="NoSpacing"/>
        <w:rPr>
          <w:rFonts w:ascii="Aptos" w:hAnsi="Aptos"/>
          <w:sz w:val="21"/>
          <w:szCs w:val="21"/>
        </w:rPr>
      </w:pPr>
      <w:r w:rsidRPr="00B44F11">
        <w:rPr>
          <w:rFonts w:ascii="Aptos" w:hAnsi="Aptos"/>
          <w:sz w:val="21"/>
          <w:szCs w:val="21"/>
        </w:rPr>
        <w:t>© PCVW Ltd trading as Career Social. All rights reserved.</w:t>
      </w:r>
    </w:p>
    <w:p w14:paraId="767564A2" w14:textId="77777777" w:rsidR="00032CB0" w:rsidRDefault="00000000">
      <w:pPr>
        <w:pStyle w:val="Heading1"/>
      </w:pPr>
      <w:r>
        <w:lastRenderedPageBreak/>
        <w:t>Contents</w:t>
      </w:r>
    </w:p>
    <w:p w14:paraId="10A29C08" w14:textId="77777777" w:rsidR="00032CB0" w:rsidRDefault="00000000" w:rsidP="00924AD3">
      <w:pPr>
        <w:pStyle w:val="NoSpacing"/>
        <w:rPr>
          <w:rFonts w:ascii="Aptos" w:hAnsi="Aptos"/>
          <w:sz w:val="21"/>
          <w:szCs w:val="21"/>
        </w:rPr>
      </w:pPr>
      <w:r w:rsidRPr="00924AD3">
        <w:rPr>
          <w:rFonts w:ascii="Aptos" w:hAnsi="Aptos"/>
          <w:sz w:val="21"/>
          <w:szCs w:val="21"/>
        </w:rPr>
        <w:t>Chapter 1 | The reality of a CV in today’s job market</w:t>
      </w:r>
    </w:p>
    <w:p w14:paraId="05F4DDF7" w14:textId="77777777" w:rsidR="00924AD3" w:rsidRPr="00924AD3" w:rsidRDefault="00924AD3" w:rsidP="00924AD3">
      <w:pPr>
        <w:pStyle w:val="NoSpacing"/>
        <w:rPr>
          <w:rFonts w:ascii="Aptos" w:hAnsi="Aptos"/>
          <w:sz w:val="10"/>
          <w:szCs w:val="10"/>
        </w:rPr>
      </w:pPr>
    </w:p>
    <w:p w14:paraId="49489814" w14:textId="77777777" w:rsidR="00032CB0" w:rsidRPr="00924AD3" w:rsidRDefault="00000000" w:rsidP="00924AD3">
      <w:pPr>
        <w:pStyle w:val="NoSpacing"/>
        <w:rPr>
          <w:rFonts w:ascii="Aptos" w:hAnsi="Aptos"/>
          <w:sz w:val="21"/>
          <w:szCs w:val="21"/>
        </w:rPr>
      </w:pPr>
      <w:r w:rsidRPr="00924AD3">
        <w:rPr>
          <w:rFonts w:ascii="Aptos" w:hAnsi="Aptos"/>
          <w:sz w:val="21"/>
          <w:szCs w:val="21"/>
        </w:rPr>
        <w:t>Chapter 2 | Why your CV is not getting results</w:t>
      </w:r>
    </w:p>
    <w:p w14:paraId="35179EA9" w14:textId="77777777" w:rsidR="00924AD3" w:rsidRPr="00924AD3" w:rsidRDefault="00924AD3" w:rsidP="00924AD3">
      <w:pPr>
        <w:pStyle w:val="NoSpacing"/>
        <w:rPr>
          <w:rFonts w:ascii="Aptos" w:hAnsi="Aptos"/>
          <w:sz w:val="10"/>
          <w:szCs w:val="10"/>
        </w:rPr>
      </w:pPr>
    </w:p>
    <w:p w14:paraId="00FF0173" w14:textId="1DF402AE" w:rsidR="00032CB0" w:rsidRPr="00924AD3" w:rsidRDefault="00000000" w:rsidP="00924AD3">
      <w:pPr>
        <w:pStyle w:val="NoSpacing"/>
        <w:rPr>
          <w:rFonts w:ascii="Aptos" w:hAnsi="Aptos"/>
          <w:sz w:val="21"/>
          <w:szCs w:val="21"/>
        </w:rPr>
      </w:pPr>
      <w:r w:rsidRPr="00924AD3">
        <w:rPr>
          <w:rFonts w:ascii="Aptos" w:hAnsi="Aptos"/>
          <w:sz w:val="21"/>
          <w:szCs w:val="21"/>
        </w:rPr>
        <w:t>Chapter 3 | Defining your direction BEFORE you write anything</w:t>
      </w:r>
    </w:p>
    <w:p w14:paraId="5F89D737" w14:textId="77777777" w:rsidR="00924AD3" w:rsidRPr="00924AD3" w:rsidRDefault="00924AD3" w:rsidP="00924AD3">
      <w:pPr>
        <w:pStyle w:val="NoSpacing"/>
        <w:rPr>
          <w:rFonts w:ascii="Aptos" w:hAnsi="Aptos"/>
          <w:sz w:val="10"/>
          <w:szCs w:val="10"/>
        </w:rPr>
      </w:pPr>
    </w:p>
    <w:p w14:paraId="51E74582" w14:textId="0E07E286" w:rsidR="00032CB0" w:rsidRPr="00924AD3" w:rsidRDefault="00000000" w:rsidP="00924AD3">
      <w:pPr>
        <w:pStyle w:val="NoSpacing"/>
        <w:rPr>
          <w:rFonts w:ascii="Aptos" w:hAnsi="Aptos"/>
          <w:sz w:val="21"/>
          <w:szCs w:val="21"/>
        </w:rPr>
      </w:pPr>
      <w:r w:rsidRPr="00924AD3">
        <w:rPr>
          <w:rFonts w:ascii="Aptos" w:hAnsi="Aptos"/>
          <w:sz w:val="21"/>
          <w:szCs w:val="21"/>
        </w:rPr>
        <w:t>Chapter 4 | Identifying your value and experience</w:t>
      </w:r>
    </w:p>
    <w:p w14:paraId="369BB1FC" w14:textId="77777777" w:rsidR="00924AD3" w:rsidRPr="00924AD3" w:rsidRDefault="00924AD3" w:rsidP="00924AD3">
      <w:pPr>
        <w:pStyle w:val="NoSpacing"/>
        <w:rPr>
          <w:rFonts w:ascii="Aptos" w:hAnsi="Aptos"/>
          <w:sz w:val="10"/>
          <w:szCs w:val="10"/>
        </w:rPr>
      </w:pPr>
    </w:p>
    <w:p w14:paraId="306276ED" w14:textId="662E7DE1" w:rsidR="00032CB0" w:rsidRPr="00924AD3" w:rsidRDefault="00000000" w:rsidP="00924AD3">
      <w:pPr>
        <w:pStyle w:val="NoSpacing"/>
        <w:rPr>
          <w:rFonts w:ascii="Aptos" w:hAnsi="Aptos"/>
          <w:sz w:val="21"/>
          <w:szCs w:val="21"/>
        </w:rPr>
      </w:pPr>
      <w:r w:rsidRPr="00924AD3">
        <w:rPr>
          <w:rFonts w:ascii="Aptos" w:hAnsi="Aptos"/>
          <w:sz w:val="21"/>
          <w:szCs w:val="21"/>
        </w:rPr>
        <w:t>Chapter 5 | Realising your achievements</w:t>
      </w:r>
    </w:p>
    <w:p w14:paraId="44BE423E" w14:textId="77777777" w:rsidR="00924AD3" w:rsidRPr="00924AD3" w:rsidRDefault="00924AD3" w:rsidP="00924AD3">
      <w:pPr>
        <w:pStyle w:val="NoSpacing"/>
        <w:rPr>
          <w:rFonts w:ascii="Aptos" w:hAnsi="Aptos"/>
          <w:sz w:val="10"/>
          <w:szCs w:val="10"/>
        </w:rPr>
      </w:pPr>
    </w:p>
    <w:p w14:paraId="4C793A37" w14:textId="46123D16" w:rsidR="00032CB0" w:rsidRPr="00924AD3" w:rsidRDefault="00000000" w:rsidP="00924AD3">
      <w:pPr>
        <w:pStyle w:val="NoSpacing"/>
        <w:rPr>
          <w:rFonts w:ascii="Aptos" w:hAnsi="Aptos"/>
          <w:sz w:val="21"/>
          <w:szCs w:val="21"/>
        </w:rPr>
      </w:pPr>
      <w:r w:rsidRPr="00924AD3">
        <w:rPr>
          <w:rFonts w:ascii="Aptos" w:hAnsi="Aptos"/>
          <w:sz w:val="21"/>
          <w:szCs w:val="21"/>
        </w:rPr>
        <w:t>Chapter 6 | Building your CV strategy</w:t>
      </w:r>
    </w:p>
    <w:p w14:paraId="6B29357A" w14:textId="77777777" w:rsidR="00924AD3" w:rsidRPr="00924AD3" w:rsidRDefault="00924AD3" w:rsidP="00924AD3">
      <w:pPr>
        <w:pStyle w:val="NoSpacing"/>
        <w:rPr>
          <w:rFonts w:ascii="Aptos" w:hAnsi="Aptos"/>
          <w:sz w:val="10"/>
          <w:szCs w:val="10"/>
        </w:rPr>
      </w:pPr>
    </w:p>
    <w:p w14:paraId="61BB1AD5" w14:textId="520028C7" w:rsidR="00032CB0" w:rsidRPr="00924AD3" w:rsidRDefault="00000000" w:rsidP="00924AD3">
      <w:pPr>
        <w:pStyle w:val="NoSpacing"/>
        <w:rPr>
          <w:rFonts w:ascii="Aptos" w:hAnsi="Aptos"/>
          <w:sz w:val="21"/>
          <w:szCs w:val="21"/>
        </w:rPr>
      </w:pPr>
      <w:r w:rsidRPr="00924AD3">
        <w:rPr>
          <w:rFonts w:ascii="Aptos" w:hAnsi="Aptos"/>
          <w:sz w:val="21"/>
          <w:szCs w:val="21"/>
        </w:rPr>
        <w:t>Chapter 7 | The CV Structure: what goes where and why</w:t>
      </w:r>
    </w:p>
    <w:p w14:paraId="34FD079A" w14:textId="77777777" w:rsidR="00924AD3" w:rsidRPr="00924AD3" w:rsidRDefault="00924AD3" w:rsidP="00924AD3">
      <w:pPr>
        <w:pStyle w:val="NoSpacing"/>
        <w:rPr>
          <w:rFonts w:ascii="Aptos" w:hAnsi="Aptos"/>
          <w:sz w:val="10"/>
          <w:szCs w:val="10"/>
        </w:rPr>
      </w:pPr>
    </w:p>
    <w:p w14:paraId="620148D3" w14:textId="26F58BB3" w:rsidR="00032CB0" w:rsidRPr="00924AD3" w:rsidRDefault="00000000" w:rsidP="00924AD3">
      <w:pPr>
        <w:pStyle w:val="NoSpacing"/>
        <w:rPr>
          <w:rFonts w:ascii="Aptos" w:hAnsi="Aptos"/>
          <w:sz w:val="21"/>
          <w:szCs w:val="21"/>
        </w:rPr>
      </w:pPr>
      <w:r w:rsidRPr="00924AD3">
        <w:rPr>
          <w:rFonts w:ascii="Aptos" w:hAnsi="Aptos"/>
          <w:sz w:val="21"/>
          <w:szCs w:val="21"/>
        </w:rPr>
        <w:t>Chapter 8 | Name and contact details</w:t>
      </w:r>
    </w:p>
    <w:p w14:paraId="6D80B118" w14:textId="77777777" w:rsidR="00924AD3" w:rsidRPr="00924AD3" w:rsidRDefault="00924AD3" w:rsidP="00924AD3">
      <w:pPr>
        <w:pStyle w:val="NoSpacing"/>
        <w:rPr>
          <w:rFonts w:ascii="Aptos" w:hAnsi="Aptos"/>
          <w:sz w:val="10"/>
          <w:szCs w:val="10"/>
        </w:rPr>
      </w:pPr>
    </w:p>
    <w:p w14:paraId="6653B29F" w14:textId="6A1973E9" w:rsidR="00032CB0" w:rsidRPr="00924AD3" w:rsidRDefault="00000000" w:rsidP="00924AD3">
      <w:pPr>
        <w:pStyle w:val="NoSpacing"/>
        <w:rPr>
          <w:rFonts w:ascii="Aptos" w:hAnsi="Aptos"/>
          <w:sz w:val="21"/>
          <w:szCs w:val="21"/>
        </w:rPr>
      </w:pPr>
      <w:r w:rsidRPr="00924AD3">
        <w:rPr>
          <w:rFonts w:ascii="Aptos" w:hAnsi="Aptos"/>
          <w:sz w:val="21"/>
          <w:szCs w:val="21"/>
        </w:rPr>
        <w:t>Chapter 9 | How to write the headline / strapline</w:t>
      </w:r>
    </w:p>
    <w:p w14:paraId="72544258" w14:textId="77777777" w:rsidR="00924AD3" w:rsidRPr="00924AD3" w:rsidRDefault="00924AD3" w:rsidP="00924AD3">
      <w:pPr>
        <w:pStyle w:val="NoSpacing"/>
        <w:rPr>
          <w:rFonts w:ascii="Aptos" w:hAnsi="Aptos"/>
          <w:sz w:val="10"/>
          <w:szCs w:val="10"/>
        </w:rPr>
      </w:pPr>
    </w:p>
    <w:p w14:paraId="33F87426" w14:textId="7D16E4CB" w:rsidR="00032CB0" w:rsidRPr="00924AD3" w:rsidRDefault="00000000" w:rsidP="00924AD3">
      <w:pPr>
        <w:pStyle w:val="NoSpacing"/>
        <w:rPr>
          <w:rFonts w:ascii="Aptos" w:hAnsi="Aptos"/>
          <w:sz w:val="21"/>
          <w:szCs w:val="21"/>
        </w:rPr>
      </w:pPr>
      <w:r w:rsidRPr="00924AD3">
        <w:rPr>
          <w:rFonts w:ascii="Aptos" w:hAnsi="Aptos"/>
          <w:sz w:val="21"/>
          <w:szCs w:val="21"/>
        </w:rPr>
        <w:t>Chapter 10 | How to write the story hook</w:t>
      </w:r>
    </w:p>
    <w:p w14:paraId="0B4E461E" w14:textId="77777777" w:rsidR="00924AD3" w:rsidRPr="00924AD3" w:rsidRDefault="00924AD3" w:rsidP="00924AD3">
      <w:pPr>
        <w:pStyle w:val="NoSpacing"/>
        <w:rPr>
          <w:rFonts w:ascii="Aptos" w:hAnsi="Aptos"/>
          <w:sz w:val="10"/>
          <w:szCs w:val="10"/>
        </w:rPr>
      </w:pPr>
    </w:p>
    <w:p w14:paraId="5D8CAF58" w14:textId="25821AE3" w:rsidR="00032CB0" w:rsidRPr="00924AD3" w:rsidRDefault="00000000" w:rsidP="00924AD3">
      <w:pPr>
        <w:pStyle w:val="NoSpacing"/>
        <w:rPr>
          <w:rFonts w:ascii="Aptos" w:hAnsi="Aptos"/>
          <w:sz w:val="21"/>
          <w:szCs w:val="21"/>
        </w:rPr>
      </w:pPr>
      <w:r w:rsidRPr="00924AD3">
        <w:rPr>
          <w:rFonts w:ascii="Aptos" w:hAnsi="Aptos"/>
          <w:sz w:val="21"/>
          <w:szCs w:val="21"/>
        </w:rPr>
        <w:t>Chapter 11 | How to write the profile paragraph</w:t>
      </w:r>
    </w:p>
    <w:p w14:paraId="6264EEFC" w14:textId="77777777" w:rsidR="00924AD3" w:rsidRPr="00924AD3" w:rsidRDefault="00924AD3" w:rsidP="00924AD3">
      <w:pPr>
        <w:pStyle w:val="NoSpacing"/>
        <w:rPr>
          <w:rFonts w:ascii="Aptos" w:hAnsi="Aptos"/>
          <w:sz w:val="10"/>
          <w:szCs w:val="10"/>
        </w:rPr>
      </w:pPr>
    </w:p>
    <w:p w14:paraId="792F9F21" w14:textId="54E4A398" w:rsidR="00032CB0" w:rsidRPr="00924AD3" w:rsidRDefault="00000000" w:rsidP="00924AD3">
      <w:pPr>
        <w:pStyle w:val="NoSpacing"/>
        <w:rPr>
          <w:rFonts w:ascii="Aptos" w:hAnsi="Aptos"/>
          <w:sz w:val="21"/>
          <w:szCs w:val="21"/>
        </w:rPr>
      </w:pPr>
      <w:r w:rsidRPr="00924AD3">
        <w:rPr>
          <w:rFonts w:ascii="Aptos" w:hAnsi="Aptos"/>
          <w:sz w:val="21"/>
          <w:szCs w:val="21"/>
        </w:rPr>
        <w:t>Chapter 12 | How to choose and present key skills</w:t>
      </w:r>
    </w:p>
    <w:p w14:paraId="58E0D631" w14:textId="77777777" w:rsidR="00924AD3" w:rsidRPr="00924AD3" w:rsidRDefault="00924AD3" w:rsidP="00924AD3">
      <w:pPr>
        <w:pStyle w:val="NoSpacing"/>
        <w:rPr>
          <w:rFonts w:ascii="Aptos" w:hAnsi="Aptos"/>
          <w:sz w:val="10"/>
          <w:szCs w:val="10"/>
        </w:rPr>
      </w:pPr>
    </w:p>
    <w:p w14:paraId="32F89EDD" w14:textId="5531218C" w:rsidR="00032CB0" w:rsidRPr="00924AD3" w:rsidRDefault="00000000" w:rsidP="00924AD3">
      <w:pPr>
        <w:pStyle w:val="NoSpacing"/>
        <w:rPr>
          <w:rFonts w:ascii="Aptos" w:hAnsi="Aptos"/>
          <w:sz w:val="21"/>
          <w:szCs w:val="21"/>
        </w:rPr>
      </w:pPr>
      <w:r w:rsidRPr="00924AD3">
        <w:rPr>
          <w:rFonts w:ascii="Aptos" w:hAnsi="Aptos"/>
          <w:sz w:val="21"/>
          <w:szCs w:val="21"/>
        </w:rPr>
        <w:t>Chapter 13 | How to build strong career entries</w:t>
      </w:r>
    </w:p>
    <w:p w14:paraId="65382ADB" w14:textId="77777777" w:rsidR="00924AD3" w:rsidRPr="00924AD3" w:rsidRDefault="00924AD3" w:rsidP="00924AD3">
      <w:pPr>
        <w:pStyle w:val="NoSpacing"/>
        <w:rPr>
          <w:rFonts w:ascii="Aptos" w:hAnsi="Aptos"/>
          <w:sz w:val="10"/>
          <w:szCs w:val="10"/>
        </w:rPr>
      </w:pPr>
    </w:p>
    <w:p w14:paraId="06F35117" w14:textId="448609F1" w:rsidR="00032CB0" w:rsidRPr="00924AD3" w:rsidRDefault="00000000" w:rsidP="00924AD3">
      <w:pPr>
        <w:pStyle w:val="NoSpacing"/>
        <w:rPr>
          <w:rFonts w:ascii="Aptos" w:hAnsi="Aptos"/>
          <w:sz w:val="21"/>
          <w:szCs w:val="21"/>
        </w:rPr>
      </w:pPr>
      <w:r w:rsidRPr="00924AD3">
        <w:rPr>
          <w:rFonts w:ascii="Aptos" w:hAnsi="Aptos"/>
          <w:sz w:val="21"/>
          <w:szCs w:val="21"/>
        </w:rPr>
        <w:t>Chapter 14 | How to write the entry paragraph for each role</w:t>
      </w:r>
    </w:p>
    <w:p w14:paraId="09D100FA" w14:textId="77777777" w:rsidR="00924AD3" w:rsidRPr="00924AD3" w:rsidRDefault="00924AD3" w:rsidP="00924AD3">
      <w:pPr>
        <w:pStyle w:val="NoSpacing"/>
        <w:rPr>
          <w:rFonts w:ascii="Aptos" w:hAnsi="Aptos"/>
          <w:sz w:val="10"/>
          <w:szCs w:val="10"/>
        </w:rPr>
      </w:pPr>
    </w:p>
    <w:p w14:paraId="3F7A99CD" w14:textId="36D0F843" w:rsidR="00032CB0" w:rsidRPr="00924AD3" w:rsidRDefault="00000000" w:rsidP="00924AD3">
      <w:pPr>
        <w:pStyle w:val="NoSpacing"/>
        <w:rPr>
          <w:rFonts w:ascii="Aptos" w:hAnsi="Aptos"/>
          <w:sz w:val="21"/>
          <w:szCs w:val="21"/>
        </w:rPr>
      </w:pPr>
      <w:r w:rsidRPr="00924AD3">
        <w:rPr>
          <w:rFonts w:ascii="Aptos" w:hAnsi="Aptos"/>
          <w:sz w:val="21"/>
          <w:szCs w:val="21"/>
        </w:rPr>
        <w:t>Chapter 15 | How to write bullet points that show impact</w:t>
      </w:r>
    </w:p>
    <w:p w14:paraId="4E5E89DE" w14:textId="77777777" w:rsidR="00924AD3" w:rsidRPr="00924AD3" w:rsidRDefault="00924AD3" w:rsidP="00924AD3">
      <w:pPr>
        <w:pStyle w:val="NoSpacing"/>
        <w:rPr>
          <w:rFonts w:ascii="Aptos" w:hAnsi="Aptos"/>
          <w:sz w:val="10"/>
          <w:szCs w:val="10"/>
          <w:lang w:val="en-GB"/>
        </w:rPr>
      </w:pPr>
    </w:p>
    <w:p w14:paraId="5D6B1B06" w14:textId="2144257A" w:rsidR="00032CB0" w:rsidRPr="00924AD3" w:rsidRDefault="00000000" w:rsidP="00924AD3">
      <w:pPr>
        <w:pStyle w:val="NoSpacing"/>
        <w:rPr>
          <w:rFonts w:ascii="Aptos" w:hAnsi="Aptos"/>
          <w:sz w:val="21"/>
          <w:szCs w:val="21"/>
        </w:rPr>
      </w:pPr>
      <w:r w:rsidRPr="00924AD3">
        <w:rPr>
          <w:rFonts w:ascii="Aptos" w:hAnsi="Aptos"/>
          <w:sz w:val="21"/>
          <w:szCs w:val="21"/>
        </w:rPr>
        <w:t>Chapter 16 | How to present responsibilities without sounding flat</w:t>
      </w:r>
    </w:p>
    <w:p w14:paraId="5F37129F" w14:textId="77777777" w:rsidR="00924AD3" w:rsidRPr="00924AD3" w:rsidRDefault="00924AD3" w:rsidP="00924AD3">
      <w:pPr>
        <w:pStyle w:val="NoSpacing"/>
        <w:rPr>
          <w:rFonts w:ascii="Aptos" w:hAnsi="Aptos"/>
          <w:sz w:val="10"/>
          <w:szCs w:val="10"/>
        </w:rPr>
      </w:pPr>
    </w:p>
    <w:p w14:paraId="70F88EF1" w14:textId="1BDBED9B" w:rsidR="00032CB0" w:rsidRPr="00924AD3" w:rsidRDefault="00000000" w:rsidP="00924AD3">
      <w:pPr>
        <w:pStyle w:val="NoSpacing"/>
        <w:rPr>
          <w:rFonts w:ascii="Aptos" w:hAnsi="Aptos"/>
          <w:sz w:val="21"/>
          <w:szCs w:val="21"/>
        </w:rPr>
      </w:pPr>
      <w:r w:rsidRPr="00924AD3">
        <w:rPr>
          <w:rFonts w:ascii="Aptos" w:hAnsi="Aptos"/>
          <w:sz w:val="21"/>
          <w:szCs w:val="21"/>
        </w:rPr>
        <w:t>Chapter 17 | How to deal with earlier roles</w:t>
      </w:r>
    </w:p>
    <w:p w14:paraId="4477A06A" w14:textId="77777777" w:rsidR="00924AD3" w:rsidRPr="00924AD3" w:rsidRDefault="00924AD3" w:rsidP="00924AD3">
      <w:pPr>
        <w:pStyle w:val="NoSpacing"/>
        <w:rPr>
          <w:rFonts w:ascii="Aptos" w:hAnsi="Aptos"/>
          <w:sz w:val="10"/>
          <w:szCs w:val="10"/>
        </w:rPr>
      </w:pPr>
    </w:p>
    <w:p w14:paraId="0A90A49F" w14:textId="5ED24A42" w:rsidR="00032CB0" w:rsidRPr="00924AD3" w:rsidRDefault="00000000" w:rsidP="00924AD3">
      <w:pPr>
        <w:pStyle w:val="NoSpacing"/>
        <w:rPr>
          <w:rFonts w:ascii="Aptos" w:hAnsi="Aptos"/>
          <w:sz w:val="21"/>
          <w:szCs w:val="21"/>
        </w:rPr>
      </w:pPr>
      <w:r w:rsidRPr="00924AD3">
        <w:rPr>
          <w:rFonts w:ascii="Aptos" w:hAnsi="Aptos"/>
          <w:sz w:val="21"/>
          <w:szCs w:val="21"/>
        </w:rPr>
        <w:t>Chapter 18 | How to handle career gaps, career changes, and non-linear paths</w:t>
      </w:r>
    </w:p>
    <w:p w14:paraId="2CE0A419" w14:textId="77777777" w:rsidR="00924AD3" w:rsidRPr="00924AD3" w:rsidRDefault="00924AD3" w:rsidP="00924AD3">
      <w:pPr>
        <w:pStyle w:val="NoSpacing"/>
        <w:rPr>
          <w:rFonts w:ascii="Aptos" w:hAnsi="Aptos"/>
          <w:sz w:val="10"/>
          <w:szCs w:val="10"/>
        </w:rPr>
      </w:pPr>
    </w:p>
    <w:p w14:paraId="6A081EFB" w14:textId="3C51E590" w:rsidR="00032CB0" w:rsidRPr="00924AD3" w:rsidRDefault="00000000" w:rsidP="00924AD3">
      <w:pPr>
        <w:pStyle w:val="NoSpacing"/>
        <w:rPr>
          <w:rFonts w:ascii="Aptos" w:hAnsi="Aptos"/>
          <w:sz w:val="21"/>
          <w:szCs w:val="21"/>
        </w:rPr>
      </w:pPr>
      <w:r w:rsidRPr="00924AD3">
        <w:rPr>
          <w:rFonts w:ascii="Aptos" w:hAnsi="Aptos"/>
          <w:sz w:val="21"/>
          <w:szCs w:val="21"/>
        </w:rPr>
        <w:t>Chapter 19 | How to present qualifications, certifications, and CPD</w:t>
      </w:r>
    </w:p>
    <w:p w14:paraId="56F19A47" w14:textId="77777777" w:rsidR="00924AD3" w:rsidRPr="00924AD3" w:rsidRDefault="00924AD3" w:rsidP="00924AD3">
      <w:pPr>
        <w:pStyle w:val="NoSpacing"/>
        <w:rPr>
          <w:rFonts w:ascii="Aptos" w:hAnsi="Aptos"/>
          <w:sz w:val="10"/>
          <w:szCs w:val="10"/>
        </w:rPr>
      </w:pPr>
    </w:p>
    <w:p w14:paraId="54997E5D" w14:textId="4104244E" w:rsidR="00032CB0" w:rsidRPr="00924AD3" w:rsidRDefault="00000000" w:rsidP="00924AD3">
      <w:pPr>
        <w:pStyle w:val="NoSpacing"/>
        <w:rPr>
          <w:rFonts w:ascii="Aptos" w:hAnsi="Aptos"/>
          <w:sz w:val="21"/>
          <w:szCs w:val="21"/>
        </w:rPr>
      </w:pPr>
      <w:r w:rsidRPr="00924AD3">
        <w:rPr>
          <w:rFonts w:ascii="Aptos" w:hAnsi="Aptos"/>
          <w:sz w:val="21"/>
          <w:szCs w:val="21"/>
        </w:rPr>
        <w:t>Chapter 20 | Additional Information: What helps and what does not</w:t>
      </w:r>
    </w:p>
    <w:p w14:paraId="799674E3" w14:textId="77777777" w:rsidR="00924AD3" w:rsidRPr="00924AD3" w:rsidRDefault="00924AD3" w:rsidP="00924AD3">
      <w:pPr>
        <w:pStyle w:val="NoSpacing"/>
        <w:rPr>
          <w:rFonts w:ascii="Aptos" w:hAnsi="Aptos"/>
          <w:sz w:val="10"/>
          <w:szCs w:val="10"/>
        </w:rPr>
      </w:pPr>
    </w:p>
    <w:p w14:paraId="1F91A74E" w14:textId="0DB87CBF" w:rsidR="00032CB0" w:rsidRPr="00924AD3" w:rsidRDefault="00000000" w:rsidP="00924AD3">
      <w:pPr>
        <w:pStyle w:val="NoSpacing"/>
        <w:rPr>
          <w:rFonts w:ascii="Aptos" w:hAnsi="Aptos"/>
          <w:sz w:val="21"/>
          <w:szCs w:val="21"/>
        </w:rPr>
      </w:pPr>
      <w:r w:rsidRPr="00924AD3">
        <w:rPr>
          <w:rFonts w:ascii="Aptos" w:hAnsi="Aptos"/>
          <w:sz w:val="21"/>
          <w:szCs w:val="21"/>
        </w:rPr>
        <w:t>Chapter 21 | Layout, Style, and Presentation</w:t>
      </w:r>
    </w:p>
    <w:p w14:paraId="0DAECD40" w14:textId="77777777" w:rsidR="00924AD3" w:rsidRPr="00924AD3" w:rsidRDefault="00924AD3" w:rsidP="00924AD3">
      <w:pPr>
        <w:pStyle w:val="NoSpacing"/>
        <w:rPr>
          <w:rFonts w:ascii="Aptos" w:hAnsi="Aptos"/>
          <w:sz w:val="10"/>
          <w:szCs w:val="10"/>
        </w:rPr>
      </w:pPr>
    </w:p>
    <w:p w14:paraId="31CC15EE" w14:textId="1C0F2FF0" w:rsidR="00032CB0" w:rsidRPr="00924AD3" w:rsidRDefault="00000000" w:rsidP="00924AD3">
      <w:pPr>
        <w:pStyle w:val="NoSpacing"/>
        <w:rPr>
          <w:rFonts w:ascii="Aptos" w:hAnsi="Aptos"/>
          <w:sz w:val="21"/>
          <w:szCs w:val="21"/>
        </w:rPr>
      </w:pPr>
      <w:r w:rsidRPr="00924AD3">
        <w:rPr>
          <w:rFonts w:ascii="Aptos" w:hAnsi="Aptos"/>
          <w:sz w:val="21"/>
          <w:szCs w:val="21"/>
        </w:rPr>
        <w:t>Chapter 22 | Writing Style: How to sound strong without sounding artificial</w:t>
      </w:r>
    </w:p>
    <w:p w14:paraId="031A029D" w14:textId="77777777" w:rsidR="00924AD3" w:rsidRPr="00924AD3" w:rsidRDefault="00924AD3" w:rsidP="00924AD3">
      <w:pPr>
        <w:pStyle w:val="NoSpacing"/>
        <w:rPr>
          <w:rFonts w:ascii="Aptos" w:hAnsi="Aptos"/>
          <w:sz w:val="10"/>
          <w:szCs w:val="10"/>
        </w:rPr>
      </w:pPr>
    </w:p>
    <w:p w14:paraId="7D7226F2" w14:textId="0604D989" w:rsidR="00032CB0" w:rsidRPr="00924AD3" w:rsidRDefault="00000000" w:rsidP="00924AD3">
      <w:pPr>
        <w:pStyle w:val="NoSpacing"/>
        <w:rPr>
          <w:rFonts w:ascii="Aptos" w:hAnsi="Aptos"/>
          <w:sz w:val="21"/>
          <w:szCs w:val="21"/>
        </w:rPr>
      </w:pPr>
      <w:r w:rsidRPr="00924AD3">
        <w:rPr>
          <w:rFonts w:ascii="Aptos" w:hAnsi="Aptos"/>
          <w:sz w:val="21"/>
          <w:szCs w:val="21"/>
        </w:rPr>
        <w:t>Chapter 23 | Tailoring the CV without rewriting it every time</w:t>
      </w:r>
    </w:p>
    <w:p w14:paraId="773B893D" w14:textId="77777777" w:rsidR="00924AD3" w:rsidRPr="00924AD3" w:rsidRDefault="00924AD3" w:rsidP="00924AD3">
      <w:pPr>
        <w:pStyle w:val="NoSpacing"/>
        <w:rPr>
          <w:rFonts w:ascii="Aptos" w:hAnsi="Aptos"/>
          <w:sz w:val="10"/>
          <w:szCs w:val="10"/>
        </w:rPr>
      </w:pPr>
    </w:p>
    <w:p w14:paraId="1F4D09CD" w14:textId="17E2EA19" w:rsidR="00032CB0" w:rsidRPr="00924AD3" w:rsidRDefault="00000000" w:rsidP="00924AD3">
      <w:pPr>
        <w:pStyle w:val="NoSpacing"/>
        <w:rPr>
          <w:rFonts w:ascii="Aptos" w:hAnsi="Aptos"/>
          <w:sz w:val="21"/>
          <w:szCs w:val="21"/>
        </w:rPr>
      </w:pPr>
      <w:r w:rsidRPr="00924AD3">
        <w:rPr>
          <w:rFonts w:ascii="Aptos" w:hAnsi="Aptos"/>
          <w:sz w:val="21"/>
          <w:szCs w:val="21"/>
        </w:rPr>
        <w:t>Chapter 24 | Common CV mistakes to avoid</w:t>
      </w:r>
    </w:p>
    <w:p w14:paraId="019E465A" w14:textId="77777777" w:rsidR="00924AD3" w:rsidRPr="00924AD3" w:rsidRDefault="00924AD3" w:rsidP="00924AD3">
      <w:pPr>
        <w:pStyle w:val="NoSpacing"/>
        <w:rPr>
          <w:rFonts w:ascii="Aptos" w:hAnsi="Aptos"/>
          <w:sz w:val="10"/>
          <w:szCs w:val="10"/>
        </w:rPr>
      </w:pPr>
    </w:p>
    <w:p w14:paraId="697DC8EC" w14:textId="420CD6EE" w:rsidR="00032CB0" w:rsidRPr="00924AD3" w:rsidRDefault="00000000" w:rsidP="00924AD3">
      <w:pPr>
        <w:pStyle w:val="NoSpacing"/>
        <w:rPr>
          <w:rFonts w:ascii="Aptos" w:hAnsi="Aptos"/>
          <w:sz w:val="21"/>
          <w:szCs w:val="21"/>
        </w:rPr>
      </w:pPr>
      <w:r w:rsidRPr="00924AD3">
        <w:rPr>
          <w:rFonts w:ascii="Aptos" w:hAnsi="Aptos"/>
          <w:sz w:val="21"/>
          <w:szCs w:val="21"/>
        </w:rPr>
        <w:t>Chapter 25 | The Step-by-Step Writing Process in Order</w:t>
      </w:r>
    </w:p>
    <w:p w14:paraId="2EFC14A3" w14:textId="77777777" w:rsidR="00924AD3" w:rsidRPr="00924AD3" w:rsidRDefault="00924AD3" w:rsidP="00924AD3">
      <w:pPr>
        <w:pStyle w:val="NoSpacing"/>
        <w:rPr>
          <w:rFonts w:ascii="Aptos" w:hAnsi="Aptos"/>
          <w:sz w:val="10"/>
          <w:szCs w:val="10"/>
        </w:rPr>
      </w:pPr>
    </w:p>
    <w:p w14:paraId="19920291" w14:textId="17B07D92" w:rsidR="00032CB0" w:rsidRPr="00924AD3" w:rsidRDefault="00000000" w:rsidP="00924AD3">
      <w:pPr>
        <w:pStyle w:val="NoSpacing"/>
        <w:rPr>
          <w:rFonts w:ascii="Aptos" w:hAnsi="Aptos"/>
          <w:sz w:val="21"/>
          <w:szCs w:val="21"/>
        </w:rPr>
      </w:pPr>
      <w:r w:rsidRPr="00924AD3">
        <w:rPr>
          <w:rFonts w:ascii="Aptos" w:hAnsi="Aptos"/>
          <w:sz w:val="21"/>
          <w:szCs w:val="21"/>
        </w:rPr>
        <w:t>Chapter 26 | How to review your CV properly BEFORE you send it</w:t>
      </w:r>
    </w:p>
    <w:p w14:paraId="2C247E61" w14:textId="77777777" w:rsidR="00924AD3" w:rsidRPr="00924AD3" w:rsidRDefault="00924AD3" w:rsidP="00924AD3">
      <w:pPr>
        <w:pStyle w:val="NoSpacing"/>
        <w:rPr>
          <w:rFonts w:ascii="Aptos" w:hAnsi="Aptos"/>
          <w:sz w:val="10"/>
          <w:szCs w:val="10"/>
        </w:rPr>
      </w:pPr>
    </w:p>
    <w:p w14:paraId="11793FAF" w14:textId="420A9C8C" w:rsidR="00032CB0" w:rsidRPr="00924AD3" w:rsidRDefault="00000000" w:rsidP="00924AD3">
      <w:pPr>
        <w:pStyle w:val="NoSpacing"/>
        <w:rPr>
          <w:rFonts w:ascii="Aptos" w:hAnsi="Aptos"/>
          <w:sz w:val="21"/>
          <w:szCs w:val="21"/>
        </w:rPr>
      </w:pPr>
      <w:r w:rsidRPr="00924AD3">
        <w:rPr>
          <w:rFonts w:ascii="Aptos" w:hAnsi="Aptos"/>
          <w:sz w:val="21"/>
          <w:szCs w:val="21"/>
        </w:rPr>
        <w:t>Chapter 27 | Final Thoughts</w:t>
      </w:r>
    </w:p>
    <w:p w14:paraId="1B87EDCF" w14:textId="77777777" w:rsidR="00924AD3" w:rsidRPr="00924AD3" w:rsidRDefault="00924AD3" w:rsidP="00924AD3">
      <w:pPr>
        <w:pStyle w:val="NoSpacing"/>
        <w:rPr>
          <w:rFonts w:ascii="Aptos" w:hAnsi="Aptos"/>
          <w:sz w:val="10"/>
          <w:szCs w:val="10"/>
        </w:rPr>
      </w:pPr>
    </w:p>
    <w:p w14:paraId="738CC93B" w14:textId="0F1108B6" w:rsidR="00032CB0" w:rsidRPr="00924AD3" w:rsidRDefault="00000000" w:rsidP="00924AD3">
      <w:pPr>
        <w:pStyle w:val="NoSpacing"/>
        <w:rPr>
          <w:rFonts w:ascii="Aptos" w:hAnsi="Aptos"/>
          <w:sz w:val="21"/>
          <w:szCs w:val="21"/>
        </w:rPr>
      </w:pPr>
      <w:r w:rsidRPr="00924AD3">
        <w:rPr>
          <w:rFonts w:ascii="Aptos" w:hAnsi="Aptos"/>
          <w:sz w:val="21"/>
          <w:szCs w:val="21"/>
        </w:rPr>
        <w:t>Bonus trackers and planning pages</w:t>
      </w:r>
    </w:p>
    <w:p w14:paraId="7B10C029" w14:textId="77777777" w:rsidR="00032CB0" w:rsidRPr="00924AD3" w:rsidRDefault="00000000" w:rsidP="00924AD3">
      <w:pPr>
        <w:pStyle w:val="NoSpacing"/>
        <w:rPr>
          <w:rFonts w:ascii="Aptos" w:hAnsi="Aptos"/>
          <w:sz w:val="21"/>
          <w:szCs w:val="21"/>
        </w:rPr>
      </w:pPr>
      <w:r w:rsidRPr="00924AD3">
        <w:rPr>
          <w:rFonts w:ascii="Aptos" w:hAnsi="Aptos"/>
          <w:sz w:val="21"/>
          <w:szCs w:val="21"/>
        </w:rPr>
        <w:br w:type="page"/>
      </w:r>
    </w:p>
    <w:p w14:paraId="4CA8DC1B" w14:textId="77777777" w:rsidR="00032CB0" w:rsidRDefault="00000000">
      <w:pPr>
        <w:pStyle w:val="Heading1"/>
      </w:pPr>
      <w:r>
        <w:lastRenderedPageBreak/>
        <w:t>Chapter 1 Workbook | The reality of a CV in today’s job market</w:t>
      </w:r>
    </w:p>
    <w:tbl>
      <w:tblPr>
        <w:tblW w:w="0" w:type="auto"/>
        <w:jc w:val="center"/>
        <w:tblLook w:val="04A0" w:firstRow="1" w:lastRow="0" w:firstColumn="1" w:lastColumn="0" w:noHBand="0" w:noVBand="1"/>
      </w:tblPr>
      <w:tblGrid>
        <w:gridCol w:w="10368"/>
      </w:tblGrid>
      <w:tr w:rsidR="00032CB0" w14:paraId="713C1F7E" w14:textId="77777777">
        <w:trPr>
          <w:jc w:val="center"/>
        </w:trPr>
        <w:tc>
          <w:tcPr>
            <w:tcW w:w="10368" w:type="dxa"/>
            <w:shd w:val="clear" w:color="auto" w:fill="F4F9FC"/>
          </w:tcPr>
          <w:p w14:paraId="0510D15A" w14:textId="77777777" w:rsidR="00032CB0" w:rsidRDefault="00000000">
            <w:r>
              <w:rPr>
                <w:b/>
                <w:color w:val="0A1744"/>
              </w:rPr>
              <w:t>Chapter focus</w:t>
            </w:r>
            <w:r>
              <w:rPr>
                <w:sz w:val="20"/>
              </w:rPr>
              <w:br/>
              <w:t>Understand that your CV is a positioning tool, not a career archive.</w:t>
            </w:r>
          </w:p>
        </w:tc>
      </w:tr>
    </w:tbl>
    <w:p w14:paraId="2A910EA6" w14:textId="77777777" w:rsidR="00032CB0" w:rsidRDefault="00032CB0"/>
    <w:p w14:paraId="19EBC31C" w14:textId="77777777" w:rsidR="00032CB0" w:rsidRDefault="00000000">
      <w:pPr>
        <w:pStyle w:val="Heading2"/>
      </w:pPr>
      <w:r>
        <w:t>Hints &amp; tips before you start</w:t>
      </w:r>
    </w:p>
    <w:p w14:paraId="04A8C39F" w14:textId="77777777" w:rsidR="00032CB0" w:rsidRDefault="00000000">
      <w:pPr>
        <w:pStyle w:val="ListBullet"/>
      </w:pPr>
      <w:r>
        <w:t>Use rough notes first. You can polish the wording later.</w:t>
      </w:r>
    </w:p>
    <w:p w14:paraId="596551F3" w14:textId="77777777" w:rsidR="00032CB0" w:rsidRDefault="00000000">
      <w:pPr>
        <w:pStyle w:val="ListBullet"/>
      </w:pPr>
      <w:r>
        <w:t>Keep your target role in mind so your answers stay relevant.</w:t>
      </w:r>
    </w:p>
    <w:p w14:paraId="1F05B10B" w14:textId="77777777" w:rsidR="00032CB0" w:rsidRDefault="00000000">
      <w:pPr>
        <w:pStyle w:val="ListBullet"/>
      </w:pPr>
      <w:r>
        <w:t>Do not dismiss something because it feels ordinary to you; ordinary to you may be valuable to an employer.</w:t>
      </w:r>
    </w:p>
    <w:p w14:paraId="3865BDB3" w14:textId="77777777" w:rsidR="00032CB0" w:rsidRDefault="00000000">
      <w:pPr>
        <w:pStyle w:val="Heading2"/>
      </w:pPr>
      <w:r>
        <w:t>Workbook exercises</w:t>
      </w:r>
    </w:p>
    <w:p w14:paraId="322B598A" w14:textId="77777777" w:rsidR="00032CB0" w:rsidRDefault="00000000">
      <w:pPr>
        <w:pStyle w:val="ListNumber"/>
      </w:pPr>
      <w:r>
        <w:t>Write down what you have previously believed your CV was meant to do.</w:t>
      </w:r>
    </w:p>
    <w:p w14:paraId="4416D0FC" w14:textId="77777777" w:rsidR="00032CB0" w:rsidRDefault="00000000">
      <w:pPr>
        <w:spacing w:after="40"/>
      </w:pPr>
      <w:r>
        <w:t>____________________________________________________________________________________________</w:t>
      </w:r>
    </w:p>
    <w:p w14:paraId="3A5C22D2" w14:textId="77777777" w:rsidR="00032CB0" w:rsidRDefault="00000000">
      <w:pPr>
        <w:spacing w:after="40"/>
      </w:pPr>
      <w:r>
        <w:t>____________________________________________________________________________________________</w:t>
      </w:r>
    </w:p>
    <w:p w14:paraId="7BB0B2DE" w14:textId="77777777" w:rsidR="00032CB0" w:rsidRDefault="00000000">
      <w:pPr>
        <w:pStyle w:val="ListNumber"/>
      </w:pPr>
      <w:r>
        <w:t>Now write what your CV needs to do for your next move.</w:t>
      </w:r>
    </w:p>
    <w:p w14:paraId="44CAF405" w14:textId="77777777" w:rsidR="00032CB0" w:rsidRDefault="00000000">
      <w:pPr>
        <w:spacing w:after="40"/>
      </w:pPr>
      <w:r>
        <w:t>____________________________________________________________________________________________</w:t>
      </w:r>
    </w:p>
    <w:p w14:paraId="390049F2" w14:textId="77777777" w:rsidR="00032CB0" w:rsidRDefault="00000000">
      <w:pPr>
        <w:spacing w:after="40"/>
      </w:pPr>
      <w:r>
        <w:t>____________________________________________________________________________________________</w:t>
      </w:r>
    </w:p>
    <w:p w14:paraId="5B21927E" w14:textId="77777777" w:rsidR="00032CB0" w:rsidRDefault="00000000">
      <w:pPr>
        <w:pStyle w:val="ListNumber"/>
      </w:pPr>
      <w:r>
        <w:t>Answer the three recruiter questions: level, relevance, evidence.</w:t>
      </w:r>
    </w:p>
    <w:p w14:paraId="31FDD3DA" w14:textId="77777777" w:rsidR="00032CB0" w:rsidRDefault="00000000">
      <w:pPr>
        <w:spacing w:after="40"/>
      </w:pPr>
      <w:r>
        <w:t>____________________________________________________________________________________________</w:t>
      </w:r>
    </w:p>
    <w:p w14:paraId="71B51122" w14:textId="77777777" w:rsidR="00032CB0" w:rsidRDefault="00000000">
      <w:pPr>
        <w:spacing w:after="40"/>
      </w:pPr>
      <w:r>
        <w:t>____________________________________________________________________________________________</w:t>
      </w:r>
    </w:p>
    <w:p w14:paraId="4A5F355E" w14:textId="77777777" w:rsidR="00032CB0" w:rsidRDefault="00000000">
      <w:pPr>
        <w:pStyle w:val="Heading2"/>
      </w:pPr>
      <w:r>
        <w:t>Reflection</w:t>
      </w:r>
    </w:p>
    <w:p w14:paraId="418F4644" w14:textId="77777777" w:rsidR="00032CB0" w:rsidRDefault="00000000">
      <w:r>
        <w:rPr>
          <w:b/>
        </w:rPr>
        <w:t>What have you been over-including?</w:t>
      </w:r>
    </w:p>
    <w:p w14:paraId="308786DB" w14:textId="77777777" w:rsidR="00032CB0" w:rsidRDefault="00000000">
      <w:pPr>
        <w:spacing w:after="40"/>
      </w:pPr>
      <w:r>
        <w:t>____________________________________________________________________________________________</w:t>
      </w:r>
    </w:p>
    <w:p w14:paraId="5A4D4577" w14:textId="77777777" w:rsidR="00032CB0" w:rsidRDefault="00000000">
      <w:pPr>
        <w:spacing w:after="40"/>
      </w:pPr>
      <w:r>
        <w:t>____________________________________________________________________________________________</w:t>
      </w:r>
    </w:p>
    <w:p w14:paraId="616ED220" w14:textId="77777777" w:rsidR="00032CB0" w:rsidRDefault="00000000">
      <w:r>
        <w:rPr>
          <w:b/>
        </w:rPr>
        <w:t>What might a recruiter currently struggle to understand?</w:t>
      </w:r>
    </w:p>
    <w:p w14:paraId="7380050A" w14:textId="77777777" w:rsidR="00032CB0" w:rsidRDefault="00000000">
      <w:pPr>
        <w:spacing w:after="40"/>
      </w:pPr>
      <w:r>
        <w:t>____________________________________________________________________________________________</w:t>
      </w:r>
    </w:p>
    <w:p w14:paraId="114E54A9" w14:textId="77777777" w:rsidR="00032CB0" w:rsidRDefault="00000000">
      <w:pPr>
        <w:spacing w:after="40"/>
      </w:pPr>
      <w:r>
        <w:t>____________________________________________________________________________________________</w:t>
      </w:r>
    </w:p>
    <w:p w14:paraId="05128CF9" w14:textId="77777777" w:rsidR="00032CB0" w:rsidRDefault="00000000">
      <w:r>
        <w:rPr>
          <w:b/>
        </w:rPr>
        <w:t>What needs to be clearer in the first 10 seconds?</w:t>
      </w:r>
    </w:p>
    <w:p w14:paraId="33B6DB10" w14:textId="77777777" w:rsidR="00032CB0" w:rsidRDefault="00000000">
      <w:pPr>
        <w:spacing w:after="40"/>
      </w:pPr>
      <w:r>
        <w:t>____________________________________________________________________________________________</w:t>
      </w:r>
    </w:p>
    <w:p w14:paraId="08FECDE8" w14:textId="77777777" w:rsidR="00032CB0" w:rsidRDefault="00000000">
      <w:pPr>
        <w:spacing w:after="40"/>
      </w:pPr>
      <w:r>
        <w:t>____________________________________________________________________________________________</w:t>
      </w:r>
    </w:p>
    <w:p w14:paraId="322DEFA2" w14:textId="77777777" w:rsidR="00032CB0" w:rsidRDefault="00000000">
      <w:pPr>
        <w:pStyle w:val="Heading2"/>
      </w:pPr>
      <w:r>
        <w:t>Notes and ideas to carry forward</w:t>
      </w:r>
    </w:p>
    <w:p w14:paraId="274EF617" w14:textId="77777777" w:rsidR="00032CB0" w:rsidRDefault="00000000">
      <w:pPr>
        <w:spacing w:after="40"/>
      </w:pPr>
      <w:r>
        <w:t>____________________________________________________________________________________________</w:t>
      </w:r>
    </w:p>
    <w:p w14:paraId="1B439AD6" w14:textId="77777777" w:rsidR="00032CB0" w:rsidRDefault="00000000">
      <w:pPr>
        <w:spacing w:after="40"/>
      </w:pPr>
      <w:r>
        <w:t>____________________________________________________________________________________________</w:t>
      </w:r>
    </w:p>
    <w:p w14:paraId="0B97CC5A" w14:textId="77777777" w:rsidR="00032CB0" w:rsidRDefault="00000000">
      <w:pPr>
        <w:spacing w:after="40"/>
      </w:pPr>
      <w:r>
        <w:t>____________________________________________________________________________________________</w:t>
      </w:r>
    </w:p>
    <w:p w14:paraId="59874C8B" w14:textId="77777777" w:rsidR="00032CB0" w:rsidRDefault="00000000">
      <w:pPr>
        <w:spacing w:after="40"/>
      </w:pPr>
      <w:r>
        <w:t>____________________________________________________________________________________________</w:t>
      </w:r>
    </w:p>
    <w:p w14:paraId="36906503" w14:textId="77777777" w:rsidR="00032CB0" w:rsidRDefault="00000000">
      <w:r>
        <w:br w:type="page"/>
      </w:r>
    </w:p>
    <w:p w14:paraId="5C7FE8DF" w14:textId="77777777" w:rsidR="00032CB0" w:rsidRDefault="00000000">
      <w:pPr>
        <w:pStyle w:val="Heading1"/>
      </w:pPr>
      <w:r>
        <w:lastRenderedPageBreak/>
        <w:t>Chapter 2 Workbook | Why your CV is not getting results</w:t>
      </w:r>
    </w:p>
    <w:tbl>
      <w:tblPr>
        <w:tblW w:w="0" w:type="auto"/>
        <w:jc w:val="center"/>
        <w:tblLook w:val="04A0" w:firstRow="1" w:lastRow="0" w:firstColumn="1" w:lastColumn="0" w:noHBand="0" w:noVBand="1"/>
      </w:tblPr>
      <w:tblGrid>
        <w:gridCol w:w="10368"/>
      </w:tblGrid>
      <w:tr w:rsidR="00032CB0" w14:paraId="04136778" w14:textId="77777777">
        <w:trPr>
          <w:jc w:val="center"/>
        </w:trPr>
        <w:tc>
          <w:tcPr>
            <w:tcW w:w="10368" w:type="dxa"/>
            <w:shd w:val="clear" w:color="auto" w:fill="F4F9FC"/>
          </w:tcPr>
          <w:p w14:paraId="3215A979" w14:textId="77777777" w:rsidR="00032CB0" w:rsidRDefault="00000000">
            <w:r>
              <w:rPr>
                <w:b/>
                <w:color w:val="0A1744"/>
              </w:rPr>
              <w:t>Chapter focus</w:t>
            </w:r>
            <w:r>
              <w:rPr>
                <w:sz w:val="20"/>
              </w:rPr>
              <w:br/>
              <w:t>Identify where your current CV may be too broad, too vague, too task-based or not aligned to a clear target.</w:t>
            </w:r>
          </w:p>
        </w:tc>
      </w:tr>
    </w:tbl>
    <w:p w14:paraId="77751845" w14:textId="77777777" w:rsidR="00032CB0" w:rsidRDefault="00032CB0"/>
    <w:p w14:paraId="6230F950" w14:textId="77777777" w:rsidR="00032CB0" w:rsidRDefault="00000000">
      <w:pPr>
        <w:pStyle w:val="Heading2"/>
      </w:pPr>
      <w:r>
        <w:t>Hints &amp; tips before you start</w:t>
      </w:r>
    </w:p>
    <w:p w14:paraId="0BD961C9" w14:textId="77777777" w:rsidR="00032CB0" w:rsidRDefault="00000000">
      <w:pPr>
        <w:pStyle w:val="ListBullet"/>
      </w:pPr>
      <w:r>
        <w:t>Use rough notes first. You can polish the wording later.</w:t>
      </w:r>
    </w:p>
    <w:p w14:paraId="2D8908D4" w14:textId="77777777" w:rsidR="00032CB0" w:rsidRDefault="00000000">
      <w:pPr>
        <w:pStyle w:val="ListBullet"/>
      </w:pPr>
      <w:r>
        <w:t>Keep your target role in mind so your answers stay relevant.</w:t>
      </w:r>
    </w:p>
    <w:p w14:paraId="7D247851" w14:textId="77777777" w:rsidR="00032CB0" w:rsidRDefault="00000000">
      <w:pPr>
        <w:pStyle w:val="ListBullet"/>
      </w:pPr>
      <w:r>
        <w:t>Do not dismiss something because it feels ordinary to you; ordinary to you may be valuable to an employer.</w:t>
      </w:r>
    </w:p>
    <w:p w14:paraId="7B28AA51" w14:textId="77777777" w:rsidR="00032CB0" w:rsidRDefault="00000000">
      <w:pPr>
        <w:pStyle w:val="Heading2"/>
      </w:pPr>
      <w:r>
        <w:t>Workbook exercises</w:t>
      </w:r>
    </w:p>
    <w:p w14:paraId="621ADF08" w14:textId="77777777" w:rsidR="00032CB0" w:rsidRDefault="00000000">
      <w:pPr>
        <w:pStyle w:val="ListNumber"/>
      </w:pPr>
      <w:r>
        <w:t>List the main reasons your CV may not be working.</w:t>
      </w:r>
    </w:p>
    <w:p w14:paraId="3BEB2E9E" w14:textId="77777777" w:rsidR="00032CB0" w:rsidRDefault="00000000">
      <w:pPr>
        <w:spacing w:after="40"/>
      </w:pPr>
      <w:r>
        <w:t>____________________________________________________________________________________________</w:t>
      </w:r>
    </w:p>
    <w:p w14:paraId="48682EC7" w14:textId="77777777" w:rsidR="00032CB0" w:rsidRDefault="00000000">
      <w:pPr>
        <w:spacing w:after="40"/>
      </w:pPr>
      <w:r>
        <w:t>____________________________________________________________________________________________</w:t>
      </w:r>
    </w:p>
    <w:p w14:paraId="5FD757CA" w14:textId="77777777" w:rsidR="00032CB0" w:rsidRDefault="00000000">
      <w:pPr>
        <w:pStyle w:val="ListNumber"/>
      </w:pPr>
      <w:r>
        <w:t>Review 2–3 relevant job adverts and identify repeated requirements.</w:t>
      </w:r>
    </w:p>
    <w:p w14:paraId="634FD5DE" w14:textId="77777777" w:rsidR="00032CB0" w:rsidRDefault="00000000">
      <w:pPr>
        <w:spacing w:after="40"/>
      </w:pPr>
      <w:r>
        <w:t>____________________________________________________________________________________________</w:t>
      </w:r>
    </w:p>
    <w:p w14:paraId="08CC9EA9" w14:textId="77777777" w:rsidR="00032CB0" w:rsidRDefault="00000000">
      <w:pPr>
        <w:spacing w:after="40"/>
      </w:pPr>
      <w:r>
        <w:t>____________________________________________________________________________________________</w:t>
      </w:r>
    </w:p>
    <w:p w14:paraId="2CEF7A49" w14:textId="77777777" w:rsidR="00032CB0" w:rsidRDefault="00000000">
      <w:pPr>
        <w:pStyle w:val="ListNumber"/>
      </w:pPr>
      <w:r>
        <w:t>Write down the gaps between your current CV and the roles you want.</w:t>
      </w:r>
    </w:p>
    <w:p w14:paraId="7A330188" w14:textId="77777777" w:rsidR="00032CB0" w:rsidRDefault="00000000">
      <w:pPr>
        <w:spacing w:after="40"/>
      </w:pPr>
      <w:r>
        <w:t>____________________________________________________________________________________________</w:t>
      </w:r>
    </w:p>
    <w:p w14:paraId="11CEB565" w14:textId="77777777" w:rsidR="00032CB0" w:rsidRDefault="00000000">
      <w:pPr>
        <w:spacing w:after="40"/>
      </w:pPr>
      <w:r>
        <w:t>____________________________________________________________________________________________</w:t>
      </w:r>
    </w:p>
    <w:p w14:paraId="4211A840" w14:textId="77777777" w:rsidR="00032CB0" w:rsidRDefault="00000000">
      <w:pPr>
        <w:pStyle w:val="Heading2"/>
      </w:pPr>
      <w:r>
        <w:t>Reflection</w:t>
      </w:r>
    </w:p>
    <w:p w14:paraId="3A7080CF" w14:textId="77777777" w:rsidR="00032CB0" w:rsidRDefault="00000000">
      <w:r>
        <w:rPr>
          <w:b/>
        </w:rPr>
        <w:t>Are you trying to cover too many role types at once?</w:t>
      </w:r>
    </w:p>
    <w:p w14:paraId="090A4BB6" w14:textId="77777777" w:rsidR="00032CB0" w:rsidRDefault="00000000">
      <w:pPr>
        <w:spacing w:after="40"/>
      </w:pPr>
      <w:r>
        <w:t>____________________________________________________________________________________________</w:t>
      </w:r>
    </w:p>
    <w:p w14:paraId="6B0735AB" w14:textId="77777777" w:rsidR="00032CB0" w:rsidRDefault="00000000">
      <w:pPr>
        <w:spacing w:after="40"/>
      </w:pPr>
      <w:r>
        <w:t>____________________________________________________________________________________________</w:t>
      </w:r>
    </w:p>
    <w:p w14:paraId="0EA2D5F0" w14:textId="77777777" w:rsidR="00032CB0" w:rsidRDefault="00000000">
      <w:r>
        <w:rPr>
          <w:b/>
        </w:rPr>
        <w:t>Does your CV sound like your past or your next step?</w:t>
      </w:r>
    </w:p>
    <w:p w14:paraId="17F6128F" w14:textId="77777777" w:rsidR="00032CB0" w:rsidRDefault="00000000">
      <w:pPr>
        <w:spacing w:after="40"/>
      </w:pPr>
      <w:r>
        <w:t>____________________________________________________________________________________________</w:t>
      </w:r>
    </w:p>
    <w:p w14:paraId="5632BE88" w14:textId="77777777" w:rsidR="00032CB0" w:rsidRDefault="00000000">
      <w:pPr>
        <w:spacing w:after="40"/>
      </w:pPr>
      <w:r>
        <w:t>____________________________________________________________________________________________</w:t>
      </w:r>
    </w:p>
    <w:p w14:paraId="73C4454A" w14:textId="77777777" w:rsidR="00032CB0" w:rsidRDefault="00000000">
      <w:r>
        <w:rPr>
          <w:b/>
        </w:rPr>
        <w:t>What are you assuming the reader will work out for themselves?</w:t>
      </w:r>
    </w:p>
    <w:p w14:paraId="4BA31893" w14:textId="77777777" w:rsidR="00032CB0" w:rsidRDefault="00000000">
      <w:pPr>
        <w:spacing w:after="40"/>
      </w:pPr>
      <w:r>
        <w:t>____________________________________________________________________________________________</w:t>
      </w:r>
    </w:p>
    <w:p w14:paraId="4AF2A06F" w14:textId="77777777" w:rsidR="00032CB0" w:rsidRDefault="00000000">
      <w:pPr>
        <w:spacing w:after="40"/>
      </w:pPr>
      <w:r>
        <w:t>____________________________________________________________________________________________</w:t>
      </w:r>
    </w:p>
    <w:p w14:paraId="5901A4C7" w14:textId="77777777" w:rsidR="00032CB0" w:rsidRDefault="00000000">
      <w:pPr>
        <w:pStyle w:val="Heading2"/>
      </w:pPr>
      <w:r>
        <w:t>Notes and ideas to carry forward</w:t>
      </w:r>
    </w:p>
    <w:p w14:paraId="2F1B5A0F" w14:textId="77777777" w:rsidR="00032CB0" w:rsidRDefault="00000000">
      <w:pPr>
        <w:spacing w:after="40"/>
      </w:pPr>
      <w:r>
        <w:t>____________________________________________________________________________________________</w:t>
      </w:r>
    </w:p>
    <w:p w14:paraId="475ABD47" w14:textId="77777777" w:rsidR="00032CB0" w:rsidRDefault="00000000">
      <w:pPr>
        <w:spacing w:after="40"/>
      </w:pPr>
      <w:r>
        <w:t>____________________________________________________________________________________________</w:t>
      </w:r>
    </w:p>
    <w:p w14:paraId="7F1C1FBC" w14:textId="77777777" w:rsidR="00032CB0" w:rsidRDefault="00000000">
      <w:pPr>
        <w:spacing w:after="40"/>
      </w:pPr>
      <w:r>
        <w:t>____________________________________________________________________________________________</w:t>
      </w:r>
    </w:p>
    <w:p w14:paraId="74FA726B" w14:textId="77777777" w:rsidR="00032CB0" w:rsidRDefault="00000000">
      <w:pPr>
        <w:spacing w:after="40"/>
      </w:pPr>
      <w:r>
        <w:t>____________________________________________________________________________________________</w:t>
      </w:r>
    </w:p>
    <w:p w14:paraId="47046E47" w14:textId="77777777" w:rsidR="00032CB0" w:rsidRDefault="00000000">
      <w:r>
        <w:br w:type="page"/>
      </w:r>
    </w:p>
    <w:p w14:paraId="100779EE" w14:textId="77777777" w:rsidR="00032CB0" w:rsidRDefault="00000000">
      <w:pPr>
        <w:pStyle w:val="Heading1"/>
      </w:pPr>
      <w:r>
        <w:lastRenderedPageBreak/>
        <w:t>Chapter 3 Workbook | Defining your direction BEFORE you write anything</w:t>
      </w:r>
    </w:p>
    <w:tbl>
      <w:tblPr>
        <w:tblW w:w="0" w:type="auto"/>
        <w:jc w:val="center"/>
        <w:tblLook w:val="04A0" w:firstRow="1" w:lastRow="0" w:firstColumn="1" w:lastColumn="0" w:noHBand="0" w:noVBand="1"/>
      </w:tblPr>
      <w:tblGrid>
        <w:gridCol w:w="10368"/>
      </w:tblGrid>
      <w:tr w:rsidR="00032CB0" w14:paraId="0B05AFE3" w14:textId="77777777">
        <w:trPr>
          <w:jc w:val="center"/>
        </w:trPr>
        <w:tc>
          <w:tcPr>
            <w:tcW w:w="10368" w:type="dxa"/>
            <w:shd w:val="clear" w:color="auto" w:fill="F4F9FC"/>
          </w:tcPr>
          <w:p w14:paraId="09DD54AA" w14:textId="77777777" w:rsidR="00032CB0" w:rsidRDefault="00000000">
            <w:r>
              <w:rPr>
                <w:b/>
                <w:color w:val="0A1744"/>
              </w:rPr>
              <w:t>Chapter focus</w:t>
            </w:r>
            <w:r>
              <w:rPr>
                <w:sz w:val="20"/>
              </w:rPr>
              <w:br/>
              <w:t>Create a clear target before writing the CV.</w:t>
            </w:r>
          </w:p>
        </w:tc>
      </w:tr>
    </w:tbl>
    <w:p w14:paraId="74395ECB" w14:textId="77777777" w:rsidR="00032CB0" w:rsidRDefault="00032CB0"/>
    <w:p w14:paraId="57F68EF3" w14:textId="77777777" w:rsidR="00032CB0" w:rsidRDefault="00000000">
      <w:pPr>
        <w:pStyle w:val="Heading2"/>
      </w:pPr>
      <w:r>
        <w:t>Hints &amp; tips before you start</w:t>
      </w:r>
    </w:p>
    <w:p w14:paraId="28D6EE33" w14:textId="77777777" w:rsidR="00032CB0" w:rsidRDefault="00000000">
      <w:pPr>
        <w:pStyle w:val="ListBullet"/>
      </w:pPr>
      <w:r>
        <w:t>Use rough notes first. You can polish the wording later.</w:t>
      </w:r>
    </w:p>
    <w:p w14:paraId="587CDFE9" w14:textId="77777777" w:rsidR="00032CB0" w:rsidRDefault="00000000">
      <w:pPr>
        <w:pStyle w:val="ListBullet"/>
      </w:pPr>
      <w:r>
        <w:t>Keep your target role in mind so your answers stay relevant.</w:t>
      </w:r>
    </w:p>
    <w:p w14:paraId="49A6CF20" w14:textId="77777777" w:rsidR="00032CB0" w:rsidRDefault="00000000">
      <w:pPr>
        <w:pStyle w:val="ListBullet"/>
      </w:pPr>
      <w:r>
        <w:t>Do not dismiss something because it feels ordinary to you; ordinary to you may be valuable to an employer.</w:t>
      </w:r>
    </w:p>
    <w:p w14:paraId="1F64E488" w14:textId="77777777" w:rsidR="00032CB0" w:rsidRDefault="00000000">
      <w:pPr>
        <w:pStyle w:val="Heading2"/>
      </w:pPr>
      <w:r>
        <w:t>Workbook exercises</w:t>
      </w:r>
    </w:p>
    <w:p w14:paraId="7C9FEA14" w14:textId="77777777" w:rsidR="00032CB0" w:rsidRDefault="00000000">
      <w:pPr>
        <w:pStyle w:val="ListNumber"/>
      </w:pPr>
      <w:r>
        <w:t>List 3–5 target job titles.</w:t>
      </w:r>
    </w:p>
    <w:p w14:paraId="1DE3F5B5" w14:textId="77777777" w:rsidR="00032CB0" w:rsidRDefault="00000000">
      <w:pPr>
        <w:spacing w:after="40"/>
      </w:pPr>
      <w:r>
        <w:t>____________________________________________________________________________________________</w:t>
      </w:r>
    </w:p>
    <w:p w14:paraId="4D55DEB8" w14:textId="77777777" w:rsidR="00032CB0" w:rsidRDefault="00000000">
      <w:pPr>
        <w:spacing w:after="40"/>
      </w:pPr>
      <w:r>
        <w:t>____________________________________________________________________________________________</w:t>
      </w:r>
    </w:p>
    <w:p w14:paraId="724E1AFF" w14:textId="77777777" w:rsidR="00032CB0" w:rsidRDefault="00000000">
      <w:pPr>
        <w:pStyle w:val="ListNumber"/>
      </w:pPr>
      <w:r>
        <w:t>Identify common skills, responsibilities and language across those roles.</w:t>
      </w:r>
    </w:p>
    <w:p w14:paraId="396EA6E4" w14:textId="77777777" w:rsidR="00032CB0" w:rsidRDefault="00000000">
      <w:pPr>
        <w:spacing w:after="40"/>
      </w:pPr>
      <w:r>
        <w:t>____________________________________________________________________________________________</w:t>
      </w:r>
    </w:p>
    <w:p w14:paraId="65055536" w14:textId="77777777" w:rsidR="00032CB0" w:rsidRDefault="00000000">
      <w:pPr>
        <w:spacing w:after="40"/>
      </w:pPr>
      <w:r>
        <w:t>____________________________________________________________________________________________</w:t>
      </w:r>
    </w:p>
    <w:p w14:paraId="18A2F766" w14:textId="77777777" w:rsidR="00032CB0" w:rsidRDefault="00000000">
      <w:pPr>
        <w:pStyle w:val="ListNumber"/>
      </w:pPr>
      <w:r>
        <w:t>Define your working target statement.</w:t>
      </w:r>
    </w:p>
    <w:p w14:paraId="3EF9C46B" w14:textId="77777777" w:rsidR="00032CB0" w:rsidRDefault="00000000">
      <w:pPr>
        <w:spacing w:after="40"/>
      </w:pPr>
      <w:r>
        <w:t>____________________________________________________________________________________________</w:t>
      </w:r>
    </w:p>
    <w:p w14:paraId="0EF117D6"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2592"/>
        <w:gridCol w:w="2592"/>
        <w:gridCol w:w="2592"/>
        <w:gridCol w:w="2592"/>
      </w:tblGrid>
      <w:tr w:rsidR="00032CB0" w14:paraId="22ED8F3F" w14:textId="77777777">
        <w:trPr>
          <w:jc w:val="center"/>
        </w:trPr>
        <w:tc>
          <w:tcPr>
            <w:tcW w:w="2592" w:type="dxa"/>
            <w:shd w:val="clear" w:color="auto" w:fill="0A1744"/>
            <w:vAlign w:val="center"/>
          </w:tcPr>
          <w:p w14:paraId="522C33D9" w14:textId="77777777" w:rsidR="00032CB0" w:rsidRDefault="00000000">
            <w:r>
              <w:rPr>
                <w:b/>
                <w:color w:val="FFFFFF"/>
                <w:sz w:val="18"/>
              </w:rPr>
              <w:t>Target Role</w:t>
            </w:r>
          </w:p>
        </w:tc>
        <w:tc>
          <w:tcPr>
            <w:tcW w:w="2592" w:type="dxa"/>
            <w:shd w:val="clear" w:color="auto" w:fill="0A1744"/>
            <w:vAlign w:val="center"/>
          </w:tcPr>
          <w:p w14:paraId="04CDF423" w14:textId="77777777" w:rsidR="00032CB0" w:rsidRDefault="00000000">
            <w:r>
              <w:rPr>
                <w:b/>
                <w:color w:val="FFFFFF"/>
                <w:sz w:val="18"/>
              </w:rPr>
              <w:t>Why it appeals</w:t>
            </w:r>
          </w:p>
        </w:tc>
        <w:tc>
          <w:tcPr>
            <w:tcW w:w="2592" w:type="dxa"/>
            <w:shd w:val="clear" w:color="auto" w:fill="0A1744"/>
            <w:vAlign w:val="center"/>
          </w:tcPr>
          <w:p w14:paraId="6C1B9032" w14:textId="77777777" w:rsidR="00032CB0" w:rsidRDefault="00000000">
            <w:r>
              <w:rPr>
                <w:b/>
                <w:color w:val="FFFFFF"/>
                <w:sz w:val="18"/>
              </w:rPr>
              <w:t>Common requirements</w:t>
            </w:r>
          </w:p>
        </w:tc>
        <w:tc>
          <w:tcPr>
            <w:tcW w:w="2592" w:type="dxa"/>
            <w:shd w:val="clear" w:color="auto" w:fill="0A1744"/>
            <w:vAlign w:val="center"/>
          </w:tcPr>
          <w:p w14:paraId="7877B1D1" w14:textId="77777777" w:rsidR="00032CB0" w:rsidRDefault="00000000">
            <w:r>
              <w:rPr>
                <w:b/>
                <w:color w:val="FFFFFF"/>
                <w:sz w:val="18"/>
              </w:rPr>
              <w:t>Evidence I have</w:t>
            </w:r>
          </w:p>
        </w:tc>
      </w:tr>
      <w:tr w:rsidR="00032CB0" w14:paraId="4F93F1C2" w14:textId="77777777">
        <w:trPr>
          <w:jc w:val="center"/>
        </w:trPr>
        <w:tc>
          <w:tcPr>
            <w:tcW w:w="2592" w:type="dxa"/>
          </w:tcPr>
          <w:p w14:paraId="0E9D2228" w14:textId="77777777" w:rsidR="00032CB0" w:rsidRDefault="00032CB0"/>
        </w:tc>
        <w:tc>
          <w:tcPr>
            <w:tcW w:w="2592" w:type="dxa"/>
          </w:tcPr>
          <w:p w14:paraId="3D3409D6" w14:textId="77777777" w:rsidR="00032CB0" w:rsidRDefault="00032CB0"/>
        </w:tc>
        <w:tc>
          <w:tcPr>
            <w:tcW w:w="2592" w:type="dxa"/>
          </w:tcPr>
          <w:p w14:paraId="106A1E27" w14:textId="77777777" w:rsidR="00032CB0" w:rsidRDefault="00032CB0"/>
        </w:tc>
        <w:tc>
          <w:tcPr>
            <w:tcW w:w="2592" w:type="dxa"/>
          </w:tcPr>
          <w:p w14:paraId="5213759D" w14:textId="77777777" w:rsidR="00032CB0" w:rsidRDefault="00032CB0"/>
        </w:tc>
      </w:tr>
      <w:tr w:rsidR="00032CB0" w14:paraId="6C5A636F" w14:textId="77777777">
        <w:trPr>
          <w:jc w:val="center"/>
        </w:trPr>
        <w:tc>
          <w:tcPr>
            <w:tcW w:w="2592" w:type="dxa"/>
          </w:tcPr>
          <w:p w14:paraId="79AE84A0" w14:textId="77777777" w:rsidR="00032CB0" w:rsidRDefault="00032CB0"/>
        </w:tc>
        <w:tc>
          <w:tcPr>
            <w:tcW w:w="2592" w:type="dxa"/>
          </w:tcPr>
          <w:p w14:paraId="3722F692" w14:textId="77777777" w:rsidR="00032CB0" w:rsidRDefault="00032CB0"/>
        </w:tc>
        <w:tc>
          <w:tcPr>
            <w:tcW w:w="2592" w:type="dxa"/>
          </w:tcPr>
          <w:p w14:paraId="535A1009" w14:textId="77777777" w:rsidR="00032CB0" w:rsidRDefault="00032CB0"/>
        </w:tc>
        <w:tc>
          <w:tcPr>
            <w:tcW w:w="2592" w:type="dxa"/>
          </w:tcPr>
          <w:p w14:paraId="412610AC" w14:textId="77777777" w:rsidR="00032CB0" w:rsidRDefault="00032CB0"/>
        </w:tc>
      </w:tr>
      <w:tr w:rsidR="00032CB0" w14:paraId="64E09257" w14:textId="77777777">
        <w:trPr>
          <w:jc w:val="center"/>
        </w:trPr>
        <w:tc>
          <w:tcPr>
            <w:tcW w:w="2592" w:type="dxa"/>
          </w:tcPr>
          <w:p w14:paraId="62A58811" w14:textId="77777777" w:rsidR="00032CB0" w:rsidRDefault="00032CB0"/>
        </w:tc>
        <w:tc>
          <w:tcPr>
            <w:tcW w:w="2592" w:type="dxa"/>
          </w:tcPr>
          <w:p w14:paraId="0361E000" w14:textId="77777777" w:rsidR="00032CB0" w:rsidRDefault="00032CB0"/>
        </w:tc>
        <w:tc>
          <w:tcPr>
            <w:tcW w:w="2592" w:type="dxa"/>
          </w:tcPr>
          <w:p w14:paraId="5CDB2216" w14:textId="77777777" w:rsidR="00032CB0" w:rsidRDefault="00032CB0"/>
        </w:tc>
        <w:tc>
          <w:tcPr>
            <w:tcW w:w="2592" w:type="dxa"/>
          </w:tcPr>
          <w:p w14:paraId="5DB787C6" w14:textId="77777777" w:rsidR="00032CB0" w:rsidRDefault="00032CB0"/>
        </w:tc>
      </w:tr>
      <w:tr w:rsidR="00032CB0" w14:paraId="06DC246C" w14:textId="77777777">
        <w:trPr>
          <w:jc w:val="center"/>
        </w:trPr>
        <w:tc>
          <w:tcPr>
            <w:tcW w:w="2592" w:type="dxa"/>
          </w:tcPr>
          <w:p w14:paraId="165B0486" w14:textId="77777777" w:rsidR="00032CB0" w:rsidRDefault="00032CB0"/>
        </w:tc>
        <w:tc>
          <w:tcPr>
            <w:tcW w:w="2592" w:type="dxa"/>
          </w:tcPr>
          <w:p w14:paraId="3CC95841" w14:textId="77777777" w:rsidR="00032CB0" w:rsidRDefault="00032CB0"/>
        </w:tc>
        <w:tc>
          <w:tcPr>
            <w:tcW w:w="2592" w:type="dxa"/>
          </w:tcPr>
          <w:p w14:paraId="134B8BB5" w14:textId="77777777" w:rsidR="00032CB0" w:rsidRDefault="00032CB0"/>
        </w:tc>
        <w:tc>
          <w:tcPr>
            <w:tcW w:w="2592" w:type="dxa"/>
          </w:tcPr>
          <w:p w14:paraId="543B6D47" w14:textId="77777777" w:rsidR="00032CB0" w:rsidRDefault="00032CB0"/>
        </w:tc>
      </w:tr>
      <w:tr w:rsidR="00032CB0" w14:paraId="6557F7C4" w14:textId="77777777">
        <w:trPr>
          <w:jc w:val="center"/>
        </w:trPr>
        <w:tc>
          <w:tcPr>
            <w:tcW w:w="2592" w:type="dxa"/>
          </w:tcPr>
          <w:p w14:paraId="466DFEBA" w14:textId="77777777" w:rsidR="00032CB0" w:rsidRDefault="00032CB0"/>
        </w:tc>
        <w:tc>
          <w:tcPr>
            <w:tcW w:w="2592" w:type="dxa"/>
          </w:tcPr>
          <w:p w14:paraId="04D207F5" w14:textId="77777777" w:rsidR="00032CB0" w:rsidRDefault="00032CB0"/>
        </w:tc>
        <w:tc>
          <w:tcPr>
            <w:tcW w:w="2592" w:type="dxa"/>
          </w:tcPr>
          <w:p w14:paraId="0887E214" w14:textId="77777777" w:rsidR="00032CB0" w:rsidRDefault="00032CB0"/>
        </w:tc>
        <w:tc>
          <w:tcPr>
            <w:tcW w:w="2592" w:type="dxa"/>
          </w:tcPr>
          <w:p w14:paraId="5FF8C2D9" w14:textId="77777777" w:rsidR="00032CB0" w:rsidRDefault="00032CB0"/>
        </w:tc>
      </w:tr>
    </w:tbl>
    <w:p w14:paraId="7AC8FA7C" w14:textId="77777777" w:rsidR="00032CB0" w:rsidRDefault="00032CB0"/>
    <w:p w14:paraId="0B3E508D" w14:textId="77777777" w:rsidR="00032CB0" w:rsidRDefault="00000000">
      <w:pPr>
        <w:pStyle w:val="Heading2"/>
      </w:pPr>
      <w:r>
        <w:t>Reflection</w:t>
      </w:r>
    </w:p>
    <w:p w14:paraId="70A4DB1B" w14:textId="77777777" w:rsidR="00032CB0" w:rsidRDefault="00000000">
      <w:r>
        <w:rPr>
          <w:b/>
        </w:rPr>
        <w:t>Which role feels most aligned?</w:t>
      </w:r>
    </w:p>
    <w:p w14:paraId="7F768940" w14:textId="77777777" w:rsidR="00032CB0" w:rsidRDefault="00000000">
      <w:pPr>
        <w:spacing w:after="40"/>
      </w:pPr>
      <w:r>
        <w:t>____________________________________________________________________________________________</w:t>
      </w:r>
    </w:p>
    <w:p w14:paraId="017C5291" w14:textId="77777777" w:rsidR="00032CB0" w:rsidRDefault="00000000">
      <w:pPr>
        <w:spacing w:after="40"/>
      </w:pPr>
      <w:r>
        <w:t>____________________________________________________________________________________________</w:t>
      </w:r>
    </w:p>
    <w:p w14:paraId="197830F6" w14:textId="77777777" w:rsidR="00032CB0" w:rsidRDefault="00000000">
      <w:r>
        <w:rPr>
          <w:b/>
        </w:rPr>
        <w:t>Which role would need a different version of your CV?</w:t>
      </w:r>
    </w:p>
    <w:p w14:paraId="32FB0E42" w14:textId="77777777" w:rsidR="00032CB0" w:rsidRDefault="00000000">
      <w:pPr>
        <w:spacing w:after="40"/>
      </w:pPr>
      <w:r>
        <w:t>____________________________________________________________________________________________</w:t>
      </w:r>
    </w:p>
    <w:p w14:paraId="645EC47E" w14:textId="77777777" w:rsidR="00032CB0" w:rsidRDefault="00000000">
      <w:pPr>
        <w:spacing w:after="40"/>
      </w:pPr>
      <w:r>
        <w:t>____________________________________________________________________________________________</w:t>
      </w:r>
    </w:p>
    <w:p w14:paraId="22A4F50C" w14:textId="77777777" w:rsidR="00032CB0" w:rsidRDefault="00000000">
      <w:r>
        <w:rPr>
          <w:b/>
        </w:rPr>
        <w:t>What must your CV immediately communicate?</w:t>
      </w:r>
    </w:p>
    <w:p w14:paraId="2D59924B" w14:textId="77777777" w:rsidR="00032CB0" w:rsidRDefault="00000000">
      <w:pPr>
        <w:spacing w:after="40"/>
      </w:pPr>
      <w:r>
        <w:t>____________________________________________________________________________________________</w:t>
      </w:r>
    </w:p>
    <w:p w14:paraId="604E2548" w14:textId="77777777" w:rsidR="00032CB0" w:rsidRDefault="00000000">
      <w:pPr>
        <w:spacing w:after="40"/>
      </w:pPr>
      <w:r>
        <w:t>____________________________________________________________________________________________</w:t>
      </w:r>
    </w:p>
    <w:p w14:paraId="30F9136C" w14:textId="77777777" w:rsidR="00032CB0" w:rsidRDefault="00000000">
      <w:pPr>
        <w:pStyle w:val="Heading2"/>
      </w:pPr>
      <w:r>
        <w:lastRenderedPageBreak/>
        <w:t>Notes and ideas to carry forward</w:t>
      </w:r>
    </w:p>
    <w:p w14:paraId="5E6AEF06" w14:textId="77777777" w:rsidR="00032CB0" w:rsidRDefault="00000000">
      <w:pPr>
        <w:spacing w:after="40"/>
      </w:pPr>
      <w:r>
        <w:t>____________________________________________________________________________________________</w:t>
      </w:r>
    </w:p>
    <w:p w14:paraId="47609C62" w14:textId="77777777" w:rsidR="00032CB0" w:rsidRDefault="00000000">
      <w:pPr>
        <w:spacing w:after="40"/>
      </w:pPr>
      <w:r>
        <w:t>____________________________________________________________________________________________</w:t>
      </w:r>
    </w:p>
    <w:p w14:paraId="605C4852" w14:textId="77777777" w:rsidR="00032CB0" w:rsidRDefault="00000000">
      <w:pPr>
        <w:spacing w:after="40"/>
      </w:pPr>
      <w:r>
        <w:t>____________________________________________________________________________________________</w:t>
      </w:r>
    </w:p>
    <w:p w14:paraId="4F4F6122" w14:textId="77777777" w:rsidR="00032CB0" w:rsidRDefault="00000000">
      <w:pPr>
        <w:spacing w:after="40"/>
      </w:pPr>
      <w:r>
        <w:t>____________________________________________________________________________________________</w:t>
      </w:r>
    </w:p>
    <w:p w14:paraId="334E2C0B" w14:textId="77777777" w:rsidR="00032CB0" w:rsidRDefault="00000000">
      <w:r>
        <w:br w:type="page"/>
      </w:r>
    </w:p>
    <w:p w14:paraId="58FC81E7" w14:textId="77777777" w:rsidR="00032CB0" w:rsidRDefault="00000000">
      <w:pPr>
        <w:pStyle w:val="Heading1"/>
      </w:pPr>
      <w:r>
        <w:lastRenderedPageBreak/>
        <w:t>Chapter 4 Workbook | Identifying your value and experience</w:t>
      </w:r>
    </w:p>
    <w:tbl>
      <w:tblPr>
        <w:tblW w:w="0" w:type="auto"/>
        <w:jc w:val="center"/>
        <w:tblLook w:val="04A0" w:firstRow="1" w:lastRow="0" w:firstColumn="1" w:lastColumn="0" w:noHBand="0" w:noVBand="1"/>
      </w:tblPr>
      <w:tblGrid>
        <w:gridCol w:w="10368"/>
      </w:tblGrid>
      <w:tr w:rsidR="00032CB0" w14:paraId="1270470B" w14:textId="77777777">
        <w:trPr>
          <w:jc w:val="center"/>
        </w:trPr>
        <w:tc>
          <w:tcPr>
            <w:tcW w:w="10368" w:type="dxa"/>
            <w:shd w:val="clear" w:color="auto" w:fill="F4F9FC"/>
          </w:tcPr>
          <w:p w14:paraId="6A1067F0" w14:textId="77777777" w:rsidR="00032CB0" w:rsidRDefault="00000000">
            <w:r>
              <w:rPr>
                <w:b/>
                <w:color w:val="0A1744"/>
              </w:rPr>
              <w:t>Chapter focus</w:t>
            </w:r>
            <w:r>
              <w:rPr>
                <w:sz w:val="20"/>
              </w:rPr>
              <w:br/>
              <w:t>Gather the raw material behind your roles, responsibilities, scale and contribution.</w:t>
            </w:r>
          </w:p>
        </w:tc>
      </w:tr>
    </w:tbl>
    <w:p w14:paraId="78623733" w14:textId="77777777" w:rsidR="00032CB0" w:rsidRDefault="00032CB0"/>
    <w:p w14:paraId="6AECA74C" w14:textId="77777777" w:rsidR="00032CB0" w:rsidRDefault="00000000">
      <w:pPr>
        <w:pStyle w:val="Heading2"/>
      </w:pPr>
      <w:r>
        <w:t>Hints &amp; tips before you start</w:t>
      </w:r>
    </w:p>
    <w:p w14:paraId="13DAED8C" w14:textId="77777777" w:rsidR="00032CB0" w:rsidRDefault="00000000">
      <w:pPr>
        <w:pStyle w:val="ListBullet"/>
      </w:pPr>
      <w:r>
        <w:t>Use rough notes first. You can polish the wording later.</w:t>
      </w:r>
    </w:p>
    <w:p w14:paraId="50D7CCBB" w14:textId="77777777" w:rsidR="00032CB0" w:rsidRDefault="00000000">
      <w:pPr>
        <w:pStyle w:val="ListBullet"/>
      </w:pPr>
      <w:r>
        <w:t>Keep your target role in mind so your answers stay relevant.</w:t>
      </w:r>
    </w:p>
    <w:p w14:paraId="01D5F69B" w14:textId="77777777" w:rsidR="00032CB0" w:rsidRDefault="00000000">
      <w:pPr>
        <w:pStyle w:val="ListBullet"/>
      </w:pPr>
      <w:r>
        <w:t>Do not dismiss something because it feels ordinary to you; ordinary to you may be valuable to an employer.</w:t>
      </w:r>
    </w:p>
    <w:p w14:paraId="08625587" w14:textId="77777777" w:rsidR="00032CB0" w:rsidRDefault="00000000">
      <w:pPr>
        <w:pStyle w:val="Heading2"/>
      </w:pPr>
      <w:r>
        <w:t>Workbook exercises</w:t>
      </w:r>
    </w:p>
    <w:p w14:paraId="3F77DEE2" w14:textId="77777777" w:rsidR="00032CB0" w:rsidRDefault="00000000">
      <w:pPr>
        <w:pStyle w:val="ListNumber"/>
      </w:pPr>
      <w:r>
        <w:t>Complete a role breakdown for each job from the last 10–15 years.</w:t>
      </w:r>
    </w:p>
    <w:p w14:paraId="74AE4F78" w14:textId="77777777" w:rsidR="00032CB0" w:rsidRDefault="00000000">
      <w:pPr>
        <w:spacing w:after="40"/>
      </w:pPr>
      <w:r>
        <w:t>____________________________________________________________________________________________</w:t>
      </w:r>
    </w:p>
    <w:p w14:paraId="5E2B952B" w14:textId="77777777" w:rsidR="00032CB0" w:rsidRDefault="00000000">
      <w:pPr>
        <w:spacing w:after="40"/>
      </w:pPr>
      <w:r>
        <w:t>____________________________________________________________________________________________</w:t>
      </w:r>
    </w:p>
    <w:p w14:paraId="49068616" w14:textId="77777777" w:rsidR="00032CB0" w:rsidRDefault="00000000">
      <w:pPr>
        <w:pStyle w:val="ListNumber"/>
      </w:pPr>
      <w:r>
        <w:t>Record business context, remit, stakeholders, scale and challenges.</w:t>
      </w:r>
    </w:p>
    <w:p w14:paraId="1A52D050" w14:textId="77777777" w:rsidR="00032CB0" w:rsidRDefault="00000000">
      <w:pPr>
        <w:spacing w:after="40"/>
      </w:pPr>
      <w:r>
        <w:t>____________________________________________________________________________________________</w:t>
      </w:r>
    </w:p>
    <w:p w14:paraId="760E4A20" w14:textId="77777777" w:rsidR="00032CB0" w:rsidRDefault="00000000">
      <w:pPr>
        <w:spacing w:after="40"/>
      </w:pPr>
      <w:r>
        <w:t>____________________________________________________________________________________________</w:t>
      </w:r>
    </w:p>
    <w:p w14:paraId="1D3EAF41" w14:textId="77777777" w:rsidR="00032CB0" w:rsidRDefault="00000000">
      <w:pPr>
        <w:pStyle w:val="ListNumber"/>
      </w:pPr>
      <w:r>
        <w:t>Answer: what changed because you were there?</w:t>
      </w:r>
    </w:p>
    <w:p w14:paraId="08D60D62" w14:textId="77777777" w:rsidR="00032CB0" w:rsidRDefault="00000000">
      <w:pPr>
        <w:spacing w:after="40"/>
      </w:pPr>
      <w:r>
        <w:t>____________________________________________________________________________________________</w:t>
      </w:r>
    </w:p>
    <w:p w14:paraId="16CC27FE"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5184"/>
        <w:gridCol w:w="5184"/>
      </w:tblGrid>
      <w:tr w:rsidR="00032CB0" w14:paraId="5EFB383B" w14:textId="77777777">
        <w:trPr>
          <w:jc w:val="center"/>
        </w:trPr>
        <w:tc>
          <w:tcPr>
            <w:tcW w:w="5184" w:type="dxa"/>
            <w:shd w:val="clear" w:color="auto" w:fill="0A1744"/>
            <w:vAlign w:val="center"/>
          </w:tcPr>
          <w:p w14:paraId="31270860" w14:textId="77777777" w:rsidR="00032CB0" w:rsidRDefault="00000000">
            <w:r>
              <w:rPr>
                <w:b/>
                <w:color w:val="FFFFFF"/>
                <w:sz w:val="18"/>
              </w:rPr>
              <w:t>Role detail</w:t>
            </w:r>
          </w:p>
        </w:tc>
        <w:tc>
          <w:tcPr>
            <w:tcW w:w="5184" w:type="dxa"/>
            <w:shd w:val="clear" w:color="auto" w:fill="0A1744"/>
            <w:vAlign w:val="center"/>
          </w:tcPr>
          <w:p w14:paraId="41792131" w14:textId="77777777" w:rsidR="00032CB0" w:rsidRDefault="00000000">
            <w:r>
              <w:rPr>
                <w:b/>
                <w:color w:val="FFFFFF"/>
                <w:sz w:val="18"/>
              </w:rPr>
              <w:t>Your notes</w:t>
            </w:r>
          </w:p>
        </w:tc>
      </w:tr>
      <w:tr w:rsidR="00032CB0" w14:paraId="34D95EC2" w14:textId="77777777">
        <w:trPr>
          <w:jc w:val="center"/>
        </w:trPr>
        <w:tc>
          <w:tcPr>
            <w:tcW w:w="5184" w:type="dxa"/>
          </w:tcPr>
          <w:p w14:paraId="66A90AB2" w14:textId="77777777" w:rsidR="00032CB0" w:rsidRDefault="00000000">
            <w:r>
              <w:rPr>
                <w:sz w:val="18"/>
              </w:rPr>
              <w:t>Job title / employer / dates</w:t>
            </w:r>
          </w:p>
        </w:tc>
        <w:tc>
          <w:tcPr>
            <w:tcW w:w="5184" w:type="dxa"/>
          </w:tcPr>
          <w:p w14:paraId="7E0C31A4" w14:textId="77777777" w:rsidR="00032CB0" w:rsidRDefault="00032CB0"/>
        </w:tc>
      </w:tr>
      <w:tr w:rsidR="00032CB0" w14:paraId="7DD3EA07" w14:textId="77777777">
        <w:trPr>
          <w:jc w:val="center"/>
        </w:trPr>
        <w:tc>
          <w:tcPr>
            <w:tcW w:w="5184" w:type="dxa"/>
          </w:tcPr>
          <w:p w14:paraId="12150DD3" w14:textId="77777777" w:rsidR="00032CB0" w:rsidRDefault="00000000">
            <w:r>
              <w:rPr>
                <w:sz w:val="18"/>
              </w:rPr>
              <w:t>Why the role existed</w:t>
            </w:r>
          </w:p>
        </w:tc>
        <w:tc>
          <w:tcPr>
            <w:tcW w:w="5184" w:type="dxa"/>
          </w:tcPr>
          <w:p w14:paraId="4CC006DB" w14:textId="77777777" w:rsidR="00032CB0" w:rsidRDefault="00032CB0"/>
        </w:tc>
      </w:tr>
      <w:tr w:rsidR="00032CB0" w14:paraId="2067B79C" w14:textId="77777777">
        <w:trPr>
          <w:jc w:val="center"/>
        </w:trPr>
        <w:tc>
          <w:tcPr>
            <w:tcW w:w="5184" w:type="dxa"/>
          </w:tcPr>
          <w:p w14:paraId="45C61304" w14:textId="77777777" w:rsidR="00032CB0" w:rsidRDefault="00000000">
            <w:r>
              <w:rPr>
                <w:sz w:val="18"/>
              </w:rPr>
              <w:t>Business context</w:t>
            </w:r>
          </w:p>
        </w:tc>
        <w:tc>
          <w:tcPr>
            <w:tcW w:w="5184" w:type="dxa"/>
          </w:tcPr>
          <w:p w14:paraId="5AD45FB0" w14:textId="77777777" w:rsidR="00032CB0" w:rsidRDefault="00032CB0"/>
        </w:tc>
      </w:tr>
      <w:tr w:rsidR="00032CB0" w14:paraId="0C22C580" w14:textId="77777777">
        <w:trPr>
          <w:jc w:val="center"/>
        </w:trPr>
        <w:tc>
          <w:tcPr>
            <w:tcW w:w="5184" w:type="dxa"/>
          </w:tcPr>
          <w:p w14:paraId="45FB98E3" w14:textId="77777777" w:rsidR="00032CB0" w:rsidRDefault="00000000">
            <w:r>
              <w:rPr>
                <w:sz w:val="18"/>
              </w:rPr>
              <w:t>Team / budget / scope</w:t>
            </w:r>
          </w:p>
        </w:tc>
        <w:tc>
          <w:tcPr>
            <w:tcW w:w="5184" w:type="dxa"/>
          </w:tcPr>
          <w:p w14:paraId="602525AA" w14:textId="77777777" w:rsidR="00032CB0" w:rsidRDefault="00032CB0"/>
        </w:tc>
      </w:tr>
      <w:tr w:rsidR="00032CB0" w14:paraId="1A215D06" w14:textId="77777777">
        <w:trPr>
          <w:jc w:val="center"/>
        </w:trPr>
        <w:tc>
          <w:tcPr>
            <w:tcW w:w="5184" w:type="dxa"/>
          </w:tcPr>
          <w:p w14:paraId="2CFF71B4" w14:textId="77777777" w:rsidR="00032CB0" w:rsidRDefault="00000000">
            <w:r>
              <w:rPr>
                <w:sz w:val="18"/>
              </w:rPr>
              <w:t>Key stakeholders</w:t>
            </w:r>
          </w:p>
        </w:tc>
        <w:tc>
          <w:tcPr>
            <w:tcW w:w="5184" w:type="dxa"/>
          </w:tcPr>
          <w:p w14:paraId="5EB9D4B0" w14:textId="77777777" w:rsidR="00032CB0" w:rsidRDefault="00032CB0"/>
        </w:tc>
      </w:tr>
      <w:tr w:rsidR="00032CB0" w14:paraId="6F6A8D0A" w14:textId="77777777">
        <w:trPr>
          <w:jc w:val="center"/>
        </w:trPr>
        <w:tc>
          <w:tcPr>
            <w:tcW w:w="5184" w:type="dxa"/>
          </w:tcPr>
          <w:p w14:paraId="0CFA770A" w14:textId="77777777" w:rsidR="00032CB0" w:rsidRDefault="00000000">
            <w:r>
              <w:rPr>
                <w:sz w:val="18"/>
              </w:rPr>
              <w:t>Main challenges</w:t>
            </w:r>
          </w:p>
        </w:tc>
        <w:tc>
          <w:tcPr>
            <w:tcW w:w="5184" w:type="dxa"/>
          </w:tcPr>
          <w:p w14:paraId="7FB57586" w14:textId="77777777" w:rsidR="00032CB0" w:rsidRDefault="00032CB0"/>
        </w:tc>
      </w:tr>
      <w:tr w:rsidR="00032CB0" w14:paraId="52BD0AD9" w14:textId="77777777">
        <w:trPr>
          <w:jc w:val="center"/>
        </w:trPr>
        <w:tc>
          <w:tcPr>
            <w:tcW w:w="5184" w:type="dxa"/>
          </w:tcPr>
          <w:p w14:paraId="65B1A01B" w14:textId="77777777" w:rsidR="00032CB0" w:rsidRDefault="00000000">
            <w:r>
              <w:rPr>
                <w:sz w:val="18"/>
              </w:rPr>
              <w:t>What changed because of me</w:t>
            </w:r>
          </w:p>
        </w:tc>
        <w:tc>
          <w:tcPr>
            <w:tcW w:w="5184" w:type="dxa"/>
          </w:tcPr>
          <w:p w14:paraId="6A58262A" w14:textId="77777777" w:rsidR="00032CB0" w:rsidRDefault="00032CB0"/>
        </w:tc>
      </w:tr>
    </w:tbl>
    <w:p w14:paraId="39560EC2" w14:textId="77777777" w:rsidR="00032CB0" w:rsidRDefault="00032CB0"/>
    <w:p w14:paraId="3580FFD8" w14:textId="77777777" w:rsidR="00032CB0" w:rsidRDefault="00000000">
      <w:pPr>
        <w:pStyle w:val="Heading2"/>
      </w:pPr>
      <w:r>
        <w:t>Reflection</w:t>
      </w:r>
    </w:p>
    <w:p w14:paraId="30E3D35E" w14:textId="77777777" w:rsidR="00032CB0" w:rsidRDefault="00000000">
      <w:r>
        <w:rPr>
          <w:b/>
        </w:rPr>
        <w:t>What part of your role have you underestimated?</w:t>
      </w:r>
    </w:p>
    <w:p w14:paraId="2F308515" w14:textId="77777777" w:rsidR="00032CB0" w:rsidRDefault="00000000">
      <w:pPr>
        <w:spacing w:after="40"/>
      </w:pPr>
      <w:r>
        <w:t>____________________________________________________________________________________________</w:t>
      </w:r>
    </w:p>
    <w:p w14:paraId="736E387D" w14:textId="77777777" w:rsidR="00032CB0" w:rsidRDefault="00000000">
      <w:pPr>
        <w:spacing w:after="40"/>
      </w:pPr>
      <w:r>
        <w:t>____________________________________________________________________________________________</w:t>
      </w:r>
    </w:p>
    <w:p w14:paraId="667A06A6" w14:textId="77777777" w:rsidR="00032CB0" w:rsidRDefault="00000000">
      <w:r>
        <w:rPr>
          <w:b/>
        </w:rPr>
        <w:t>Where did you hold more responsibility than your job title suggests?</w:t>
      </w:r>
    </w:p>
    <w:p w14:paraId="725DF63A" w14:textId="77777777" w:rsidR="00032CB0" w:rsidRDefault="00000000">
      <w:pPr>
        <w:spacing w:after="40"/>
      </w:pPr>
      <w:r>
        <w:t>____________________________________________________________________________________________</w:t>
      </w:r>
    </w:p>
    <w:p w14:paraId="19BC0CCD" w14:textId="77777777" w:rsidR="00032CB0" w:rsidRDefault="00000000">
      <w:pPr>
        <w:spacing w:after="40"/>
      </w:pPr>
      <w:r>
        <w:t>____________________________________________________________________________________________</w:t>
      </w:r>
    </w:p>
    <w:p w14:paraId="5E43E685" w14:textId="77777777" w:rsidR="00032CB0" w:rsidRDefault="00000000">
      <w:r>
        <w:rPr>
          <w:b/>
        </w:rPr>
        <w:t>What evidence supports your credibility?</w:t>
      </w:r>
    </w:p>
    <w:p w14:paraId="6DEF522F" w14:textId="77777777" w:rsidR="00032CB0" w:rsidRDefault="00000000">
      <w:pPr>
        <w:spacing w:after="40"/>
      </w:pPr>
      <w:r>
        <w:t>____________________________________________________________________________________________</w:t>
      </w:r>
    </w:p>
    <w:p w14:paraId="1130B510" w14:textId="77777777" w:rsidR="00032CB0" w:rsidRDefault="00000000">
      <w:pPr>
        <w:spacing w:after="40"/>
      </w:pPr>
      <w:r>
        <w:t>____________________________________________________________________________________________</w:t>
      </w:r>
    </w:p>
    <w:p w14:paraId="149ECE27" w14:textId="77777777" w:rsidR="00032CB0" w:rsidRDefault="00000000">
      <w:pPr>
        <w:pStyle w:val="Heading2"/>
      </w:pPr>
      <w:r>
        <w:lastRenderedPageBreak/>
        <w:t>Notes and ideas to carry forward</w:t>
      </w:r>
    </w:p>
    <w:p w14:paraId="2B576F82" w14:textId="77777777" w:rsidR="00032CB0" w:rsidRDefault="00000000">
      <w:pPr>
        <w:spacing w:after="40"/>
      </w:pPr>
      <w:r>
        <w:t>____________________________________________________________________________________________</w:t>
      </w:r>
    </w:p>
    <w:p w14:paraId="545D90B0" w14:textId="77777777" w:rsidR="00032CB0" w:rsidRDefault="00000000">
      <w:pPr>
        <w:spacing w:after="40"/>
      </w:pPr>
      <w:r>
        <w:t>____________________________________________________________________________________________</w:t>
      </w:r>
    </w:p>
    <w:p w14:paraId="24848E33" w14:textId="77777777" w:rsidR="00032CB0" w:rsidRDefault="00000000">
      <w:pPr>
        <w:spacing w:after="40"/>
      </w:pPr>
      <w:r>
        <w:t>____________________________________________________________________________________________</w:t>
      </w:r>
    </w:p>
    <w:p w14:paraId="0C500157" w14:textId="77777777" w:rsidR="00032CB0" w:rsidRDefault="00000000">
      <w:pPr>
        <w:spacing w:after="40"/>
      </w:pPr>
      <w:r>
        <w:t>____________________________________________________________________________________________</w:t>
      </w:r>
    </w:p>
    <w:p w14:paraId="74500CAB" w14:textId="77777777" w:rsidR="00032CB0" w:rsidRDefault="00000000">
      <w:r>
        <w:br w:type="page"/>
      </w:r>
    </w:p>
    <w:p w14:paraId="3E02E073" w14:textId="77777777" w:rsidR="00032CB0" w:rsidRDefault="00000000">
      <w:pPr>
        <w:pStyle w:val="Heading1"/>
      </w:pPr>
      <w:r>
        <w:lastRenderedPageBreak/>
        <w:t>Chapter 5 Workbook | Realising your achievements</w:t>
      </w:r>
    </w:p>
    <w:tbl>
      <w:tblPr>
        <w:tblW w:w="0" w:type="auto"/>
        <w:jc w:val="center"/>
        <w:tblLook w:val="04A0" w:firstRow="1" w:lastRow="0" w:firstColumn="1" w:lastColumn="0" w:noHBand="0" w:noVBand="1"/>
      </w:tblPr>
      <w:tblGrid>
        <w:gridCol w:w="10368"/>
      </w:tblGrid>
      <w:tr w:rsidR="00032CB0" w14:paraId="5D13F196" w14:textId="77777777">
        <w:trPr>
          <w:jc w:val="center"/>
        </w:trPr>
        <w:tc>
          <w:tcPr>
            <w:tcW w:w="10368" w:type="dxa"/>
            <w:shd w:val="clear" w:color="auto" w:fill="F4F9FC"/>
          </w:tcPr>
          <w:p w14:paraId="0F697E03" w14:textId="77777777" w:rsidR="00032CB0" w:rsidRDefault="00000000">
            <w:r>
              <w:rPr>
                <w:b/>
                <w:color w:val="0A1744"/>
              </w:rPr>
              <w:t>Chapter focus</w:t>
            </w:r>
            <w:r>
              <w:rPr>
                <w:sz w:val="20"/>
              </w:rPr>
              <w:br/>
              <w:t>Recognise and extract achievements, even when they are not obvious or metric-led.</w:t>
            </w:r>
          </w:p>
        </w:tc>
      </w:tr>
    </w:tbl>
    <w:p w14:paraId="6127DFAE" w14:textId="77777777" w:rsidR="00032CB0" w:rsidRDefault="00032CB0"/>
    <w:p w14:paraId="51BD0E65" w14:textId="77777777" w:rsidR="00032CB0" w:rsidRDefault="00000000">
      <w:pPr>
        <w:pStyle w:val="Heading2"/>
      </w:pPr>
      <w:r>
        <w:t>Hints &amp; tips before you start</w:t>
      </w:r>
    </w:p>
    <w:p w14:paraId="5CDE2004" w14:textId="77777777" w:rsidR="00032CB0" w:rsidRDefault="00000000">
      <w:pPr>
        <w:pStyle w:val="ListBullet"/>
      </w:pPr>
      <w:r>
        <w:t>Use rough notes first. You can polish the wording later.</w:t>
      </w:r>
    </w:p>
    <w:p w14:paraId="507F25CC" w14:textId="77777777" w:rsidR="00032CB0" w:rsidRDefault="00000000">
      <w:pPr>
        <w:pStyle w:val="ListBullet"/>
      </w:pPr>
      <w:r>
        <w:t>Keep your target role in mind so your answers stay relevant.</w:t>
      </w:r>
    </w:p>
    <w:p w14:paraId="38D9F5FA" w14:textId="77777777" w:rsidR="00032CB0" w:rsidRDefault="00000000">
      <w:pPr>
        <w:pStyle w:val="ListBullet"/>
      </w:pPr>
      <w:r>
        <w:t>Do not dismiss something because it feels ordinary to you; ordinary to you may be valuable to an employer.</w:t>
      </w:r>
    </w:p>
    <w:p w14:paraId="1CBE3CC2" w14:textId="77777777" w:rsidR="00032CB0" w:rsidRDefault="00000000">
      <w:pPr>
        <w:pStyle w:val="ListBullet"/>
      </w:pPr>
      <w:r>
        <w:t>Where possible, include numbers, scale, frequency, percentage change, budgets, volumes or timeframes.</w:t>
      </w:r>
    </w:p>
    <w:p w14:paraId="492D9626" w14:textId="77777777" w:rsidR="00032CB0" w:rsidRDefault="00000000">
      <w:pPr>
        <w:pStyle w:val="Heading2"/>
      </w:pPr>
      <w:r>
        <w:t>Workbook exercises</w:t>
      </w:r>
    </w:p>
    <w:p w14:paraId="74E60811" w14:textId="77777777" w:rsidR="00032CB0" w:rsidRDefault="00000000">
      <w:pPr>
        <w:pStyle w:val="ListNumber"/>
      </w:pPr>
      <w:r>
        <w:t>Brain dump achievements for each role.</w:t>
      </w:r>
    </w:p>
    <w:p w14:paraId="37D07354" w14:textId="77777777" w:rsidR="00032CB0" w:rsidRDefault="00000000">
      <w:pPr>
        <w:spacing w:after="40"/>
      </w:pPr>
      <w:r>
        <w:t>____________________________________________________________________________________________</w:t>
      </w:r>
    </w:p>
    <w:p w14:paraId="52E540CB" w14:textId="77777777" w:rsidR="00032CB0" w:rsidRDefault="00000000">
      <w:pPr>
        <w:spacing w:after="40"/>
      </w:pPr>
      <w:r>
        <w:t>____________________________________________________________________________________________</w:t>
      </w:r>
    </w:p>
    <w:p w14:paraId="3FF39F70" w14:textId="77777777" w:rsidR="00032CB0" w:rsidRDefault="00000000">
      <w:pPr>
        <w:pStyle w:val="ListNumber"/>
      </w:pPr>
      <w:r>
        <w:t>Use STAR to structure 3–5 examples.</w:t>
      </w:r>
    </w:p>
    <w:p w14:paraId="0038508D" w14:textId="77777777" w:rsidR="00032CB0" w:rsidRDefault="00000000">
      <w:pPr>
        <w:spacing w:after="40"/>
      </w:pPr>
      <w:r>
        <w:t>____________________________________________________________________________________________</w:t>
      </w:r>
    </w:p>
    <w:p w14:paraId="0B76E1EE" w14:textId="77777777" w:rsidR="00032CB0" w:rsidRDefault="00000000">
      <w:pPr>
        <w:spacing w:after="40"/>
      </w:pPr>
      <w:r>
        <w:t>____________________________________________________________________________________________</w:t>
      </w:r>
    </w:p>
    <w:p w14:paraId="6AC61D7C" w14:textId="77777777" w:rsidR="00032CB0" w:rsidRDefault="00000000">
      <w:pPr>
        <w:pStyle w:val="ListNumber"/>
      </w:pPr>
      <w:r>
        <w:t>Convert at least 3 examples into CV bullet drafts.</w:t>
      </w:r>
    </w:p>
    <w:p w14:paraId="4D6604D7" w14:textId="77777777" w:rsidR="00032CB0" w:rsidRDefault="00000000">
      <w:pPr>
        <w:spacing w:after="40"/>
      </w:pPr>
      <w:r>
        <w:t>____________________________________________________________________________________________</w:t>
      </w:r>
    </w:p>
    <w:p w14:paraId="5DD47EE6"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2592"/>
        <w:gridCol w:w="2592"/>
        <w:gridCol w:w="2592"/>
        <w:gridCol w:w="2592"/>
      </w:tblGrid>
      <w:tr w:rsidR="00032CB0" w14:paraId="34691CD7" w14:textId="77777777">
        <w:trPr>
          <w:jc w:val="center"/>
        </w:trPr>
        <w:tc>
          <w:tcPr>
            <w:tcW w:w="2592" w:type="dxa"/>
            <w:shd w:val="clear" w:color="auto" w:fill="0A1744"/>
            <w:vAlign w:val="center"/>
          </w:tcPr>
          <w:p w14:paraId="3C1532BE" w14:textId="77777777" w:rsidR="00032CB0" w:rsidRDefault="00000000">
            <w:r>
              <w:rPr>
                <w:b/>
                <w:color w:val="FFFFFF"/>
                <w:sz w:val="18"/>
              </w:rPr>
              <w:t>Achievement area</w:t>
            </w:r>
          </w:p>
        </w:tc>
        <w:tc>
          <w:tcPr>
            <w:tcW w:w="2592" w:type="dxa"/>
            <w:shd w:val="clear" w:color="auto" w:fill="0A1744"/>
            <w:vAlign w:val="center"/>
          </w:tcPr>
          <w:p w14:paraId="1448802A" w14:textId="77777777" w:rsidR="00032CB0" w:rsidRDefault="00000000">
            <w:r>
              <w:rPr>
                <w:b/>
                <w:color w:val="FFFFFF"/>
                <w:sz w:val="18"/>
              </w:rPr>
              <w:t>What happened?</w:t>
            </w:r>
          </w:p>
        </w:tc>
        <w:tc>
          <w:tcPr>
            <w:tcW w:w="2592" w:type="dxa"/>
            <w:shd w:val="clear" w:color="auto" w:fill="0A1744"/>
            <w:vAlign w:val="center"/>
          </w:tcPr>
          <w:p w14:paraId="3C697644" w14:textId="77777777" w:rsidR="00032CB0" w:rsidRDefault="00000000">
            <w:r>
              <w:rPr>
                <w:b/>
                <w:color w:val="FFFFFF"/>
                <w:sz w:val="18"/>
              </w:rPr>
              <w:t>What changed?</w:t>
            </w:r>
          </w:p>
        </w:tc>
        <w:tc>
          <w:tcPr>
            <w:tcW w:w="2592" w:type="dxa"/>
            <w:shd w:val="clear" w:color="auto" w:fill="0A1744"/>
            <w:vAlign w:val="center"/>
          </w:tcPr>
          <w:p w14:paraId="34EAF295" w14:textId="77777777" w:rsidR="00032CB0" w:rsidRDefault="00000000">
            <w:r>
              <w:rPr>
                <w:b/>
                <w:color w:val="FFFFFF"/>
                <w:sz w:val="18"/>
              </w:rPr>
              <w:t>Evidence / metric</w:t>
            </w:r>
          </w:p>
        </w:tc>
      </w:tr>
      <w:tr w:rsidR="00032CB0" w14:paraId="34C84285" w14:textId="77777777">
        <w:trPr>
          <w:jc w:val="center"/>
        </w:trPr>
        <w:tc>
          <w:tcPr>
            <w:tcW w:w="2592" w:type="dxa"/>
          </w:tcPr>
          <w:p w14:paraId="3F842E5C" w14:textId="77777777" w:rsidR="00032CB0" w:rsidRDefault="00000000">
            <w:r>
              <w:rPr>
                <w:sz w:val="18"/>
              </w:rPr>
              <w:t>Improvement</w:t>
            </w:r>
          </w:p>
        </w:tc>
        <w:tc>
          <w:tcPr>
            <w:tcW w:w="2592" w:type="dxa"/>
          </w:tcPr>
          <w:p w14:paraId="4CF3597C" w14:textId="77777777" w:rsidR="00032CB0" w:rsidRDefault="00032CB0"/>
        </w:tc>
        <w:tc>
          <w:tcPr>
            <w:tcW w:w="2592" w:type="dxa"/>
          </w:tcPr>
          <w:p w14:paraId="2EBCD0A0" w14:textId="77777777" w:rsidR="00032CB0" w:rsidRDefault="00032CB0"/>
        </w:tc>
        <w:tc>
          <w:tcPr>
            <w:tcW w:w="2592" w:type="dxa"/>
          </w:tcPr>
          <w:p w14:paraId="1C9C5727" w14:textId="77777777" w:rsidR="00032CB0" w:rsidRDefault="00032CB0"/>
        </w:tc>
      </w:tr>
      <w:tr w:rsidR="00032CB0" w14:paraId="183A9941" w14:textId="77777777">
        <w:trPr>
          <w:jc w:val="center"/>
        </w:trPr>
        <w:tc>
          <w:tcPr>
            <w:tcW w:w="2592" w:type="dxa"/>
          </w:tcPr>
          <w:p w14:paraId="01ACA982" w14:textId="77777777" w:rsidR="00032CB0" w:rsidRDefault="00000000">
            <w:r>
              <w:rPr>
                <w:sz w:val="18"/>
              </w:rPr>
              <w:t>Problem solved</w:t>
            </w:r>
          </w:p>
        </w:tc>
        <w:tc>
          <w:tcPr>
            <w:tcW w:w="2592" w:type="dxa"/>
          </w:tcPr>
          <w:p w14:paraId="57EF94C0" w14:textId="77777777" w:rsidR="00032CB0" w:rsidRDefault="00032CB0"/>
        </w:tc>
        <w:tc>
          <w:tcPr>
            <w:tcW w:w="2592" w:type="dxa"/>
          </w:tcPr>
          <w:p w14:paraId="1D2A7042" w14:textId="77777777" w:rsidR="00032CB0" w:rsidRDefault="00032CB0"/>
        </w:tc>
        <w:tc>
          <w:tcPr>
            <w:tcW w:w="2592" w:type="dxa"/>
          </w:tcPr>
          <w:p w14:paraId="00214AAE" w14:textId="77777777" w:rsidR="00032CB0" w:rsidRDefault="00032CB0"/>
        </w:tc>
      </w:tr>
      <w:tr w:rsidR="00032CB0" w14:paraId="68DC3691" w14:textId="77777777">
        <w:trPr>
          <w:jc w:val="center"/>
        </w:trPr>
        <w:tc>
          <w:tcPr>
            <w:tcW w:w="2592" w:type="dxa"/>
          </w:tcPr>
          <w:p w14:paraId="1B161441" w14:textId="77777777" w:rsidR="00032CB0" w:rsidRDefault="00000000">
            <w:r>
              <w:rPr>
                <w:sz w:val="18"/>
              </w:rPr>
              <w:t>Efficiency / saving</w:t>
            </w:r>
          </w:p>
        </w:tc>
        <w:tc>
          <w:tcPr>
            <w:tcW w:w="2592" w:type="dxa"/>
          </w:tcPr>
          <w:p w14:paraId="3913C7F4" w14:textId="77777777" w:rsidR="00032CB0" w:rsidRDefault="00032CB0"/>
        </w:tc>
        <w:tc>
          <w:tcPr>
            <w:tcW w:w="2592" w:type="dxa"/>
          </w:tcPr>
          <w:p w14:paraId="46EAAC7D" w14:textId="77777777" w:rsidR="00032CB0" w:rsidRDefault="00032CB0"/>
        </w:tc>
        <w:tc>
          <w:tcPr>
            <w:tcW w:w="2592" w:type="dxa"/>
          </w:tcPr>
          <w:p w14:paraId="33E810E0" w14:textId="77777777" w:rsidR="00032CB0" w:rsidRDefault="00032CB0"/>
        </w:tc>
      </w:tr>
      <w:tr w:rsidR="00032CB0" w14:paraId="5A58F6B9" w14:textId="77777777">
        <w:trPr>
          <w:jc w:val="center"/>
        </w:trPr>
        <w:tc>
          <w:tcPr>
            <w:tcW w:w="2592" w:type="dxa"/>
          </w:tcPr>
          <w:p w14:paraId="632646AB" w14:textId="77777777" w:rsidR="00032CB0" w:rsidRDefault="00000000">
            <w:r>
              <w:rPr>
                <w:sz w:val="18"/>
              </w:rPr>
              <w:t>Growth / delivery</w:t>
            </w:r>
          </w:p>
        </w:tc>
        <w:tc>
          <w:tcPr>
            <w:tcW w:w="2592" w:type="dxa"/>
          </w:tcPr>
          <w:p w14:paraId="4E7200D6" w14:textId="77777777" w:rsidR="00032CB0" w:rsidRDefault="00032CB0"/>
        </w:tc>
        <w:tc>
          <w:tcPr>
            <w:tcW w:w="2592" w:type="dxa"/>
          </w:tcPr>
          <w:p w14:paraId="0696EF1B" w14:textId="77777777" w:rsidR="00032CB0" w:rsidRDefault="00032CB0"/>
        </w:tc>
        <w:tc>
          <w:tcPr>
            <w:tcW w:w="2592" w:type="dxa"/>
          </w:tcPr>
          <w:p w14:paraId="675F9EB8" w14:textId="77777777" w:rsidR="00032CB0" w:rsidRDefault="00032CB0"/>
        </w:tc>
      </w:tr>
      <w:tr w:rsidR="00032CB0" w14:paraId="66653B03" w14:textId="77777777">
        <w:trPr>
          <w:jc w:val="center"/>
        </w:trPr>
        <w:tc>
          <w:tcPr>
            <w:tcW w:w="2592" w:type="dxa"/>
          </w:tcPr>
          <w:p w14:paraId="21FDF70B" w14:textId="77777777" w:rsidR="00032CB0" w:rsidRDefault="00000000">
            <w:r>
              <w:rPr>
                <w:sz w:val="18"/>
              </w:rPr>
              <w:t>Trust / influence</w:t>
            </w:r>
          </w:p>
        </w:tc>
        <w:tc>
          <w:tcPr>
            <w:tcW w:w="2592" w:type="dxa"/>
          </w:tcPr>
          <w:p w14:paraId="26FB20B0" w14:textId="77777777" w:rsidR="00032CB0" w:rsidRDefault="00032CB0"/>
        </w:tc>
        <w:tc>
          <w:tcPr>
            <w:tcW w:w="2592" w:type="dxa"/>
          </w:tcPr>
          <w:p w14:paraId="0B21C28D" w14:textId="77777777" w:rsidR="00032CB0" w:rsidRDefault="00032CB0"/>
        </w:tc>
        <w:tc>
          <w:tcPr>
            <w:tcW w:w="2592" w:type="dxa"/>
          </w:tcPr>
          <w:p w14:paraId="2931610F" w14:textId="77777777" w:rsidR="00032CB0" w:rsidRDefault="00032CB0"/>
        </w:tc>
      </w:tr>
      <w:tr w:rsidR="00032CB0" w14:paraId="13700D92" w14:textId="77777777">
        <w:trPr>
          <w:jc w:val="center"/>
        </w:trPr>
        <w:tc>
          <w:tcPr>
            <w:tcW w:w="2592" w:type="dxa"/>
          </w:tcPr>
          <w:p w14:paraId="5495D5A1" w14:textId="77777777" w:rsidR="00032CB0" w:rsidRDefault="00000000">
            <w:r>
              <w:rPr>
                <w:sz w:val="18"/>
              </w:rPr>
              <w:t>Complexity handled</w:t>
            </w:r>
          </w:p>
        </w:tc>
        <w:tc>
          <w:tcPr>
            <w:tcW w:w="2592" w:type="dxa"/>
          </w:tcPr>
          <w:p w14:paraId="13315EC7" w14:textId="77777777" w:rsidR="00032CB0" w:rsidRDefault="00032CB0"/>
        </w:tc>
        <w:tc>
          <w:tcPr>
            <w:tcW w:w="2592" w:type="dxa"/>
          </w:tcPr>
          <w:p w14:paraId="680DB13D" w14:textId="77777777" w:rsidR="00032CB0" w:rsidRDefault="00032CB0"/>
        </w:tc>
        <w:tc>
          <w:tcPr>
            <w:tcW w:w="2592" w:type="dxa"/>
          </w:tcPr>
          <w:p w14:paraId="70554CCB" w14:textId="77777777" w:rsidR="00032CB0" w:rsidRDefault="00032CB0"/>
        </w:tc>
      </w:tr>
    </w:tbl>
    <w:p w14:paraId="4CC55D66" w14:textId="77777777" w:rsidR="00032CB0" w:rsidRDefault="00032CB0"/>
    <w:p w14:paraId="4A9CF735" w14:textId="77777777" w:rsidR="00032CB0" w:rsidRDefault="00000000">
      <w:pPr>
        <w:pStyle w:val="Heading3"/>
      </w:pPr>
      <w:r>
        <w:t>STAR builder</w:t>
      </w:r>
    </w:p>
    <w:tbl>
      <w:tblPr>
        <w:tblStyle w:val="TableGrid"/>
        <w:tblW w:w="0" w:type="auto"/>
        <w:jc w:val="center"/>
        <w:tblLook w:val="04A0" w:firstRow="1" w:lastRow="0" w:firstColumn="1" w:lastColumn="0" w:noHBand="0" w:noVBand="1"/>
      </w:tblPr>
      <w:tblGrid>
        <w:gridCol w:w="5184"/>
        <w:gridCol w:w="5184"/>
      </w:tblGrid>
      <w:tr w:rsidR="00032CB0" w14:paraId="7F4B0DB0" w14:textId="77777777">
        <w:trPr>
          <w:jc w:val="center"/>
        </w:trPr>
        <w:tc>
          <w:tcPr>
            <w:tcW w:w="5184" w:type="dxa"/>
            <w:shd w:val="clear" w:color="auto" w:fill="0A1744"/>
            <w:vAlign w:val="center"/>
          </w:tcPr>
          <w:p w14:paraId="02C48E57" w14:textId="77777777" w:rsidR="00032CB0" w:rsidRDefault="00000000">
            <w:r>
              <w:rPr>
                <w:b/>
                <w:color w:val="FFFFFF"/>
                <w:sz w:val="18"/>
              </w:rPr>
              <w:t>STAR area</w:t>
            </w:r>
          </w:p>
        </w:tc>
        <w:tc>
          <w:tcPr>
            <w:tcW w:w="5184" w:type="dxa"/>
            <w:shd w:val="clear" w:color="auto" w:fill="0A1744"/>
            <w:vAlign w:val="center"/>
          </w:tcPr>
          <w:p w14:paraId="49954A2A" w14:textId="77777777" w:rsidR="00032CB0" w:rsidRDefault="00000000">
            <w:r>
              <w:rPr>
                <w:b/>
                <w:color w:val="FFFFFF"/>
                <w:sz w:val="18"/>
              </w:rPr>
              <w:t>Your notes</w:t>
            </w:r>
          </w:p>
        </w:tc>
      </w:tr>
      <w:tr w:rsidR="00032CB0" w14:paraId="567A554F" w14:textId="77777777">
        <w:trPr>
          <w:jc w:val="center"/>
        </w:trPr>
        <w:tc>
          <w:tcPr>
            <w:tcW w:w="5184" w:type="dxa"/>
          </w:tcPr>
          <w:p w14:paraId="7D59275F" w14:textId="77777777" w:rsidR="00032CB0" w:rsidRDefault="00000000">
            <w:r>
              <w:rPr>
                <w:sz w:val="18"/>
              </w:rPr>
              <w:t>Situation</w:t>
            </w:r>
          </w:p>
        </w:tc>
        <w:tc>
          <w:tcPr>
            <w:tcW w:w="5184" w:type="dxa"/>
          </w:tcPr>
          <w:p w14:paraId="60487340" w14:textId="77777777" w:rsidR="00032CB0" w:rsidRDefault="00032CB0"/>
        </w:tc>
      </w:tr>
      <w:tr w:rsidR="00032CB0" w14:paraId="57997B21" w14:textId="77777777">
        <w:trPr>
          <w:jc w:val="center"/>
        </w:trPr>
        <w:tc>
          <w:tcPr>
            <w:tcW w:w="5184" w:type="dxa"/>
          </w:tcPr>
          <w:p w14:paraId="2E27A997" w14:textId="77777777" w:rsidR="00032CB0" w:rsidRDefault="00000000">
            <w:r>
              <w:rPr>
                <w:sz w:val="18"/>
              </w:rPr>
              <w:t>Task</w:t>
            </w:r>
          </w:p>
        </w:tc>
        <w:tc>
          <w:tcPr>
            <w:tcW w:w="5184" w:type="dxa"/>
          </w:tcPr>
          <w:p w14:paraId="42A1E34B" w14:textId="77777777" w:rsidR="00032CB0" w:rsidRDefault="00032CB0"/>
        </w:tc>
      </w:tr>
      <w:tr w:rsidR="00032CB0" w14:paraId="64E4EEBA" w14:textId="77777777">
        <w:trPr>
          <w:jc w:val="center"/>
        </w:trPr>
        <w:tc>
          <w:tcPr>
            <w:tcW w:w="5184" w:type="dxa"/>
          </w:tcPr>
          <w:p w14:paraId="36157462" w14:textId="77777777" w:rsidR="00032CB0" w:rsidRDefault="00000000">
            <w:r>
              <w:rPr>
                <w:sz w:val="18"/>
              </w:rPr>
              <w:t>Action</w:t>
            </w:r>
          </w:p>
        </w:tc>
        <w:tc>
          <w:tcPr>
            <w:tcW w:w="5184" w:type="dxa"/>
          </w:tcPr>
          <w:p w14:paraId="701EB3CF" w14:textId="77777777" w:rsidR="00032CB0" w:rsidRDefault="00032CB0"/>
        </w:tc>
      </w:tr>
      <w:tr w:rsidR="00032CB0" w14:paraId="21764B36" w14:textId="77777777">
        <w:trPr>
          <w:jc w:val="center"/>
        </w:trPr>
        <w:tc>
          <w:tcPr>
            <w:tcW w:w="5184" w:type="dxa"/>
          </w:tcPr>
          <w:p w14:paraId="3DA75061" w14:textId="77777777" w:rsidR="00032CB0" w:rsidRDefault="00000000">
            <w:r>
              <w:rPr>
                <w:sz w:val="18"/>
              </w:rPr>
              <w:t>Result</w:t>
            </w:r>
          </w:p>
        </w:tc>
        <w:tc>
          <w:tcPr>
            <w:tcW w:w="5184" w:type="dxa"/>
          </w:tcPr>
          <w:p w14:paraId="56C367E9" w14:textId="77777777" w:rsidR="00032CB0" w:rsidRDefault="00032CB0"/>
        </w:tc>
      </w:tr>
      <w:tr w:rsidR="00032CB0" w14:paraId="0A14F40D" w14:textId="77777777">
        <w:trPr>
          <w:jc w:val="center"/>
        </w:trPr>
        <w:tc>
          <w:tcPr>
            <w:tcW w:w="5184" w:type="dxa"/>
          </w:tcPr>
          <w:p w14:paraId="523009DE" w14:textId="77777777" w:rsidR="00032CB0" w:rsidRDefault="00000000">
            <w:r>
              <w:rPr>
                <w:sz w:val="18"/>
              </w:rPr>
              <w:t>CV bullet draft</w:t>
            </w:r>
          </w:p>
        </w:tc>
        <w:tc>
          <w:tcPr>
            <w:tcW w:w="5184" w:type="dxa"/>
          </w:tcPr>
          <w:p w14:paraId="17F76CC8" w14:textId="77777777" w:rsidR="00032CB0" w:rsidRDefault="00032CB0"/>
        </w:tc>
      </w:tr>
    </w:tbl>
    <w:p w14:paraId="60E33D75" w14:textId="77777777" w:rsidR="00032CB0" w:rsidRDefault="00032CB0"/>
    <w:p w14:paraId="08B9AE30" w14:textId="77777777" w:rsidR="00032CB0" w:rsidRDefault="00000000">
      <w:pPr>
        <w:pStyle w:val="Heading2"/>
      </w:pPr>
      <w:r>
        <w:t>Reflection</w:t>
      </w:r>
    </w:p>
    <w:p w14:paraId="565C2481" w14:textId="77777777" w:rsidR="00032CB0" w:rsidRDefault="00000000">
      <w:r>
        <w:rPr>
          <w:b/>
        </w:rPr>
        <w:t>What have you dismissed as “just my job”?</w:t>
      </w:r>
    </w:p>
    <w:p w14:paraId="27F14421" w14:textId="77777777" w:rsidR="00032CB0" w:rsidRDefault="00000000">
      <w:pPr>
        <w:spacing w:after="40"/>
      </w:pPr>
      <w:r>
        <w:t>____________________________________________________________________________________________</w:t>
      </w:r>
    </w:p>
    <w:p w14:paraId="6DCF629A" w14:textId="77777777" w:rsidR="00032CB0" w:rsidRDefault="00000000">
      <w:pPr>
        <w:spacing w:after="40"/>
      </w:pPr>
      <w:r>
        <w:t>____________________________________________________________________________________________</w:t>
      </w:r>
    </w:p>
    <w:p w14:paraId="4806AC20" w14:textId="77777777" w:rsidR="00032CB0" w:rsidRDefault="00000000">
      <w:r>
        <w:rPr>
          <w:b/>
        </w:rPr>
        <w:t>Where did you improve, fix, protect or stabilise something?</w:t>
      </w:r>
    </w:p>
    <w:p w14:paraId="43061CF8" w14:textId="77777777" w:rsidR="00032CB0" w:rsidRDefault="00000000">
      <w:pPr>
        <w:spacing w:after="40"/>
      </w:pPr>
      <w:r>
        <w:lastRenderedPageBreak/>
        <w:t>____________________________________________________________________________________________</w:t>
      </w:r>
    </w:p>
    <w:p w14:paraId="5C922BA9" w14:textId="77777777" w:rsidR="00032CB0" w:rsidRDefault="00000000">
      <w:pPr>
        <w:spacing w:after="40"/>
      </w:pPr>
      <w:r>
        <w:t>____________________________________________________________________________________________</w:t>
      </w:r>
    </w:p>
    <w:p w14:paraId="6EA1DCDD" w14:textId="77777777" w:rsidR="00032CB0" w:rsidRDefault="00000000">
      <w:r>
        <w:rPr>
          <w:b/>
        </w:rPr>
        <w:t>Which examples best match your target roles?</w:t>
      </w:r>
    </w:p>
    <w:p w14:paraId="52A30EC2" w14:textId="77777777" w:rsidR="00032CB0" w:rsidRDefault="00000000">
      <w:pPr>
        <w:spacing w:after="40"/>
      </w:pPr>
      <w:r>
        <w:t>____________________________________________________________________________________________</w:t>
      </w:r>
    </w:p>
    <w:p w14:paraId="547A07B6" w14:textId="77777777" w:rsidR="00032CB0" w:rsidRDefault="00000000">
      <w:pPr>
        <w:spacing w:after="40"/>
      </w:pPr>
      <w:r>
        <w:t>____________________________________________________________________________________________</w:t>
      </w:r>
    </w:p>
    <w:p w14:paraId="6886A5C9" w14:textId="77777777" w:rsidR="00032CB0" w:rsidRDefault="00000000">
      <w:pPr>
        <w:pStyle w:val="Heading2"/>
      </w:pPr>
      <w:r>
        <w:t>Notes and ideas to carry forward</w:t>
      </w:r>
    </w:p>
    <w:p w14:paraId="1092F39A" w14:textId="77777777" w:rsidR="00032CB0" w:rsidRDefault="00000000">
      <w:pPr>
        <w:spacing w:after="40"/>
      </w:pPr>
      <w:r>
        <w:t>____________________________________________________________________________________________</w:t>
      </w:r>
    </w:p>
    <w:p w14:paraId="70981DC7" w14:textId="77777777" w:rsidR="00032CB0" w:rsidRDefault="00000000">
      <w:pPr>
        <w:spacing w:after="40"/>
      </w:pPr>
      <w:r>
        <w:t>____________________________________________________________________________________________</w:t>
      </w:r>
    </w:p>
    <w:p w14:paraId="16BB5C66" w14:textId="77777777" w:rsidR="00032CB0" w:rsidRDefault="00000000">
      <w:pPr>
        <w:spacing w:after="40"/>
      </w:pPr>
      <w:r>
        <w:t>____________________________________________________________________________________________</w:t>
      </w:r>
    </w:p>
    <w:p w14:paraId="2CD46755" w14:textId="77777777" w:rsidR="00032CB0" w:rsidRDefault="00000000">
      <w:pPr>
        <w:spacing w:after="40"/>
      </w:pPr>
      <w:r>
        <w:t>____________________________________________________________________________________________</w:t>
      </w:r>
    </w:p>
    <w:p w14:paraId="6B8CFD25" w14:textId="77777777" w:rsidR="00032CB0" w:rsidRDefault="00000000">
      <w:r>
        <w:br w:type="page"/>
      </w:r>
    </w:p>
    <w:p w14:paraId="1AD86968" w14:textId="77777777" w:rsidR="00032CB0" w:rsidRDefault="00000000">
      <w:pPr>
        <w:pStyle w:val="Heading1"/>
      </w:pPr>
      <w:r>
        <w:lastRenderedPageBreak/>
        <w:t>Chapter 6 Workbook | Building your CV strategy</w:t>
      </w:r>
    </w:p>
    <w:tbl>
      <w:tblPr>
        <w:tblW w:w="0" w:type="auto"/>
        <w:jc w:val="center"/>
        <w:tblLook w:val="04A0" w:firstRow="1" w:lastRow="0" w:firstColumn="1" w:lastColumn="0" w:noHBand="0" w:noVBand="1"/>
      </w:tblPr>
      <w:tblGrid>
        <w:gridCol w:w="10368"/>
      </w:tblGrid>
      <w:tr w:rsidR="00032CB0" w14:paraId="5AC1C7B2" w14:textId="77777777">
        <w:trPr>
          <w:jc w:val="center"/>
        </w:trPr>
        <w:tc>
          <w:tcPr>
            <w:tcW w:w="10368" w:type="dxa"/>
            <w:shd w:val="clear" w:color="auto" w:fill="F4F9FC"/>
          </w:tcPr>
          <w:p w14:paraId="7B508315" w14:textId="77777777" w:rsidR="00032CB0" w:rsidRDefault="00000000">
            <w:r>
              <w:rPr>
                <w:b/>
                <w:color w:val="0A1744"/>
              </w:rPr>
              <w:t>Chapter focus</w:t>
            </w:r>
            <w:r>
              <w:rPr>
                <w:sz w:val="20"/>
              </w:rPr>
              <w:br/>
              <w:t>Define the professional story and themes that will guide your CV.</w:t>
            </w:r>
          </w:p>
        </w:tc>
      </w:tr>
    </w:tbl>
    <w:p w14:paraId="5716D64C" w14:textId="77777777" w:rsidR="00032CB0" w:rsidRDefault="00032CB0"/>
    <w:p w14:paraId="22280B43" w14:textId="77777777" w:rsidR="00032CB0" w:rsidRDefault="00000000">
      <w:pPr>
        <w:pStyle w:val="Heading2"/>
      </w:pPr>
      <w:r>
        <w:t>Hints &amp; tips before you start</w:t>
      </w:r>
    </w:p>
    <w:p w14:paraId="7544C129" w14:textId="77777777" w:rsidR="00032CB0" w:rsidRDefault="00000000">
      <w:pPr>
        <w:pStyle w:val="ListBullet"/>
      </w:pPr>
      <w:r>
        <w:t>Use rough notes first. You can polish the wording later.</w:t>
      </w:r>
    </w:p>
    <w:p w14:paraId="69B32818" w14:textId="77777777" w:rsidR="00032CB0" w:rsidRDefault="00000000">
      <w:pPr>
        <w:pStyle w:val="ListBullet"/>
      </w:pPr>
      <w:r>
        <w:t>Keep your target role in mind so your answers stay relevant.</w:t>
      </w:r>
    </w:p>
    <w:p w14:paraId="191617A2" w14:textId="77777777" w:rsidR="00032CB0" w:rsidRDefault="00000000">
      <w:pPr>
        <w:pStyle w:val="ListBullet"/>
      </w:pPr>
      <w:r>
        <w:t>Do not dismiss something because it feels ordinary to you; ordinary to you may be valuable to an employer.</w:t>
      </w:r>
    </w:p>
    <w:p w14:paraId="7F955F70" w14:textId="77777777" w:rsidR="00032CB0" w:rsidRDefault="00000000">
      <w:pPr>
        <w:pStyle w:val="Heading2"/>
      </w:pPr>
      <w:r>
        <w:t>Workbook exercises</w:t>
      </w:r>
    </w:p>
    <w:p w14:paraId="207B57BB" w14:textId="77777777" w:rsidR="00032CB0" w:rsidRDefault="00000000">
      <w:pPr>
        <w:pStyle w:val="ListNumber"/>
      </w:pPr>
      <w:r>
        <w:t>Identify recurring themes across your career.</w:t>
      </w:r>
    </w:p>
    <w:p w14:paraId="36E16724" w14:textId="77777777" w:rsidR="00032CB0" w:rsidRDefault="00000000">
      <w:pPr>
        <w:spacing w:after="40"/>
      </w:pPr>
      <w:r>
        <w:t>____________________________________________________________________________________________</w:t>
      </w:r>
    </w:p>
    <w:p w14:paraId="003EB17D" w14:textId="77777777" w:rsidR="00032CB0" w:rsidRDefault="00000000">
      <w:pPr>
        <w:spacing w:after="40"/>
      </w:pPr>
      <w:r>
        <w:t>____________________________________________________________________________________________</w:t>
      </w:r>
    </w:p>
    <w:p w14:paraId="002BC0FC" w14:textId="77777777" w:rsidR="00032CB0" w:rsidRDefault="00000000">
      <w:pPr>
        <w:pStyle w:val="ListNumber"/>
      </w:pPr>
      <w:r>
        <w:t>Write your positioning statement in plain English.</w:t>
      </w:r>
    </w:p>
    <w:p w14:paraId="29973C58" w14:textId="77777777" w:rsidR="00032CB0" w:rsidRDefault="00000000">
      <w:pPr>
        <w:spacing w:after="40"/>
      </w:pPr>
      <w:r>
        <w:t>____________________________________________________________________________________________</w:t>
      </w:r>
    </w:p>
    <w:p w14:paraId="29F2D80C" w14:textId="77777777" w:rsidR="00032CB0" w:rsidRDefault="00000000">
      <w:pPr>
        <w:spacing w:after="40"/>
      </w:pPr>
      <w:r>
        <w:t>____________________________________________________________________________________________</w:t>
      </w:r>
    </w:p>
    <w:p w14:paraId="6456FB3E" w14:textId="77777777" w:rsidR="00032CB0" w:rsidRDefault="00000000">
      <w:pPr>
        <w:pStyle w:val="ListNumber"/>
      </w:pPr>
      <w:r>
        <w:t>Choose the 3–5 strengths you want the CV to evidence.</w:t>
      </w:r>
    </w:p>
    <w:p w14:paraId="77F16887" w14:textId="77777777" w:rsidR="00032CB0" w:rsidRDefault="00000000">
      <w:pPr>
        <w:spacing w:after="40"/>
      </w:pPr>
      <w:r>
        <w:t>____________________________________________________________________________________________</w:t>
      </w:r>
    </w:p>
    <w:p w14:paraId="0343F3E4" w14:textId="77777777" w:rsidR="00032CB0" w:rsidRDefault="00000000">
      <w:pPr>
        <w:spacing w:after="40"/>
      </w:pPr>
      <w:r>
        <w:t>____________________________________________________________________________________________</w:t>
      </w:r>
    </w:p>
    <w:p w14:paraId="60F01438" w14:textId="77777777" w:rsidR="00032CB0" w:rsidRDefault="00000000">
      <w:pPr>
        <w:pStyle w:val="Heading2"/>
      </w:pPr>
      <w:r>
        <w:t>Reflection</w:t>
      </w:r>
    </w:p>
    <w:p w14:paraId="7544907E" w14:textId="77777777" w:rsidR="00032CB0" w:rsidRDefault="00000000">
      <w:r>
        <w:rPr>
          <w:b/>
        </w:rPr>
        <w:t>What are you known for?</w:t>
      </w:r>
    </w:p>
    <w:p w14:paraId="6268350C" w14:textId="77777777" w:rsidR="00032CB0" w:rsidRDefault="00000000">
      <w:pPr>
        <w:spacing w:after="40"/>
      </w:pPr>
      <w:r>
        <w:t>____________________________________________________________________________________________</w:t>
      </w:r>
    </w:p>
    <w:p w14:paraId="52C7F030" w14:textId="77777777" w:rsidR="00032CB0" w:rsidRDefault="00000000">
      <w:pPr>
        <w:spacing w:after="40"/>
      </w:pPr>
      <w:r>
        <w:t>____________________________________________________________________________________________</w:t>
      </w:r>
    </w:p>
    <w:p w14:paraId="5B5651AE" w14:textId="77777777" w:rsidR="00032CB0" w:rsidRDefault="00000000">
      <w:r>
        <w:rPr>
          <w:b/>
        </w:rPr>
        <w:t>What kind of problems do you solve?</w:t>
      </w:r>
    </w:p>
    <w:p w14:paraId="19885DCD" w14:textId="77777777" w:rsidR="00032CB0" w:rsidRDefault="00000000">
      <w:pPr>
        <w:spacing w:after="40"/>
      </w:pPr>
      <w:r>
        <w:t>____________________________________________________________________________________________</w:t>
      </w:r>
    </w:p>
    <w:p w14:paraId="1F832FEE" w14:textId="77777777" w:rsidR="00032CB0" w:rsidRDefault="00000000">
      <w:pPr>
        <w:spacing w:after="40"/>
      </w:pPr>
      <w:r>
        <w:t>____________________________________________________________________________________________</w:t>
      </w:r>
    </w:p>
    <w:p w14:paraId="06D2889E" w14:textId="77777777" w:rsidR="00032CB0" w:rsidRDefault="00000000">
      <w:r>
        <w:rPr>
          <w:b/>
        </w:rPr>
        <w:t>What should your CV be remembered for?</w:t>
      </w:r>
    </w:p>
    <w:p w14:paraId="55CFCFFE" w14:textId="77777777" w:rsidR="00032CB0" w:rsidRDefault="00000000">
      <w:pPr>
        <w:spacing w:after="40"/>
      </w:pPr>
      <w:r>
        <w:t>____________________________________________________________________________________________</w:t>
      </w:r>
    </w:p>
    <w:p w14:paraId="206B1EC3" w14:textId="77777777" w:rsidR="00032CB0" w:rsidRDefault="00000000">
      <w:pPr>
        <w:spacing w:after="40"/>
      </w:pPr>
      <w:r>
        <w:t>____________________________________________________________________________________________</w:t>
      </w:r>
    </w:p>
    <w:p w14:paraId="4887F05D" w14:textId="77777777" w:rsidR="00032CB0" w:rsidRDefault="00000000">
      <w:pPr>
        <w:pStyle w:val="Heading2"/>
      </w:pPr>
      <w:r>
        <w:t>Notes and ideas to carry forward</w:t>
      </w:r>
    </w:p>
    <w:p w14:paraId="221CEB3D" w14:textId="77777777" w:rsidR="00032CB0" w:rsidRDefault="00000000">
      <w:pPr>
        <w:spacing w:after="40"/>
      </w:pPr>
      <w:r>
        <w:t>____________________________________________________________________________________________</w:t>
      </w:r>
    </w:p>
    <w:p w14:paraId="4A7959A1" w14:textId="77777777" w:rsidR="00032CB0" w:rsidRDefault="00000000">
      <w:pPr>
        <w:spacing w:after="40"/>
      </w:pPr>
      <w:r>
        <w:t>____________________________________________________________________________________________</w:t>
      </w:r>
    </w:p>
    <w:p w14:paraId="2C70407E" w14:textId="77777777" w:rsidR="00032CB0" w:rsidRDefault="00000000">
      <w:pPr>
        <w:spacing w:after="40"/>
      </w:pPr>
      <w:r>
        <w:t>____________________________________________________________________________________________</w:t>
      </w:r>
    </w:p>
    <w:p w14:paraId="6966F4CB" w14:textId="77777777" w:rsidR="00032CB0" w:rsidRDefault="00000000">
      <w:pPr>
        <w:spacing w:after="40"/>
      </w:pPr>
      <w:r>
        <w:t>____________________________________________________________________________________________</w:t>
      </w:r>
    </w:p>
    <w:p w14:paraId="2DC9F37A" w14:textId="77777777" w:rsidR="00032CB0" w:rsidRDefault="00000000">
      <w:r>
        <w:br w:type="page"/>
      </w:r>
    </w:p>
    <w:p w14:paraId="378E6018" w14:textId="77777777" w:rsidR="00032CB0" w:rsidRDefault="00000000">
      <w:pPr>
        <w:pStyle w:val="Heading1"/>
      </w:pPr>
      <w:r>
        <w:lastRenderedPageBreak/>
        <w:t>Chapter 7 Workbook | The CV Structure: what goes where and why</w:t>
      </w:r>
    </w:p>
    <w:tbl>
      <w:tblPr>
        <w:tblW w:w="0" w:type="auto"/>
        <w:jc w:val="center"/>
        <w:tblLook w:val="04A0" w:firstRow="1" w:lastRow="0" w:firstColumn="1" w:lastColumn="0" w:noHBand="0" w:noVBand="1"/>
      </w:tblPr>
      <w:tblGrid>
        <w:gridCol w:w="10368"/>
      </w:tblGrid>
      <w:tr w:rsidR="00032CB0" w14:paraId="3B97564C" w14:textId="77777777">
        <w:trPr>
          <w:jc w:val="center"/>
        </w:trPr>
        <w:tc>
          <w:tcPr>
            <w:tcW w:w="10368" w:type="dxa"/>
            <w:shd w:val="clear" w:color="auto" w:fill="F4F9FC"/>
          </w:tcPr>
          <w:p w14:paraId="6C094B36" w14:textId="77777777" w:rsidR="00032CB0" w:rsidRDefault="00000000">
            <w:r>
              <w:rPr>
                <w:b/>
                <w:color w:val="0A1744"/>
              </w:rPr>
              <w:t>Chapter focus</w:t>
            </w:r>
            <w:r>
              <w:rPr>
                <w:sz w:val="20"/>
              </w:rPr>
              <w:br/>
              <w:t>Plan the CV structure before drafting.</w:t>
            </w:r>
          </w:p>
        </w:tc>
      </w:tr>
    </w:tbl>
    <w:p w14:paraId="37D668DE" w14:textId="77777777" w:rsidR="00032CB0" w:rsidRDefault="00032CB0"/>
    <w:p w14:paraId="3781DC86" w14:textId="77777777" w:rsidR="00032CB0" w:rsidRDefault="00000000">
      <w:pPr>
        <w:pStyle w:val="Heading2"/>
      </w:pPr>
      <w:r>
        <w:t>Hints &amp; tips before you start</w:t>
      </w:r>
    </w:p>
    <w:p w14:paraId="0BF5CC49" w14:textId="77777777" w:rsidR="00032CB0" w:rsidRDefault="00000000">
      <w:pPr>
        <w:pStyle w:val="ListBullet"/>
      </w:pPr>
      <w:r>
        <w:t>Use rough notes first. You can polish the wording later.</w:t>
      </w:r>
    </w:p>
    <w:p w14:paraId="6FAACA8F" w14:textId="77777777" w:rsidR="00032CB0" w:rsidRDefault="00000000">
      <w:pPr>
        <w:pStyle w:val="ListBullet"/>
      </w:pPr>
      <w:r>
        <w:t>Keep your target role in mind so your answers stay relevant.</w:t>
      </w:r>
    </w:p>
    <w:p w14:paraId="0629B914" w14:textId="77777777" w:rsidR="00032CB0" w:rsidRDefault="00000000">
      <w:pPr>
        <w:pStyle w:val="ListBullet"/>
      </w:pPr>
      <w:r>
        <w:t>Do not dismiss something because it feels ordinary to you; ordinary to you may be valuable to an employer.</w:t>
      </w:r>
    </w:p>
    <w:p w14:paraId="09ADE1C0" w14:textId="77777777" w:rsidR="00032CB0" w:rsidRDefault="00000000">
      <w:pPr>
        <w:pStyle w:val="Heading2"/>
      </w:pPr>
      <w:r>
        <w:t>Workbook exercises</w:t>
      </w:r>
    </w:p>
    <w:p w14:paraId="6EBA400A" w14:textId="77777777" w:rsidR="00032CB0" w:rsidRDefault="00000000">
      <w:pPr>
        <w:pStyle w:val="ListNumber"/>
      </w:pPr>
      <w:r>
        <w:t>Tick the sections you will include.</w:t>
      </w:r>
    </w:p>
    <w:p w14:paraId="7A37AFCC" w14:textId="77777777" w:rsidR="00032CB0" w:rsidRDefault="00000000">
      <w:pPr>
        <w:spacing w:after="40"/>
      </w:pPr>
      <w:r>
        <w:t>____________________________________________________________________________________________</w:t>
      </w:r>
    </w:p>
    <w:p w14:paraId="4560222A" w14:textId="77777777" w:rsidR="00032CB0" w:rsidRDefault="00000000">
      <w:pPr>
        <w:spacing w:after="40"/>
      </w:pPr>
      <w:r>
        <w:t>____________________________________________________________________________________________</w:t>
      </w:r>
    </w:p>
    <w:p w14:paraId="140B853E" w14:textId="77777777" w:rsidR="00032CB0" w:rsidRDefault="00000000">
      <w:pPr>
        <w:pStyle w:val="ListNumber"/>
      </w:pPr>
      <w:r>
        <w:t>Decide whether you need a highlighted evidence block or top achievements section.</w:t>
      </w:r>
    </w:p>
    <w:p w14:paraId="19036927" w14:textId="77777777" w:rsidR="00032CB0" w:rsidRDefault="00000000">
      <w:pPr>
        <w:spacing w:after="40"/>
      </w:pPr>
      <w:r>
        <w:t>____________________________________________________________________________________________</w:t>
      </w:r>
    </w:p>
    <w:p w14:paraId="32E5B78A" w14:textId="77777777" w:rsidR="00032CB0" w:rsidRDefault="00000000">
      <w:pPr>
        <w:spacing w:after="40"/>
      </w:pPr>
      <w:r>
        <w:t>____________________________________________________________________________________________</w:t>
      </w:r>
    </w:p>
    <w:p w14:paraId="31BEEFB7" w14:textId="77777777" w:rsidR="00032CB0" w:rsidRDefault="00000000">
      <w:pPr>
        <w:pStyle w:val="ListNumber"/>
      </w:pPr>
      <w:r>
        <w:t>Map where your strongest evidence will sit.</w:t>
      </w:r>
    </w:p>
    <w:p w14:paraId="04FF1D5F" w14:textId="77777777" w:rsidR="00032CB0" w:rsidRDefault="00000000">
      <w:pPr>
        <w:spacing w:after="40"/>
      </w:pPr>
      <w:r>
        <w:t>____________________________________________________________________________________________</w:t>
      </w:r>
    </w:p>
    <w:p w14:paraId="4A16697A" w14:textId="77777777" w:rsidR="00032CB0" w:rsidRDefault="00000000">
      <w:pPr>
        <w:spacing w:after="40"/>
      </w:pPr>
      <w:r>
        <w:t>____________________________________________________________________________________________</w:t>
      </w:r>
    </w:p>
    <w:p w14:paraId="58D94E5A" w14:textId="77777777" w:rsidR="00032CB0" w:rsidRDefault="00000000">
      <w:pPr>
        <w:pStyle w:val="Heading2"/>
      </w:pPr>
      <w:r>
        <w:t>Reflection</w:t>
      </w:r>
    </w:p>
    <w:p w14:paraId="239FB527" w14:textId="77777777" w:rsidR="00032CB0" w:rsidRDefault="00000000">
      <w:r>
        <w:rPr>
          <w:b/>
        </w:rPr>
        <w:t>Is your strongest evidence visible early enough?</w:t>
      </w:r>
    </w:p>
    <w:p w14:paraId="40F56692" w14:textId="77777777" w:rsidR="00032CB0" w:rsidRDefault="00000000">
      <w:pPr>
        <w:spacing w:after="40"/>
      </w:pPr>
      <w:r>
        <w:t>____________________________________________________________________________________________</w:t>
      </w:r>
    </w:p>
    <w:p w14:paraId="216CBADE" w14:textId="77777777" w:rsidR="00032CB0" w:rsidRDefault="00000000">
      <w:pPr>
        <w:spacing w:after="40"/>
      </w:pPr>
      <w:r>
        <w:t>____________________________________________________________________________________________</w:t>
      </w:r>
    </w:p>
    <w:p w14:paraId="6349A998" w14:textId="77777777" w:rsidR="00032CB0" w:rsidRDefault="00000000">
      <w:r>
        <w:rPr>
          <w:b/>
        </w:rPr>
        <w:t>Does the order help the reader?</w:t>
      </w:r>
    </w:p>
    <w:p w14:paraId="1BFC08FC" w14:textId="77777777" w:rsidR="00032CB0" w:rsidRDefault="00000000">
      <w:pPr>
        <w:spacing w:after="40"/>
      </w:pPr>
      <w:r>
        <w:t>____________________________________________________________________________________________</w:t>
      </w:r>
    </w:p>
    <w:p w14:paraId="2EF15A14" w14:textId="77777777" w:rsidR="00032CB0" w:rsidRDefault="00000000">
      <w:pPr>
        <w:spacing w:after="40"/>
      </w:pPr>
      <w:r>
        <w:t>____________________________________________________________________________________________</w:t>
      </w:r>
    </w:p>
    <w:p w14:paraId="7C198362" w14:textId="77777777" w:rsidR="00032CB0" w:rsidRDefault="00000000">
      <w:r>
        <w:rPr>
          <w:b/>
        </w:rPr>
        <w:t>Is anything missing or unnecessary?</w:t>
      </w:r>
    </w:p>
    <w:p w14:paraId="79D249CC" w14:textId="77777777" w:rsidR="00032CB0" w:rsidRDefault="00000000">
      <w:pPr>
        <w:spacing w:after="40"/>
      </w:pPr>
      <w:r>
        <w:t>____________________________________________________________________________________________</w:t>
      </w:r>
    </w:p>
    <w:p w14:paraId="1366196A" w14:textId="77777777" w:rsidR="00032CB0" w:rsidRDefault="00000000">
      <w:pPr>
        <w:spacing w:after="40"/>
      </w:pPr>
      <w:r>
        <w:t>____________________________________________________________________________________________</w:t>
      </w:r>
    </w:p>
    <w:p w14:paraId="4EE9A630" w14:textId="77777777" w:rsidR="00032CB0" w:rsidRDefault="00000000">
      <w:pPr>
        <w:pStyle w:val="Heading2"/>
      </w:pPr>
      <w:r>
        <w:t>Notes and ideas to carry forward</w:t>
      </w:r>
    </w:p>
    <w:p w14:paraId="74995F7E" w14:textId="77777777" w:rsidR="00032CB0" w:rsidRDefault="00000000">
      <w:pPr>
        <w:spacing w:after="40"/>
      </w:pPr>
      <w:r>
        <w:t>____________________________________________________________________________________________</w:t>
      </w:r>
    </w:p>
    <w:p w14:paraId="3AF15FBB" w14:textId="77777777" w:rsidR="00032CB0" w:rsidRDefault="00000000">
      <w:pPr>
        <w:spacing w:after="40"/>
      </w:pPr>
      <w:r>
        <w:t>____________________________________________________________________________________________</w:t>
      </w:r>
    </w:p>
    <w:p w14:paraId="58F2659E" w14:textId="77777777" w:rsidR="00032CB0" w:rsidRDefault="00000000">
      <w:pPr>
        <w:spacing w:after="40"/>
      </w:pPr>
      <w:r>
        <w:t>____________________________________________________________________________________________</w:t>
      </w:r>
    </w:p>
    <w:p w14:paraId="663152AF" w14:textId="77777777" w:rsidR="00032CB0" w:rsidRDefault="00000000">
      <w:pPr>
        <w:spacing w:after="40"/>
      </w:pPr>
      <w:r>
        <w:t>____________________________________________________________________________________________</w:t>
      </w:r>
    </w:p>
    <w:p w14:paraId="0D3E002F" w14:textId="77777777" w:rsidR="00032CB0" w:rsidRDefault="00000000">
      <w:r>
        <w:br w:type="page"/>
      </w:r>
    </w:p>
    <w:p w14:paraId="1E99C12D" w14:textId="77777777" w:rsidR="00032CB0" w:rsidRDefault="00000000">
      <w:pPr>
        <w:pStyle w:val="Heading1"/>
      </w:pPr>
      <w:r>
        <w:lastRenderedPageBreak/>
        <w:t>Chapter 8 Workbook | Name and contact details</w:t>
      </w:r>
    </w:p>
    <w:tbl>
      <w:tblPr>
        <w:tblW w:w="0" w:type="auto"/>
        <w:jc w:val="center"/>
        <w:tblLook w:val="04A0" w:firstRow="1" w:lastRow="0" w:firstColumn="1" w:lastColumn="0" w:noHBand="0" w:noVBand="1"/>
      </w:tblPr>
      <w:tblGrid>
        <w:gridCol w:w="10368"/>
      </w:tblGrid>
      <w:tr w:rsidR="00032CB0" w14:paraId="5E0CBCC1" w14:textId="77777777">
        <w:trPr>
          <w:jc w:val="center"/>
        </w:trPr>
        <w:tc>
          <w:tcPr>
            <w:tcW w:w="10368" w:type="dxa"/>
            <w:shd w:val="clear" w:color="auto" w:fill="F4F9FC"/>
          </w:tcPr>
          <w:p w14:paraId="0B94945F" w14:textId="77777777" w:rsidR="00032CB0" w:rsidRDefault="00000000">
            <w:r>
              <w:rPr>
                <w:b/>
                <w:color w:val="0A1744"/>
              </w:rPr>
              <w:t>Chapter focus</w:t>
            </w:r>
            <w:r>
              <w:rPr>
                <w:sz w:val="20"/>
              </w:rPr>
              <w:br/>
              <w:t>Keep your opening details simple, professional and easy to find.</w:t>
            </w:r>
          </w:p>
        </w:tc>
      </w:tr>
    </w:tbl>
    <w:p w14:paraId="29B21374" w14:textId="77777777" w:rsidR="00032CB0" w:rsidRDefault="00032CB0"/>
    <w:p w14:paraId="2FA10CBA" w14:textId="77777777" w:rsidR="00032CB0" w:rsidRDefault="00000000">
      <w:pPr>
        <w:pStyle w:val="Heading2"/>
      </w:pPr>
      <w:r>
        <w:t>Hints &amp; tips before you start</w:t>
      </w:r>
    </w:p>
    <w:p w14:paraId="50720F44" w14:textId="77777777" w:rsidR="00032CB0" w:rsidRDefault="00000000">
      <w:pPr>
        <w:pStyle w:val="ListBullet"/>
      </w:pPr>
      <w:r>
        <w:t>Use rough notes first. You can polish the wording later.</w:t>
      </w:r>
    </w:p>
    <w:p w14:paraId="42C0796C" w14:textId="77777777" w:rsidR="00032CB0" w:rsidRDefault="00000000">
      <w:pPr>
        <w:pStyle w:val="ListBullet"/>
      </w:pPr>
      <w:r>
        <w:t>Keep your target role in mind so your answers stay relevant.</w:t>
      </w:r>
    </w:p>
    <w:p w14:paraId="6CFEF647" w14:textId="77777777" w:rsidR="00032CB0" w:rsidRDefault="00000000">
      <w:pPr>
        <w:pStyle w:val="ListBullet"/>
      </w:pPr>
      <w:r>
        <w:t>Do not dismiss something because it feels ordinary to you; ordinary to you may be valuable to an employer.</w:t>
      </w:r>
    </w:p>
    <w:p w14:paraId="0C3AFE07" w14:textId="77777777" w:rsidR="00032CB0" w:rsidRDefault="00000000">
      <w:pPr>
        <w:pStyle w:val="Heading2"/>
      </w:pPr>
      <w:r>
        <w:t>Workbook exercises</w:t>
      </w:r>
    </w:p>
    <w:p w14:paraId="4E300C50" w14:textId="77777777" w:rsidR="00032CB0" w:rsidRDefault="00000000">
      <w:pPr>
        <w:pStyle w:val="ListNumber"/>
      </w:pPr>
      <w:r>
        <w:t>Write your preferred name, location, mobile, email and LinkedIn URL.</w:t>
      </w:r>
    </w:p>
    <w:p w14:paraId="245534A0" w14:textId="77777777" w:rsidR="00032CB0" w:rsidRDefault="00000000">
      <w:pPr>
        <w:spacing w:after="40"/>
      </w:pPr>
      <w:r>
        <w:t>____________________________________________________________________________________________</w:t>
      </w:r>
    </w:p>
    <w:p w14:paraId="73D0B69D" w14:textId="77777777" w:rsidR="00032CB0" w:rsidRDefault="00000000">
      <w:pPr>
        <w:spacing w:after="40"/>
      </w:pPr>
      <w:r>
        <w:t>____________________________________________________________________________________________</w:t>
      </w:r>
    </w:p>
    <w:p w14:paraId="28FA92BB" w14:textId="77777777" w:rsidR="00032CB0" w:rsidRDefault="00000000">
      <w:pPr>
        <w:pStyle w:val="ListNumber"/>
      </w:pPr>
      <w:r>
        <w:t>Check your email address and LinkedIn URL look professional.</w:t>
      </w:r>
    </w:p>
    <w:p w14:paraId="2FDBE6C7" w14:textId="77777777" w:rsidR="00032CB0" w:rsidRDefault="00000000">
      <w:pPr>
        <w:spacing w:after="40"/>
      </w:pPr>
      <w:r>
        <w:t>____________________________________________________________________________________________</w:t>
      </w:r>
    </w:p>
    <w:p w14:paraId="223127C7" w14:textId="77777777" w:rsidR="00032CB0" w:rsidRDefault="00000000">
      <w:pPr>
        <w:spacing w:after="40"/>
      </w:pPr>
      <w:r>
        <w:t>____________________________________________________________________________________________</w:t>
      </w:r>
    </w:p>
    <w:p w14:paraId="52CFBBB5" w14:textId="77777777" w:rsidR="00032CB0" w:rsidRDefault="00000000">
      <w:pPr>
        <w:pStyle w:val="ListNumber"/>
      </w:pPr>
      <w:r>
        <w:t>Decide whether your location should be broad or specific.</w:t>
      </w:r>
    </w:p>
    <w:p w14:paraId="0660F45C" w14:textId="77777777" w:rsidR="00032CB0" w:rsidRDefault="00000000">
      <w:pPr>
        <w:spacing w:after="40"/>
      </w:pPr>
      <w:r>
        <w:t>____________________________________________________________________________________________</w:t>
      </w:r>
    </w:p>
    <w:p w14:paraId="508B2C96" w14:textId="77777777" w:rsidR="00032CB0" w:rsidRDefault="00000000">
      <w:pPr>
        <w:spacing w:after="40"/>
      </w:pPr>
      <w:r>
        <w:t>____________________________________________________________________________________________</w:t>
      </w:r>
    </w:p>
    <w:p w14:paraId="063A550E" w14:textId="77777777" w:rsidR="00032CB0" w:rsidRDefault="00000000">
      <w:pPr>
        <w:pStyle w:val="Heading2"/>
      </w:pPr>
      <w:r>
        <w:t>Reflection</w:t>
      </w:r>
    </w:p>
    <w:p w14:paraId="06DDB668" w14:textId="77777777" w:rsidR="00032CB0" w:rsidRDefault="00000000">
      <w:r>
        <w:rPr>
          <w:b/>
        </w:rPr>
        <w:t>Is anything cluttering the top of the CV?</w:t>
      </w:r>
    </w:p>
    <w:p w14:paraId="02AB6FBA" w14:textId="77777777" w:rsidR="00032CB0" w:rsidRDefault="00000000">
      <w:pPr>
        <w:spacing w:after="40"/>
      </w:pPr>
      <w:r>
        <w:t>____________________________________________________________________________________________</w:t>
      </w:r>
    </w:p>
    <w:p w14:paraId="05E9F20A" w14:textId="77777777" w:rsidR="00032CB0" w:rsidRDefault="00000000">
      <w:pPr>
        <w:spacing w:after="40"/>
      </w:pPr>
      <w:r>
        <w:t>____________________________________________________________________________________________</w:t>
      </w:r>
    </w:p>
    <w:p w14:paraId="7AF71757" w14:textId="77777777" w:rsidR="00032CB0" w:rsidRDefault="00000000">
      <w:r>
        <w:rPr>
          <w:b/>
        </w:rPr>
        <w:t>Is your LinkedIn profile ready to include?</w:t>
      </w:r>
    </w:p>
    <w:p w14:paraId="74474DCB" w14:textId="77777777" w:rsidR="00032CB0" w:rsidRDefault="00000000">
      <w:pPr>
        <w:spacing w:after="40"/>
      </w:pPr>
      <w:r>
        <w:t>____________________________________________________________________________________________</w:t>
      </w:r>
    </w:p>
    <w:p w14:paraId="6E8056B6" w14:textId="77777777" w:rsidR="00032CB0" w:rsidRDefault="00000000">
      <w:pPr>
        <w:spacing w:after="40"/>
      </w:pPr>
      <w:r>
        <w:t>____________________________________________________________________________________________</w:t>
      </w:r>
    </w:p>
    <w:p w14:paraId="4C8B6898" w14:textId="77777777" w:rsidR="00032CB0" w:rsidRDefault="00000000">
      <w:r>
        <w:rPr>
          <w:b/>
        </w:rPr>
        <w:t>Does the top section feel clean?</w:t>
      </w:r>
    </w:p>
    <w:p w14:paraId="1B387F64" w14:textId="77777777" w:rsidR="00032CB0" w:rsidRDefault="00000000">
      <w:pPr>
        <w:spacing w:after="40"/>
      </w:pPr>
      <w:r>
        <w:t>____________________________________________________________________________________________</w:t>
      </w:r>
    </w:p>
    <w:p w14:paraId="617BCF95" w14:textId="77777777" w:rsidR="00032CB0" w:rsidRDefault="00000000">
      <w:pPr>
        <w:spacing w:after="40"/>
      </w:pPr>
      <w:r>
        <w:t>____________________________________________________________________________________________</w:t>
      </w:r>
    </w:p>
    <w:p w14:paraId="65D76011" w14:textId="77777777" w:rsidR="00032CB0" w:rsidRDefault="00000000">
      <w:pPr>
        <w:pStyle w:val="Heading2"/>
      </w:pPr>
      <w:r>
        <w:t>Notes and ideas to carry forward</w:t>
      </w:r>
    </w:p>
    <w:p w14:paraId="128D5D52" w14:textId="77777777" w:rsidR="00032CB0" w:rsidRDefault="00000000">
      <w:pPr>
        <w:spacing w:after="40"/>
      </w:pPr>
      <w:r>
        <w:t>____________________________________________________________________________________________</w:t>
      </w:r>
    </w:p>
    <w:p w14:paraId="5441D0E7" w14:textId="77777777" w:rsidR="00032CB0" w:rsidRDefault="00000000">
      <w:pPr>
        <w:spacing w:after="40"/>
      </w:pPr>
      <w:r>
        <w:t>____________________________________________________________________________________________</w:t>
      </w:r>
    </w:p>
    <w:p w14:paraId="7BF81E02" w14:textId="77777777" w:rsidR="00032CB0" w:rsidRDefault="00000000">
      <w:pPr>
        <w:spacing w:after="40"/>
      </w:pPr>
      <w:r>
        <w:t>____________________________________________________________________________________________</w:t>
      </w:r>
    </w:p>
    <w:p w14:paraId="78A428BC" w14:textId="77777777" w:rsidR="00032CB0" w:rsidRDefault="00000000">
      <w:pPr>
        <w:spacing w:after="40"/>
      </w:pPr>
      <w:r>
        <w:t>____________________________________________________________________________________________</w:t>
      </w:r>
    </w:p>
    <w:p w14:paraId="4CBBB7CC" w14:textId="77777777" w:rsidR="00032CB0" w:rsidRDefault="00000000">
      <w:r>
        <w:br w:type="page"/>
      </w:r>
    </w:p>
    <w:p w14:paraId="5886DE8E" w14:textId="77777777" w:rsidR="00032CB0" w:rsidRDefault="00000000">
      <w:pPr>
        <w:pStyle w:val="Heading1"/>
      </w:pPr>
      <w:r>
        <w:lastRenderedPageBreak/>
        <w:t>Chapter 9 Workbook | How to write the headline / strapline</w:t>
      </w:r>
    </w:p>
    <w:tbl>
      <w:tblPr>
        <w:tblW w:w="0" w:type="auto"/>
        <w:jc w:val="center"/>
        <w:tblLook w:val="04A0" w:firstRow="1" w:lastRow="0" w:firstColumn="1" w:lastColumn="0" w:noHBand="0" w:noVBand="1"/>
      </w:tblPr>
      <w:tblGrid>
        <w:gridCol w:w="10368"/>
      </w:tblGrid>
      <w:tr w:rsidR="00032CB0" w14:paraId="3FBFF4EA" w14:textId="77777777">
        <w:trPr>
          <w:jc w:val="center"/>
        </w:trPr>
        <w:tc>
          <w:tcPr>
            <w:tcW w:w="10368" w:type="dxa"/>
            <w:shd w:val="clear" w:color="auto" w:fill="F4F9FC"/>
          </w:tcPr>
          <w:p w14:paraId="4914D86F" w14:textId="77777777" w:rsidR="00032CB0" w:rsidRDefault="00000000">
            <w:r>
              <w:rPr>
                <w:b/>
                <w:color w:val="0A1744"/>
              </w:rPr>
              <w:t>Chapter focus</w:t>
            </w:r>
            <w:r>
              <w:rPr>
                <w:sz w:val="20"/>
              </w:rPr>
              <w:br/>
              <w:t>Create a clear positioning line that tells the reader your level, lane and strengths.</w:t>
            </w:r>
          </w:p>
        </w:tc>
      </w:tr>
    </w:tbl>
    <w:p w14:paraId="42237FA3" w14:textId="77777777" w:rsidR="00032CB0" w:rsidRDefault="00032CB0"/>
    <w:p w14:paraId="66E466C1" w14:textId="77777777" w:rsidR="00032CB0" w:rsidRDefault="00000000">
      <w:pPr>
        <w:pStyle w:val="Heading2"/>
      </w:pPr>
      <w:r>
        <w:t>Hints &amp; tips before you start</w:t>
      </w:r>
    </w:p>
    <w:p w14:paraId="6346F272" w14:textId="77777777" w:rsidR="00032CB0" w:rsidRDefault="00000000">
      <w:pPr>
        <w:pStyle w:val="ListBullet"/>
      </w:pPr>
      <w:r>
        <w:t>Use rough notes first. You can polish the wording later.</w:t>
      </w:r>
    </w:p>
    <w:p w14:paraId="33CFF4AE" w14:textId="77777777" w:rsidR="00032CB0" w:rsidRDefault="00000000">
      <w:pPr>
        <w:pStyle w:val="ListBullet"/>
      </w:pPr>
      <w:r>
        <w:t>Keep your target role in mind so your answers stay relevant.</w:t>
      </w:r>
    </w:p>
    <w:p w14:paraId="4BEA74F4" w14:textId="77777777" w:rsidR="00032CB0" w:rsidRDefault="00000000">
      <w:pPr>
        <w:pStyle w:val="ListBullet"/>
      </w:pPr>
      <w:r>
        <w:t>Do not dismiss something because it feels ordinary to you; ordinary to you may be valuable to an employer.</w:t>
      </w:r>
    </w:p>
    <w:p w14:paraId="7C9581E3" w14:textId="77777777" w:rsidR="00032CB0" w:rsidRDefault="00000000">
      <w:pPr>
        <w:pStyle w:val="ListBullet"/>
      </w:pPr>
      <w:r>
        <w:t>Read your draft aloud. If it sounds unnatural, simplify it.</w:t>
      </w:r>
    </w:p>
    <w:p w14:paraId="0EA4EC16" w14:textId="77777777" w:rsidR="00032CB0" w:rsidRDefault="00000000">
      <w:pPr>
        <w:pStyle w:val="Heading2"/>
      </w:pPr>
      <w:r>
        <w:t>Workbook exercises</w:t>
      </w:r>
    </w:p>
    <w:p w14:paraId="6801BCF7" w14:textId="77777777" w:rsidR="00032CB0" w:rsidRDefault="00000000">
      <w:pPr>
        <w:pStyle w:val="ListNumber"/>
      </w:pPr>
      <w:r>
        <w:t>Draft 5 headline options.</w:t>
      </w:r>
    </w:p>
    <w:p w14:paraId="25BB39AE" w14:textId="77777777" w:rsidR="00032CB0" w:rsidRDefault="00000000">
      <w:pPr>
        <w:spacing w:after="40"/>
      </w:pPr>
      <w:r>
        <w:t>____________________________________________________________________________________________</w:t>
      </w:r>
    </w:p>
    <w:p w14:paraId="1AA09BE9" w14:textId="77777777" w:rsidR="00032CB0" w:rsidRDefault="00000000">
      <w:pPr>
        <w:spacing w:after="40"/>
      </w:pPr>
      <w:r>
        <w:t>____________________________________________________________________________________________</w:t>
      </w:r>
    </w:p>
    <w:p w14:paraId="1E89E900" w14:textId="77777777" w:rsidR="00032CB0" w:rsidRDefault="00000000">
      <w:pPr>
        <w:pStyle w:val="ListNumber"/>
      </w:pPr>
      <w:r>
        <w:t>Test each against your target roles.</w:t>
      </w:r>
    </w:p>
    <w:p w14:paraId="2BBC770C" w14:textId="77777777" w:rsidR="00032CB0" w:rsidRDefault="00000000">
      <w:pPr>
        <w:spacing w:after="40"/>
      </w:pPr>
      <w:r>
        <w:t>____________________________________________________________________________________________</w:t>
      </w:r>
    </w:p>
    <w:p w14:paraId="782FDD39" w14:textId="77777777" w:rsidR="00032CB0" w:rsidRDefault="00000000">
      <w:pPr>
        <w:spacing w:after="40"/>
      </w:pPr>
      <w:r>
        <w:t>____________________________________________________________________________________________</w:t>
      </w:r>
    </w:p>
    <w:p w14:paraId="5F46DA0D" w14:textId="77777777" w:rsidR="00032CB0" w:rsidRDefault="00000000">
      <w:pPr>
        <w:pStyle w:val="ListNumber"/>
      </w:pPr>
      <w:r>
        <w:t>Choose one primary headline and one alternative.</w:t>
      </w:r>
    </w:p>
    <w:p w14:paraId="3C2818CA" w14:textId="77777777" w:rsidR="00032CB0" w:rsidRDefault="00000000">
      <w:pPr>
        <w:spacing w:after="40"/>
      </w:pPr>
      <w:r>
        <w:t>____________________________________________________________________________________________</w:t>
      </w:r>
    </w:p>
    <w:p w14:paraId="694BBEB8" w14:textId="77777777" w:rsidR="00032CB0" w:rsidRDefault="00000000">
      <w:pPr>
        <w:spacing w:after="40"/>
      </w:pPr>
      <w:r>
        <w:t>____________________________________________________________________________________________</w:t>
      </w:r>
    </w:p>
    <w:p w14:paraId="19E081AC" w14:textId="77777777" w:rsidR="00032CB0" w:rsidRDefault="00000000">
      <w:pPr>
        <w:pStyle w:val="Heading2"/>
      </w:pPr>
      <w:r>
        <w:t>Reflection</w:t>
      </w:r>
    </w:p>
    <w:p w14:paraId="54DB5B61" w14:textId="77777777" w:rsidR="00032CB0" w:rsidRDefault="00000000">
      <w:r>
        <w:rPr>
          <w:b/>
        </w:rPr>
        <w:t>Is it specific enough?</w:t>
      </w:r>
    </w:p>
    <w:p w14:paraId="7E4D8568" w14:textId="77777777" w:rsidR="00032CB0" w:rsidRDefault="00000000">
      <w:pPr>
        <w:spacing w:after="40"/>
      </w:pPr>
      <w:r>
        <w:t>____________________________________________________________________________________________</w:t>
      </w:r>
    </w:p>
    <w:p w14:paraId="7F03D991" w14:textId="77777777" w:rsidR="00032CB0" w:rsidRDefault="00000000">
      <w:pPr>
        <w:spacing w:after="40"/>
      </w:pPr>
      <w:r>
        <w:t>____________________________________________________________________________________________</w:t>
      </w:r>
    </w:p>
    <w:p w14:paraId="51BE9A5E" w14:textId="77777777" w:rsidR="00032CB0" w:rsidRDefault="00000000">
      <w:r>
        <w:rPr>
          <w:b/>
        </w:rPr>
        <w:t>Does it sound like a real role direction?</w:t>
      </w:r>
    </w:p>
    <w:p w14:paraId="1834EA62" w14:textId="77777777" w:rsidR="00032CB0" w:rsidRDefault="00000000">
      <w:pPr>
        <w:spacing w:after="40"/>
      </w:pPr>
      <w:r>
        <w:t>____________________________________________________________________________________________</w:t>
      </w:r>
    </w:p>
    <w:p w14:paraId="41106A19" w14:textId="77777777" w:rsidR="00032CB0" w:rsidRDefault="00000000">
      <w:pPr>
        <w:spacing w:after="40"/>
      </w:pPr>
      <w:r>
        <w:t>____________________________________________________________________________________________</w:t>
      </w:r>
    </w:p>
    <w:p w14:paraId="2DC31946" w14:textId="77777777" w:rsidR="00032CB0" w:rsidRDefault="00000000">
      <w:r>
        <w:rPr>
          <w:b/>
        </w:rPr>
        <w:t>Would a recruiter know where to place you?</w:t>
      </w:r>
    </w:p>
    <w:p w14:paraId="30AD6441" w14:textId="77777777" w:rsidR="00032CB0" w:rsidRDefault="00000000">
      <w:pPr>
        <w:spacing w:after="40"/>
      </w:pPr>
      <w:r>
        <w:t>____________________________________________________________________________________________</w:t>
      </w:r>
    </w:p>
    <w:p w14:paraId="06EBD294" w14:textId="77777777" w:rsidR="00032CB0" w:rsidRDefault="00000000">
      <w:pPr>
        <w:spacing w:after="40"/>
      </w:pPr>
      <w:r>
        <w:t>____________________________________________________________________________________________</w:t>
      </w:r>
    </w:p>
    <w:p w14:paraId="1FFA3DC0" w14:textId="77777777" w:rsidR="00032CB0" w:rsidRDefault="00000000">
      <w:pPr>
        <w:pStyle w:val="Heading2"/>
      </w:pPr>
      <w:r>
        <w:t>Notes and ideas to carry forward</w:t>
      </w:r>
    </w:p>
    <w:p w14:paraId="5E1FBB40" w14:textId="77777777" w:rsidR="00032CB0" w:rsidRDefault="00000000">
      <w:pPr>
        <w:spacing w:after="40"/>
      </w:pPr>
      <w:r>
        <w:t>____________________________________________________________________________________________</w:t>
      </w:r>
    </w:p>
    <w:p w14:paraId="025F718D" w14:textId="77777777" w:rsidR="00032CB0" w:rsidRDefault="00000000">
      <w:pPr>
        <w:spacing w:after="40"/>
      </w:pPr>
      <w:r>
        <w:t>____________________________________________________________________________________________</w:t>
      </w:r>
    </w:p>
    <w:p w14:paraId="2293E5E6" w14:textId="77777777" w:rsidR="00032CB0" w:rsidRDefault="00000000">
      <w:pPr>
        <w:spacing w:after="40"/>
      </w:pPr>
      <w:r>
        <w:t>____________________________________________________________________________________________</w:t>
      </w:r>
    </w:p>
    <w:p w14:paraId="1EE75A76" w14:textId="77777777" w:rsidR="00032CB0" w:rsidRDefault="00000000">
      <w:pPr>
        <w:spacing w:after="40"/>
      </w:pPr>
      <w:r>
        <w:t>____________________________________________________________________________________________</w:t>
      </w:r>
    </w:p>
    <w:p w14:paraId="2C862A4C" w14:textId="77777777" w:rsidR="00032CB0" w:rsidRDefault="00000000">
      <w:r>
        <w:br w:type="page"/>
      </w:r>
    </w:p>
    <w:p w14:paraId="32117FC0" w14:textId="77777777" w:rsidR="00032CB0" w:rsidRDefault="00000000">
      <w:pPr>
        <w:pStyle w:val="Heading1"/>
      </w:pPr>
      <w:r>
        <w:lastRenderedPageBreak/>
        <w:t>Chapter 10 Workbook | How to write the story hook</w:t>
      </w:r>
    </w:p>
    <w:tbl>
      <w:tblPr>
        <w:tblW w:w="0" w:type="auto"/>
        <w:jc w:val="center"/>
        <w:tblLook w:val="04A0" w:firstRow="1" w:lastRow="0" w:firstColumn="1" w:lastColumn="0" w:noHBand="0" w:noVBand="1"/>
      </w:tblPr>
      <w:tblGrid>
        <w:gridCol w:w="10368"/>
      </w:tblGrid>
      <w:tr w:rsidR="00032CB0" w14:paraId="1F902CBB" w14:textId="77777777">
        <w:trPr>
          <w:jc w:val="center"/>
        </w:trPr>
        <w:tc>
          <w:tcPr>
            <w:tcW w:w="10368" w:type="dxa"/>
            <w:shd w:val="clear" w:color="auto" w:fill="F4F9FC"/>
          </w:tcPr>
          <w:p w14:paraId="645EAFEE" w14:textId="77777777" w:rsidR="00032CB0" w:rsidRDefault="00000000">
            <w:r>
              <w:rPr>
                <w:b/>
                <w:color w:val="0A1744"/>
              </w:rPr>
              <w:t>Chapter focus</w:t>
            </w:r>
            <w:r>
              <w:rPr>
                <w:sz w:val="20"/>
              </w:rPr>
              <w:br/>
              <w:t>Write a short value-led hook that gives immediate context to your credibility.</w:t>
            </w:r>
          </w:p>
        </w:tc>
      </w:tr>
    </w:tbl>
    <w:p w14:paraId="7910D1A7" w14:textId="77777777" w:rsidR="00032CB0" w:rsidRDefault="00032CB0"/>
    <w:p w14:paraId="1547FE10" w14:textId="77777777" w:rsidR="00032CB0" w:rsidRDefault="00000000">
      <w:pPr>
        <w:pStyle w:val="Heading2"/>
      </w:pPr>
      <w:r>
        <w:t>Hints &amp; tips before you start</w:t>
      </w:r>
    </w:p>
    <w:p w14:paraId="05EA722D" w14:textId="77777777" w:rsidR="00032CB0" w:rsidRDefault="00000000">
      <w:pPr>
        <w:pStyle w:val="ListBullet"/>
      </w:pPr>
      <w:r>
        <w:t>Use rough notes first. You can polish the wording later.</w:t>
      </w:r>
    </w:p>
    <w:p w14:paraId="0E2ACAF8" w14:textId="77777777" w:rsidR="00032CB0" w:rsidRDefault="00000000">
      <w:pPr>
        <w:pStyle w:val="ListBullet"/>
      </w:pPr>
      <w:r>
        <w:t>Keep your target role in mind so your answers stay relevant.</w:t>
      </w:r>
    </w:p>
    <w:p w14:paraId="1AB93C6D" w14:textId="77777777" w:rsidR="00032CB0" w:rsidRDefault="00000000">
      <w:pPr>
        <w:pStyle w:val="ListBullet"/>
      </w:pPr>
      <w:r>
        <w:t>Do not dismiss something because it feels ordinary to you; ordinary to you may be valuable to an employer.</w:t>
      </w:r>
    </w:p>
    <w:p w14:paraId="4F4FDB24" w14:textId="77777777" w:rsidR="00032CB0" w:rsidRDefault="00000000">
      <w:pPr>
        <w:pStyle w:val="ListBullet"/>
      </w:pPr>
      <w:r>
        <w:t>Read your draft aloud. If it sounds unnatural, simplify it.</w:t>
      </w:r>
    </w:p>
    <w:p w14:paraId="4596E119" w14:textId="77777777" w:rsidR="00032CB0" w:rsidRDefault="00000000">
      <w:pPr>
        <w:pStyle w:val="Heading2"/>
      </w:pPr>
      <w:r>
        <w:t>Workbook exercises</w:t>
      </w:r>
    </w:p>
    <w:p w14:paraId="484660EF" w14:textId="77777777" w:rsidR="00032CB0" w:rsidRDefault="00000000">
      <w:pPr>
        <w:pStyle w:val="ListNumber"/>
      </w:pPr>
      <w:r>
        <w:t>Draft a metric-led hook if possible.</w:t>
      </w:r>
    </w:p>
    <w:p w14:paraId="4F019D65" w14:textId="77777777" w:rsidR="00032CB0" w:rsidRDefault="00000000">
      <w:pPr>
        <w:spacing w:after="40"/>
      </w:pPr>
      <w:r>
        <w:t>____________________________________________________________________________________________</w:t>
      </w:r>
    </w:p>
    <w:p w14:paraId="0C000D1A" w14:textId="77777777" w:rsidR="00032CB0" w:rsidRDefault="00000000">
      <w:pPr>
        <w:spacing w:after="40"/>
      </w:pPr>
      <w:r>
        <w:t>____________________________________________________________________________________________</w:t>
      </w:r>
    </w:p>
    <w:p w14:paraId="79035703" w14:textId="77777777" w:rsidR="00032CB0" w:rsidRDefault="00000000">
      <w:pPr>
        <w:pStyle w:val="ListNumber"/>
      </w:pPr>
      <w:r>
        <w:t>Draft a non-metric hook based on trust, complexity or problem-solving.</w:t>
      </w:r>
    </w:p>
    <w:p w14:paraId="102E139E" w14:textId="77777777" w:rsidR="00032CB0" w:rsidRDefault="00000000">
      <w:pPr>
        <w:spacing w:after="40"/>
      </w:pPr>
      <w:r>
        <w:t>____________________________________________________________________________________________</w:t>
      </w:r>
    </w:p>
    <w:p w14:paraId="52B33BE3" w14:textId="77777777" w:rsidR="00032CB0" w:rsidRDefault="00000000">
      <w:pPr>
        <w:spacing w:after="40"/>
      </w:pPr>
      <w:r>
        <w:t>____________________________________________________________________________________________</w:t>
      </w:r>
    </w:p>
    <w:p w14:paraId="410D42BD" w14:textId="77777777" w:rsidR="00032CB0" w:rsidRDefault="00000000">
      <w:pPr>
        <w:pStyle w:val="ListNumber"/>
      </w:pPr>
      <w:r>
        <w:t>Choose the hook that feels strongest and most accurate.</w:t>
      </w:r>
    </w:p>
    <w:p w14:paraId="34C62D3E" w14:textId="77777777" w:rsidR="00032CB0" w:rsidRDefault="00000000">
      <w:pPr>
        <w:spacing w:after="40"/>
      </w:pPr>
      <w:r>
        <w:t>____________________________________________________________________________________________</w:t>
      </w:r>
    </w:p>
    <w:p w14:paraId="31C28289" w14:textId="77777777" w:rsidR="00032CB0" w:rsidRDefault="00000000">
      <w:pPr>
        <w:spacing w:after="40"/>
      </w:pPr>
      <w:r>
        <w:t>____________________________________________________________________________________________</w:t>
      </w:r>
    </w:p>
    <w:p w14:paraId="0E168189" w14:textId="77777777" w:rsidR="00032CB0" w:rsidRDefault="00000000">
      <w:pPr>
        <w:pStyle w:val="Heading2"/>
      </w:pPr>
      <w:r>
        <w:t>Reflection</w:t>
      </w:r>
    </w:p>
    <w:p w14:paraId="10742E5A" w14:textId="77777777" w:rsidR="00032CB0" w:rsidRDefault="00000000">
      <w:r>
        <w:rPr>
          <w:b/>
        </w:rPr>
        <w:t>Does the hook add something beyond the headline?</w:t>
      </w:r>
    </w:p>
    <w:p w14:paraId="5422F468" w14:textId="77777777" w:rsidR="00032CB0" w:rsidRDefault="00000000">
      <w:pPr>
        <w:spacing w:after="40"/>
      </w:pPr>
      <w:r>
        <w:t>____________________________________________________________________________________________</w:t>
      </w:r>
    </w:p>
    <w:p w14:paraId="5C071F15" w14:textId="77777777" w:rsidR="00032CB0" w:rsidRDefault="00000000">
      <w:pPr>
        <w:spacing w:after="40"/>
      </w:pPr>
      <w:r>
        <w:t>____________________________________________________________________________________________</w:t>
      </w:r>
    </w:p>
    <w:p w14:paraId="184058A6" w14:textId="77777777" w:rsidR="00032CB0" w:rsidRDefault="00000000">
      <w:r>
        <w:rPr>
          <w:b/>
        </w:rPr>
        <w:t>Is it believable?</w:t>
      </w:r>
    </w:p>
    <w:p w14:paraId="7795A0FB" w14:textId="77777777" w:rsidR="00032CB0" w:rsidRDefault="00000000">
      <w:pPr>
        <w:spacing w:after="40"/>
      </w:pPr>
      <w:r>
        <w:t>____________________________________________________________________________________________</w:t>
      </w:r>
    </w:p>
    <w:p w14:paraId="424DC4BB" w14:textId="77777777" w:rsidR="00032CB0" w:rsidRDefault="00000000">
      <w:pPr>
        <w:spacing w:after="40"/>
      </w:pPr>
      <w:r>
        <w:t>____________________________________________________________________________________________</w:t>
      </w:r>
    </w:p>
    <w:p w14:paraId="3C81040A" w14:textId="77777777" w:rsidR="00032CB0" w:rsidRDefault="00000000">
      <w:r>
        <w:rPr>
          <w:b/>
        </w:rPr>
        <w:t>Does it create interest quickly?</w:t>
      </w:r>
    </w:p>
    <w:p w14:paraId="3C84BFC3" w14:textId="77777777" w:rsidR="00032CB0" w:rsidRDefault="00000000">
      <w:pPr>
        <w:spacing w:after="40"/>
      </w:pPr>
      <w:r>
        <w:t>____________________________________________________________________________________________</w:t>
      </w:r>
    </w:p>
    <w:p w14:paraId="4BBD644C" w14:textId="77777777" w:rsidR="00032CB0" w:rsidRDefault="00000000">
      <w:pPr>
        <w:spacing w:after="40"/>
      </w:pPr>
      <w:r>
        <w:t>____________________________________________________________________________________________</w:t>
      </w:r>
    </w:p>
    <w:p w14:paraId="3BBD83E3" w14:textId="77777777" w:rsidR="00032CB0" w:rsidRDefault="00000000">
      <w:pPr>
        <w:pStyle w:val="Heading2"/>
      </w:pPr>
      <w:r>
        <w:t>Notes and ideas to carry forward</w:t>
      </w:r>
    </w:p>
    <w:p w14:paraId="707971DB" w14:textId="77777777" w:rsidR="00032CB0" w:rsidRDefault="00000000">
      <w:pPr>
        <w:spacing w:after="40"/>
      </w:pPr>
      <w:r>
        <w:t>____________________________________________________________________________________________</w:t>
      </w:r>
    </w:p>
    <w:p w14:paraId="7E11C8F4" w14:textId="77777777" w:rsidR="00032CB0" w:rsidRDefault="00000000">
      <w:pPr>
        <w:spacing w:after="40"/>
      </w:pPr>
      <w:r>
        <w:t>____________________________________________________________________________________________</w:t>
      </w:r>
    </w:p>
    <w:p w14:paraId="0B573626" w14:textId="77777777" w:rsidR="00032CB0" w:rsidRDefault="00000000">
      <w:pPr>
        <w:spacing w:after="40"/>
      </w:pPr>
      <w:r>
        <w:t>____________________________________________________________________________________________</w:t>
      </w:r>
    </w:p>
    <w:p w14:paraId="2BC50CDF" w14:textId="77777777" w:rsidR="00032CB0" w:rsidRDefault="00000000">
      <w:pPr>
        <w:spacing w:after="40"/>
      </w:pPr>
      <w:r>
        <w:t>____________________________________________________________________________________________</w:t>
      </w:r>
    </w:p>
    <w:p w14:paraId="418BA246" w14:textId="77777777" w:rsidR="00032CB0" w:rsidRDefault="00000000">
      <w:r>
        <w:br w:type="page"/>
      </w:r>
    </w:p>
    <w:p w14:paraId="24DD3A69" w14:textId="77777777" w:rsidR="00032CB0" w:rsidRDefault="00000000">
      <w:pPr>
        <w:pStyle w:val="Heading1"/>
      </w:pPr>
      <w:r>
        <w:lastRenderedPageBreak/>
        <w:t>Chapter 11 Workbook | How to write the profile paragraph</w:t>
      </w:r>
    </w:p>
    <w:tbl>
      <w:tblPr>
        <w:tblW w:w="0" w:type="auto"/>
        <w:jc w:val="center"/>
        <w:tblLook w:val="04A0" w:firstRow="1" w:lastRow="0" w:firstColumn="1" w:lastColumn="0" w:noHBand="0" w:noVBand="1"/>
      </w:tblPr>
      <w:tblGrid>
        <w:gridCol w:w="10368"/>
      </w:tblGrid>
      <w:tr w:rsidR="00032CB0" w14:paraId="3DE9A3B6" w14:textId="77777777">
        <w:trPr>
          <w:jc w:val="center"/>
        </w:trPr>
        <w:tc>
          <w:tcPr>
            <w:tcW w:w="10368" w:type="dxa"/>
            <w:shd w:val="clear" w:color="auto" w:fill="F4F9FC"/>
          </w:tcPr>
          <w:p w14:paraId="5616A5F6" w14:textId="77777777" w:rsidR="00032CB0" w:rsidRDefault="00000000">
            <w:r>
              <w:rPr>
                <w:b/>
                <w:color w:val="0A1744"/>
              </w:rPr>
              <w:t>Chapter focus</w:t>
            </w:r>
            <w:r>
              <w:rPr>
                <w:sz w:val="20"/>
              </w:rPr>
              <w:br/>
              <w:t>Build a profile that explains who you are, what you do and the value you bring.</w:t>
            </w:r>
          </w:p>
        </w:tc>
      </w:tr>
    </w:tbl>
    <w:p w14:paraId="473A52AF" w14:textId="77777777" w:rsidR="00032CB0" w:rsidRDefault="00032CB0"/>
    <w:p w14:paraId="2382EE0D" w14:textId="77777777" w:rsidR="00032CB0" w:rsidRDefault="00000000">
      <w:pPr>
        <w:pStyle w:val="Heading2"/>
      </w:pPr>
      <w:r>
        <w:t>Hints &amp; tips before you start</w:t>
      </w:r>
    </w:p>
    <w:p w14:paraId="70F32077" w14:textId="77777777" w:rsidR="00032CB0" w:rsidRDefault="00000000">
      <w:pPr>
        <w:pStyle w:val="ListBullet"/>
      </w:pPr>
      <w:r>
        <w:t>Use rough notes first. You can polish the wording later.</w:t>
      </w:r>
    </w:p>
    <w:p w14:paraId="3A317AD4" w14:textId="77777777" w:rsidR="00032CB0" w:rsidRDefault="00000000">
      <w:pPr>
        <w:pStyle w:val="ListBullet"/>
      </w:pPr>
      <w:r>
        <w:t>Keep your target role in mind so your answers stay relevant.</w:t>
      </w:r>
    </w:p>
    <w:p w14:paraId="1741EBC3" w14:textId="77777777" w:rsidR="00032CB0" w:rsidRDefault="00000000">
      <w:pPr>
        <w:pStyle w:val="ListBullet"/>
      </w:pPr>
      <w:r>
        <w:t>Do not dismiss something because it feels ordinary to you; ordinary to you may be valuable to an employer.</w:t>
      </w:r>
    </w:p>
    <w:p w14:paraId="56FE5C06" w14:textId="77777777" w:rsidR="00032CB0" w:rsidRDefault="00000000">
      <w:pPr>
        <w:pStyle w:val="ListBullet"/>
      </w:pPr>
      <w:r>
        <w:t>Read your draft aloud. If it sounds unnatural, simplify it.</w:t>
      </w:r>
    </w:p>
    <w:p w14:paraId="771D3741" w14:textId="77777777" w:rsidR="00032CB0" w:rsidRDefault="00000000">
      <w:pPr>
        <w:pStyle w:val="Heading2"/>
      </w:pPr>
      <w:r>
        <w:t>Workbook exercises</w:t>
      </w:r>
    </w:p>
    <w:p w14:paraId="36DDBA17" w14:textId="77777777" w:rsidR="00032CB0" w:rsidRDefault="00000000">
      <w:pPr>
        <w:pStyle w:val="ListNumber"/>
      </w:pPr>
      <w:r>
        <w:t>Draft sentence 1: who you are professionally.</w:t>
      </w:r>
    </w:p>
    <w:p w14:paraId="7338D965" w14:textId="77777777" w:rsidR="00032CB0" w:rsidRDefault="00000000">
      <w:pPr>
        <w:spacing w:after="40"/>
      </w:pPr>
      <w:r>
        <w:t>____________________________________________________________________________________________</w:t>
      </w:r>
    </w:p>
    <w:p w14:paraId="66F8FE1C" w14:textId="77777777" w:rsidR="00032CB0" w:rsidRDefault="00000000">
      <w:pPr>
        <w:spacing w:after="40"/>
      </w:pPr>
      <w:r>
        <w:t>____________________________________________________________________________________________</w:t>
      </w:r>
    </w:p>
    <w:p w14:paraId="79397347" w14:textId="77777777" w:rsidR="00032CB0" w:rsidRDefault="00000000">
      <w:pPr>
        <w:pStyle w:val="ListNumber"/>
      </w:pPr>
      <w:r>
        <w:t>Draft sentence 2: scope/environments/strengths.</w:t>
      </w:r>
    </w:p>
    <w:p w14:paraId="2C085558" w14:textId="77777777" w:rsidR="00032CB0" w:rsidRDefault="00000000">
      <w:pPr>
        <w:spacing w:after="40"/>
      </w:pPr>
      <w:r>
        <w:t>____________________________________________________________________________________________</w:t>
      </w:r>
    </w:p>
    <w:p w14:paraId="56BECFD5" w14:textId="77777777" w:rsidR="00032CB0" w:rsidRDefault="00000000">
      <w:pPr>
        <w:spacing w:after="40"/>
      </w:pPr>
      <w:r>
        <w:t>____________________________________________________________________________________________</w:t>
      </w:r>
    </w:p>
    <w:p w14:paraId="7138076D" w14:textId="77777777" w:rsidR="00032CB0" w:rsidRDefault="00000000">
      <w:pPr>
        <w:pStyle w:val="ListNumber"/>
      </w:pPr>
      <w:r>
        <w:t>Draft sentence 3: value/outcomes.</w:t>
      </w:r>
    </w:p>
    <w:p w14:paraId="0D81D3C4" w14:textId="77777777" w:rsidR="00032CB0" w:rsidRDefault="00000000">
      <w:pPr>
        <w:spacing w:after="40"/>
      </w:pPr>
      <w:r>
        <w:t>____________________________________________________________________________________________</w:t>
      </w:r>
    </w:p>
    <w:p w14:paraId="48A5C0B9" w14:textId="77777777" w:rsidR="00032CB0" w:rsidRDefault="00000000">
      <w:pPr>
        <w:spacing w:after="40"/>
      </w:pPr>
      <w:r>
        <w:t>____________________________________________________________________________________________</w:t>
      </w:r>
    </w:p>
    <w:p w14:paraId="19DF4DBB" w14:textId="77777777" w:rsidR="00032CB0" w:rsidRDefault="00000000">
      <w:pPr>
        <w:pStyle w:val="ListNumber"/>
      </w:pPr>
      <w:r>
        <w:t>Select 4 top achievements to sit beneath the profile.</w:t>
      </w:r>
    </w:p>
    <w:p w14:paraId="26B5AE37" w14:textId="77777777" w:rsidR="00032CB0" w:rsidRDefault="00000000">
      <w:pPr>
        <w:spacing w:after="40"/>
      </w:pPr>
      <w:r>
        <w:t>____________________________________________________________________________________________</w:t>
      </w:r>
    </w:p>
    <w:p w14:paraId="22E93F10"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5184"/>
        <w:gridCol w:w="5184"/>
      </w:tblGrid>
      <w:tr w:rsidR="00032CB0" w14:paraId="3BE418C2" w14:textId="77777777">
        <w:trPr>
          <w:jc w:val="center"/>
        </w:trPr>
        <w:tc>
          <w:tcPr>
            <w:tcW w:w="5184" w:type="dxa"/>
            <w:shd w:val="clear" w:color="auto" w:fill="0A1744"/>
            <w:vAlign w:val="center"/>
          </w:tcPr>
          <w:p w14:paraId="6924FC70" w14:textId="77777777" w:rsidR="00032CB0" w:rsidRDefault="00000000">
            <w:r>
              <w:rPr>
                <w:b/>
                <w:color w:val="FFFFFF"/>
                <w:sz w:val="18"/>
              </w:rPr>
              <w:t>Profile component</w:t>
            </w:r>
          </w:p>
        </w:tc>
        <w:tc>
          <w:tcPr>
            <w:tcW w:w="5184" w:type="dxa"/>
            <w:shd w:val="clear" w:color="auto" w:fill="0A1744"/>
            <w:vAlign w:val="center"/>
          </w:tcPr>
          <w:p w14:paraId="4AF5344C" w14:textId="77777777" w:rsidR="00032CB0" w:rsidRDefault="00000000">
            <w:r>
              <w:rPr>
                <w:b/>
                <w:color w:val="FFFFFF"/>
                <w:sz w:val="18"/>
              </w:rPr>
              <w:t>Draft wording</w:t>
            </w:r>
          </w:p>
        </w:tc>
      </w:tr>
      <w:tr w:rsidR="00032CB0" w14:paraId="32F86354" w14:textId="77777777">
        <w:trPr>
          <w:jc w:val="center"/>
        </w:trPr>
        <w:tc>
          <w:tcPr>
            <w:tcW w:w="5184" w:type="dxa"/>
          </w:tcPr>
          <w:p w14:paraId="38969974" w14:textId="77777777" w:rsidR="00032CB0" w:rsidRDefault="00000000">
            <w:r>
              <w:rPr>
                <w:sz w:val="18"/>
              </w:rPr>
              <w:t>Who I am professionally</w:t>
            </w:r>
          </w:p>
        </w:tc>
        <w:tc>
          <w:tcPr>
            <w:tcW w:w="5184" w:type="dxa"/>
          </w:tcPr>
          <w:p w14:paraId="0489BBDB" w14:textId="77777777" w:rsidR="00032CB0" w:rsidRDefault="00032CB0"/>
        </w:tc>
      </w:tr>
      <w:tr w:rsidR="00032CB0" w14:paraId="1F9FAAB6" w14:textId="77777777">
        <w:trPr>
          <w:jc w:val="center"/>
        </w:trPr>
        <w:tc>
          <w:tcPr>
            <w:tcW w:w="5184" w:type="dxa"/>
          </w:tcPr>
          <w:p w14:paraId="7E074BC7" w14:textId="77777777" w:rsidR="00032CB0" w:rsidRDefault="00000000">
            <w:r>
              <w:rPr>
                <w:sz w:val="18"/>
              </w:rPr>
              <w:t>Where / how I have built experience</w:t>
            </w:r>
          </w:p>
        </w:tc>
        <w:tc>
          <w:tcPr>
            <w:tcW w:w="5184" w:type="dxa"/>
          </w:tcPr>
          <w:p w14:paraId="78F30F52" w14:textId="77777777" w:rsidR="00032CB0" w:rsidRDefault="00032CB0"/>
        </w:tc>
      </w:tr>
      <w:tr w:rsidR="00032CB0" w14:paraId="36D654FA" w14:textId="77777777">
        <w:trPr>
          <w:jc w:val="center"/>
        </w:trPr>
        <w:tc>
          <w:tcPr>
            <w:tcW w:w="5184" w:type="dxa"/>
          </w:tcPr>
          <w:p w14:paraId="4B64CD93" w14:textId="77777777" w:rsidR="00032CB0" w:rsidRDefault="00000000">
            <w:r>
              <w:rPr>
                <w:sz w:val="18"/>
              </w:rPr>
              <w:t>What I am known for</w:t>
            </w:r>
          </w:p>
        </w:tc>
        <w:tc>
          <w:tcPr>
            <w:tcW w:w="5184" w:type="dxa"/>
          </w:tcPr>
          <w:p w14:paraId="752F68D9" w14:textId="77777777" w:rsidR="00032CB0" w:rsidRDefault="00032CB0"/>
        </w:tc>
      </w:tr>
      <w:tr w:rsidR="00032CB0" w14:paraId="0AD6642A" w14:textId="77777777">
        <w:trPr>
          <w:jc w:val="center"/>
        </w:trPr>
        <w:tc>
          <w:tcPr>
            <w:tcW w:w="5184" w:type="dxa"/>
          </w:tcPr>
          <w:p w14:paraId="5786D64F" w14:textId="77777777" w:rsidR="00032CB0" w:rsidRDefault="00000000">
            <w:r>
              <w:rPr>
                <w:sz w:val="18"/>
              </w:rPr>
              <w:t>Value I bring</w:t>
            </w:r>
          </w:p>
        </w:tc>
        <w:tc>
          <w:tcPr>
            <w:tcW w:w="5184" w:type="dxa"/>
          </w:tcPr>
          <w:p w14:paraId="6AD86638" w14:textId="77777777" w:rsidR="00032CB0" w:rsidRDefault="00032CB0"/>
        </w:tc>
      </w:tr>
      <w:tr w:rsidR="00032CB0" w14:paraId="04491B4C" w14:textId="77777777">
        <w:trPr>
          <w:jc w:val="center"/>
        </w:trPr>
        <w:tc>
          <w:tcPr>
            <w:tcW w:w="5184" w:type="dxa"/>
          </w:tcPr>
          <w:p w14:paraId="5DCD4F6F" w14:textId="77777777" w:rsidR="00032CB0" w:rsidRDefault="00000000">
            <w:r>
              <w:rPr>
                <w:sz w:val="18"/>
              </w:rPr>
              <w:t>Combined profile paragraph</w:t>
            </w:r>
          </w:p>
        </w:tc>
        <w:tc>
          <w:tcPr>
            <w:tcW w:w="5184" w:type="dxa"/>
          </w:tcPr>
          <w:p w14:paraId="286D4DA9" w14:textId="77777777" w:rsidR="00032CB0" w:rsidRDefault="00032CB0"/>
        </w:tc>
      </w:tr>
    </w:tbl>
    <w:p w14:paraId="03A8F05B" w14:textId="77777777" w:rsidR="00032CB0" w:rsidRDefault="00032CB0"/>
    <w:tbl>
      <w:tblPr>
        <w:tblStyle w:val="TableGrid"/>
        <w:tblW w:w="0" w:type="auto"/>
        <w:jc w:val="center"/>
        <w:tblLook w:val="04A0" w:firstRow="1" w:lastRow="0" w:firstColumn="1" w:lastColumn="0" w:noHBand="0" w:noVBand="1"/>
      </w:tblPr>
      <w:tblGrid>
        <w:gridCol w:w="5184"/>
        <w:gridCol w:w="5184"/>
      </w:tblGrid>
      <w:tr w:rsidR="00032CB0" w14:paraId="4C33D5D0" w14:textId="77777777">
        <w:trPr>
          <w:jc w:val="center"/>
        </w:trPr>
        <w:tc>
          <w:tcPr>
            <w:tcW w:w="5184" w:type="dxa"/>
            <w:shd w:val="clear" w:color="auto" w:fill="0A1744"/>
            <w:vAlign w:val="center"/>
          </w:tcPr>
          <w:p w14:paraId="031979F3" w14:textId="77777777" w:rsidR="00032CB0" w:rsidRDefault="00000000">
            <w:r>
              <w:rPr>
                <w:b/>
                <w:color w:val="FFFFFF"/>
                <w:sz w:val="18"/>
              </w:rPr>
              <w:t>Top achievement</w:t>
            </w:r>
          </w:p>
        </w:tc>
        <w:tc>
          <w:tcPr>
            <w:tcW w:w="5184" w:type="dxa"/>
            <w:shd w:val="clear" w:color="auto" w:fill="0A1744"/>
            <w:vAlign w:val="center"/>
          </w:tcPr>
          <w:p w14:paraId="03681D2C" w14:textId="77777777" w:rsidR="00032CB0" w:rsidRDefault="00000000">
            <w:r>
              <w:rPr>
                <w:b/>
                <w:color w:val="FFFFFF"/>
                <w:sz w:val="18"/>
              </w:rPr>
              <w:t>Draft single-line proof point</w:t>
            </w:r>
          </w:p>
        </w:tc>
      </w:tr>
      <w:tr w:rsidR="00032CB0" w14:paraId="627350F3" w14:textId="77777777">
        <w:trPr>
          <w:jc w:val="center"/>
        </w:trPr>
        <w:tc>
          <w:tcPr>
            <w:tcW w:w="5184" w:type="dxa"/>
          </w:tcPr>
          <w:p w14:paraId="7B9E5934" w14:textId="77777777" w:rsidR="00032CB0" w:rsidRDefault="00000000">
            <w:r>
              <w:rPr>
                <w:sz w:val="18"/>
              </w:rPr>
              <w:t>1</w:t>
            </w:r>
          </w:p>
        </w:tc>
        <w:tc>
          <w:tcPr>
            <w:tcW w:w="5184" w:type="dxa"/>
          </w:tcPr>
          <w:p w14:paraId="04D109D8" w14:textId="77777777" w:rsidR="00032CB0" w:rsidRDefault="00032CB0"/>
        </w:tc>
      </w:tr>
      <w:tr w:rsidR="00032CB0" w14:paraId="57F7EE2E" w14:textId="77777777">
        <w:trPr>
          <w:jc w:val="center"/>
        </w:trPr>
        <w:tc>
          <w:tcPr>
            <w:tcW w:w="5184" w:type="dxa"/>
          </w:tcPr>
          <w:p w14:paraId="7CF55DEE" w14:textId="77777777" w:rsidR="00032CB0" w:rsidRDefault="00000000">
            <w:r>
              <w:rPr>
                <w:sz w:val="18"/>
              </w:rPr>
              <w:t>2</w:t>
            </w:r>
          </w:p>
        </w:tc>
        <w:tc>
          <w:tcPr>
            <w:tcW w:w="5184" w:type="dxa"/>
          </w:tcPr>
          <w:p w14:paraId="6C2163A0" w14:textId="77777777" w:rsidR="00032CB0" w:rsidRDefault="00032CB0"/>
        </w:tc>
      </w:tr>
      <w:tr w:rsidR="00032CB0" w14:paraId="7E8BD39D" w14:textId="77777777">
        <w:trPr>
          <w:jc w:val="center"/>
        </w:trPr>
        <w:tc>
          <w:tcPr>
            <w:tcW w:w="5184" w:type="dxa"/>
          </w:tcPr>
          <w:p w14:paraId="5D793AB1" w14:textId="77777777" w:rsidR="00032CB0" w:rsidRDefault="00000000">
            <w:r>
              <w:rPr>
                <w:sz w:val="18"/>
              </w:rPr>
              <w:t>3</w:t>
            </w:r>
          </w:p>
        </w:tc>
        <w:tc>
          <w:tcPr>
            <w:tcW w:w="5184" w:type="dxa"/>
          </w:tcPr>
          <w:p w14:paraId="0ECD8C4B" w14:textId="77777777" w:rsidR="00032CB0" w:rsidRDefault="00032CB0"/>
        </w:tc>
      </w:tr>
      <w:tr w:rsidR="00032CB0" w14:paraId="1EC6559D" w14:textId="77777777">
        <w:trPr>
          <w:jc w:val="center"/>
        </w:trPr>
        <w:tc>
          <w:tcPr>
            <w:tcW w:w="5184" w:type="dxa"/>
          </w:tcPr>
          <w:p w14:paraId="55421AFB" w14:textId="77777777" w:rsidR="00032CB0" w:rsidRDefault="00000000">
            <w:r>
              <w:rPr>
                <w:sz w:val="18"/>
              </w:rPr>
              <w:t>4</w:t>
            </w:r>
          </w:p>
        </w:tc>
        <w:tc>
          <w:tcPr>
            <w:tcW w:w="5184" w:type="dxa"/>
          </w:tcPr>
          <w:p w14:paraId="6411ED37" w14:textId="77777777" w:rsidR="00032CB0" w:rsidRDefault="00032CB0"/>
        </w:tc>
      </w:tr>
    </w:tbl>
    <w:p w14:paraId="39CF1A76" w14:textId="77777777" w:rsidR="00032CB0" w:rsidRDefault="00032CB0"/>
    <w:p w14:paraId="59370412" w14:textId="77777777" w:rsidR="00032CB0" w:rsidRDefault="00000000">
      <w:pPr>
        <w:pStyle w:val="Heading2"/>
      </w:pPr>
      <w:r>
        <w:t>Reflection</w:t>
      </w:r>
    </w:p>
    <w:p w14:paraId="2EA41343" w14:textId="77777777" w:rsidR="00032CB0" w:rsidRDefault="00000000">
      <w:r>
        <w:rPr>
          <w:b/>
        </w:rPr>
        <w:t>Does your profile sound human and specific?</w:t>
      </w:r>
    </w:p>
    <w:p w14:paraId="6783BA51" w14:textId="77777777" w:rsidR="00032CB0" w:rsidRDefault="00000000">
      <w:pPr>
        <w:spacing w:after="40"/>
      </w:pPr>
      <w:r>
        <w:t>____________________________________________________________________________________________</w:t>
      </w:r>
    </w:p>
    <w:p w14:paraId="438FB27B" w14:textId="77777777" w:rsidR="00032CB0" w:rsidRDefault="00000000">
      <w:pPr>
        <w:spacing w:after="40"/>
      </w:pPr>
      <w:r>
        <w:t>____________________________________________________________________________________________</w:t>
      </w:r>
    </w:p>
    <w:p w14:paraId="7ABEF897" w14:textId="77777777" w:rsidR="00032CB0" w:rsidRDefault="00000000">
      <w:r>
        <w:rPr>
          <w:b/>
        </w:rPr>
        <w:lastRenderedPageBreak/>
        <w:t>Have you avoided clichés?</w:t>
      </w:r>
    </w:p>
    <w:p w14:paraId="0B53A5E1" w14:textId="77777777" w:rsidR="00032CB0" w:rsidRDefault="00000000">
      <w:pPr>
        <w:spacing w:after="40"/>
      </w:pPr>
      <w:r>
        <w:t>____________________________________________________________________________________________</w:t>
      </w:r>
    </w:p>
    <w:p w14:paraId="230F674E" w14:textId="77777777" w:rsidR="00032CB0" w:rsidRDefault="00000000">
      <w:pPr>
        <w:spacing w:after="40"/>
      </w:pPr>
      <w:r>
        <w:t>____________________________________________________________________________________________</w:t>
      </w:r>
    </w:p>
    <w:p w14:paraId="20FAE884" w14:textId="77777777" w:rsidR="00032CB0" w:rsidRDefault="00000000">
      <w:r>
        <w:rPr>
          <w:b/>
        </w:rPr>
        <w:t>Do the 4 bullets prove what the profile claims?</w:t>
      </w:r>
    </w:p>
    <w:p w14:paraId="54B6C6E0" w14:textId="77777777" w:rsidR="00032CB0" w:rsidRDefault="00000000">
      <w:pPr>
        <w:spacing w:after="40"/>
      </w:pPr>
      <w:r>
        <w:t>____________________________________________________________________________________________</w:t>
      </w:r>
    </w:p>
    <w:p w14:paraId="02F85EB0" w14:textId="77777777" w:rsidR="00032CB0" w:rsidRDefault="00000000">
      <w:pPr>
        <w:spacing w:after="40"/>
      </w:pPr>
      <w:r>
        <w:t>____________________________________________________________________________________________</w:t>
      </w:r>
    </w:p>
    <w:p w14:paraId="0D553B37" w14:textId="77777777" w:rsidR="00032CB0" w:rsidRDefault="00000000">
      <w:pPr>
        <w:pStyle w:val="Heading2"/>
      </w:pPr>
      <w:r>
        <w:t>Notes and ideas to carry forward</w:t>
      </w:r>
    </w:p>
    <w:p w14:paraId="19CD6615" w14:textId="77777777" w:rsidR="00032CB0" w:rsidRDefault="00000000">
      <w:pPr>
        <w:spacing w:after="40"/>
      </w:pPr>
      <w:r>
        <w:t>____________________________________________________________________________________________</w:t>
      </w:r>
    </w:p>
    <w:p w14:paraId="77D1E778" w14:textId="77777777" w:rsidR="00032CB0" w:rsidRDefault="00000000">
      <w:pPr>
        <w:spacing w:after="40"/>
      </w:pPr>
      <w:r>
        <w:t>____________________________________________________________________________________________</w:t>
      </w:r>
    </w:p>
    <w:p w14:paraId="4AA9CBDC" w14:textId="77777777" w:rsidR="00032CB0" w:rsidRDefault="00000000">
      <w:pPr>
        <w:spacing w:after="40"/>
      </w:pPr>
      <w:r>
        <w:t>____________________________________________________________________________________________</w:t>
      </w:r>
    </w:p>
    <w:p w14:paraId="6EFE904F" w14:textId="77777777" w:rsidR="00032CB0" w:rsidRDefault="00000000">
      <w:pPr>
        <w:spacing w:after="40"/>
      </w:pPr>
      <w:r>
        <w:t>____________________________________________________________________________________________</w:t>
      </w:r>
    </w:p>
    <w:p w14:paraId="36F31B4A" w14:textId="77777777" w:rsidR="00032CB0" w:rsidRDefault="00000000">
      <w:r>
        <w:br w:type="page"/>
      </w:r>
    </w:p>
    <w:p w14:paraId="276AB1A3" w14:textId="77777777" w:rsidR="00032CB0" w:rsidRDefault="00000000">
      <w:pPr>
        <w:pStyle w:val="Heading1"/>
      </w:pPr>
      <w:r>
        <w:lastRenderedPageBreak/>
        <w:t>Chapter 12 Workbook | How to choose and present key skills</w:t>
      </w:r>
    </w:p>
    <w:tbl>
      <w:tblPr>
        <w:tblW w:w="0" w:type="auto"/>
        <w:jc w:val="center"/>
        <w:tblLook w:val="04A0" w:firstRow="1" w:lastRow="0" w:firstColumn="1" w:lastColumn="0" w:noHBand="0" w:noVBand="1"/>
      </w:tblPr>
      <w:tblGrid>
        <w:gridCol w:w="10368"/>
      </w:tblGrid>
      <w:tr w:rsidR="00032CB0" w14:paraId="4481E6AF" w14:textId="77777777">
        <w:trPr>
          <w:jc w:val="center"/>
        </w:trPr>
        <w:tc>
          <w:tcPr>
            <w:tcW w:w="10368" w:type="dxa"/>
            <w:shd w:val="clear" w:color="auto" w:fill="F4F9FC"/>
          </w:tcPr>
          <w:p w14:paraId="432D8631" w14:textId="77777777" w:rsidR="00032CB0" w:rsidRDefault="00000000">
            <w:r>
              <w:rPr>
                <w:b/>
                <w:color w:val="0A1744"/>
              </w:rPr>
              <w:t>Chapter focus</w:t>
            </w:r>
            <w:r>
              <w:rPr>
                <w:sz w:val="20"/>
              </w:rPr>
              <w:br/>
              <w:t>Select 12–15 targeted skills aligned to your next role.</w:t>
            </w:r>
          </w:p>
        </w:tc>
      </w:tr>
    </w:tbl>
    <w:p w14:paraId="467B9C18" w14:textId="77777777" w:rsidR="00032CB0" w:rsidRDefault="00032CB0"/>
    <w:p w14:paraId="0F201A5D" w14:textId="77777777" w:rsidR="00032CB0" w:rsidRDefault="00000000">
      <w:pPr>
        <w:pStyle w:val="Heading2"/>
      </w:pPr>
      <w:r>
        <w:t>Hints &amp; tips before you start</w:t>
      </w:r>
    </w:p>
    <w:p w14:paraId="5DA02CDD" w14:textId="77777777" w:rsidR="00032CB0" w:rsidRDefault="00000000">
      <w:pPr>
        <w:pStyle w:val="ListBullet"/>
      </w:pPr>
      <w:r>
        <w:t>Use rough notes first. You can polish the wording later.</w:t>
      </w:r>
    </w:p>
    <w:p w14:paraId="64E5F446" w14:textId="77777777" w:rsidR="00032CB0" w:rsidRDefault="00000000">
      <w:pPr>
        <w:pStyle w:val="ListBullet"/>
      </w:pPr>
      <w:r>
        <w:t>Keep your target role in mind so your answers stay relevant.</w:t>
      </w:r>
    </w:p>
    <w:p w14:paraId="64D90109" w14:textId="77777777" w:rsidR="00032CB0" w:rsidRDefault="00000000">
      <w:pPr>
        <w:pStyle w:val="ListBullet"/>
      </w:pPr>
      <w:r>
        <w:t>Do not dismiss something because it feels ordinary to you; ordinary to you may be valuable to an employer.</w:t>
      </w:r>
    </w:p>
    <w:p w14:paraId="7409ADC7" w14:textId="77777777" w:rsidR="00032CB0" w:rsidRDefault="00000000">
      <w:pPr>
        <w:pStyle w:val="Heading2"/>
      </w:pPr>
      <w:r>
        <w:t>Workbook exercises</w:t>
      </w:r>
    </w:p>
    <w:p w14:paraId="325CA0A2" w14:textId="77777777" w:rsidR="00032CB0" w:rsidRDefault="00000000">
      <w:pPr>
        <w:pStyle w:val="ListNumber"/>
      </w:pPr>
      <w:r>
        <w:t>Brain dump all relevant skills.</w:t>
      </w:r>
    </w:p>
    <w:p w14:paraId="268B2BB6" w14:textId="77777777" w:rsidR="00032CB0" w:rsidRDefault="00000000">
      <w:pPr>
        <w:spacing w:after="40"/>
      </w:pPr>
      <w:r>
        <w:t>____________________________________________________________________________________________</w:t>
      </w:r>
    </w:p>
    <w:p w14:paraId="4418BC2F" w14:textId="77777777" w:rsidR="00032CB0" w:rsidRDefault="00000000">
      <w:pPr>
        <w:spacing w:after="40"/>
      </w:pPr>
      <w:r>
        <w:t>____________________________________________________________________________________________</w:t>
      </w:r>
    </w:p>
    <w:p w14:paraId="03F83377" w14:textId="77777777" w:rsidR="00032CB0" w:rsidRDefault="00000000">
      <w:pPr>
        <w:pStyle w:val="ListNumber"/>
      </w:pPr>
      <w:r>
        <w:t>Compare them against job adverts.</w:t>
      </w:r>
    </w:p>
    <w:p w14:paraId="63DB0E48" w14:textId="77777777" w:rsidR="00032CB0" w:rsidRDefault="00000000">
      <w:pPr>
        <w:spacing w:after="40"/>
      </w:pPr>
      <w:r>
        <w:t>____________________________________________________________________________________________</w:t>
      </w:r>
    </w:p>
    <w:p w14:paraId="65BFC6E2" w14:textId="77777777" w:rsidR="00032CB0" w:rsidRDefault="00000000">
      <w:pPr>
        <w:spacing w:after="40"/>
      </w:pPr>
      <w:r>
        <w:t>____________________________________________________________________________________________</w:t>
      </w:r>
    </w:p>
    <w:p w14:paraId="093DA711" w14:textId="77777777" w:rsidR="00032CB0" w:rsidRDefault="00000000">
      <w:pPr>
        <w:pStyle w:val="ListNumber"/>
      </w:pPr>
      <w:r>
        <w:t>Select a final shortlist of 12–15.</w:t>
      </w:r>
    </w:p>
    <w:p w14:paraId="1D3EFE49" w14:textId="77777777" w:rsidR="00032CB0" w:rsidRDefault="00000000">
      <w:pPr>
        <w:spacing w:after="40"/>
      </w:pPr>
      <w:r>
        <w:t>____________________________________________________________________________________________</w:t>
      </w:r>
    </w:p>
    <w:p w14:paraId="14ADF876"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3456"/>
        <w:gridCol w:w="3456"/>
        <w:gridCol w:w="3456"/>
      </w:tblGrid>
      <w:tr w:rsidR="00032CB0" w14:paraId="221E0ED7" w14:textId="77777777">
        <w:trPr>
          <w:jc w:val="center"/>
        </w:trPr>
        <w:tc>
          <w:tcPr>
            <w:tcW w:w="3456" w:type="dxa"/>
            <w:shd w:val="clear" w:color="auto" w:fill="0A1744"/>
            <w:vAlign w:val="center"/>
          </w:tcPr>
          <w:p w14:paraId="71217459" w14:textId="77777777" w:rsidR="00032CB0" w:rsidRDefault="00000000">
            <w:r>
              <w:rPr>
                <w:b/>
                <w:color w:val="FFFFFF"/>
                <w:sz w:val="18"/>
              </w:rPr>
              <w:t>Skills from job adverts</w:t>
            </w:r>
          </w:p>
        </w:tc>
        <w:tc>
          <w:tcPr>
            <w:tcW w:w="3456" w:type="dxa"/>
            <w:shd w:val="clear" w:color="auto" w:fill="0A1744"/>
            <w:vAlign w:val="center"/>
          </w:tcPr>
          <w:p w14:paraId="2B795DFD" w14:textId="77777777" w:rsidR="00032CB0" w:rsidRDefault="00000000">
            <w:r>
              <w:rPr>
                <w:b/>
                <w:color w:val="FFFFFF"/>
                <w:sz w:val="18"/>
              </w:rPr>
              <w:t>My matching experience</w:t>
            </w:r>
          </w:p>
        </w:tc>
        <w:tc>
          <w:tcPr>
            <w:tcW w:w="3456" w:type="dxa"/>
            <w:shd w:val="clear" w:color="auto" w:fill="0A1744"/>
            <w:vAlign w:val="center"/>
          </w:tcPr>
          <w:p w14:paraId="6A177CDD" w14:textId="77777777" w:rsidR="00032CB0" w:rsidRDefault="00000000">
            <w:r>
              <w:rPr>
                <w:b/>
                <w:color w:val="FFFFFF"/>
                <w:sz w:val="18"/>
              </w:rPr>
              <w:t>Final keyword?</w:t>
            </w:r>
          </w:p>
        </w:tc>
      </w:tr>
      <w:tr w:rsidR="00032CB0" w14:paraId="5656DA97" w14:textId="77777777">
        <w:trPr>
          <w:jc w:val="center"/>
        </w:trPr>
        <w:tc>
          <w:tcPr>
            <w:tcW w:w="3456" w:type="dxa"/>
          </w:tcPr>
          <w:p w14:paraId="762C1ECD" w14:textId="77777777" w:rsidR="00032CB0" w:rsidRDefault="00032CB0"/>
        </w:tc>
        <w:tc>
          <w:tcPr>
            <w:tcW w:w="3456" w:type="dxa"/>
          </w:tcPr>
          <w:p w14:paraId="15A6905E" w14:textId="77777777" w:rsidR="00032CB0" w:rsidRDefault="00032CB0"/>
        </w:tc>
        <w:tc>
          <w:tcPr>
            <w:tcW w:w="3456" w:type="dxa"/>
          </w:tcPr>
          <w:p w14:paraId="31FD1D39" w14:textId="77777777" w:rsidR="00032CB0" w:rsidRDefault="00000000">
            <w:r>
              <w:rPr>
                <w:sz w:val="18"/>
              </w:rPr>
              <w:t>☐</w:t>
            </w:r>
          </w:p>
        </w:tc>
      </w:tr>
      <w:tr w:rsidR="00032CB0" w14:paraId="216AB9A4" w14:textId="77777777">
        <w:trPr>
          <w:jc w:val="center"/>
        </w:trPr>
        <w:tc>
          <w:tcPr>
            <w:tcW w:w="3456" w:type="dxa"/>
          </w:tcPr>
          <w:p w14:paraId="5D0CA640" w14:textId="77777777" w:rsidR="00032CB0" w:rsidRDefault="00032CB0"/>
        </w:tc>
        <w:tc>
          <w:tcPr>
            <w:tcW w:w="3456" w:type="dxa"/>
          </w:tcPr>
          <w:p w14:paraId="4952C575" w14:textId="77777777" w:rsidR="00032CB0" w:rsidRDefault="00032CB0"/>
        </w:tc>
        <w:tc>
          <w:tcPr>
            <w:tcW w:w="3456" w:type="dxa"/>
          </w:tcPr>
          <w:p w14:paraId="076DFC0A" w14:textId="77777777" w:rsidR="00032CB0" w:rsidRDefault="00000000">
            <w:r>
              <w:rPr>
                <w:sz w:val="18"/>
              </w:rPr>
              <w:t>☐</w:t>
            </w:r>
          </w:p>
        </w:tc>
      </w:tr>
      <w:tr w:rsidR="00032CB0" w14:paraId="09012EA0" w14:textId="77777777">
        <w:trPr>
          <w:jc w:val="center"/>
        </w:trPr>
        <w:tc>
          <w:tcPr>
            <w:tcW w:w="3456" w:type="dxa"/>
          </w:tcPr>
          <w:p w14:paraId="1660904A" w14:textId="77777777" w:rsidR="00032CB0" w:rsidRDefault="00032CB0"/>
        </w:tc>
        <w:tc>
          <w:tcPr>
            <w:tcW w:w="3456" w:type="dxa"/>
          </w:tcPr>
          <w:p w14:paraId="118C13D8" w14:textId="77777777" w:rsidR="00032CB0" w:rsidRDefault="00032CB0"/>
        </w:tc>
        <w:tc>
          <w:tcPr>
            <w:tcW w:w="3456" w:type="dxa"/>
          </w:tcPr>
          <w:p w14:paraId="45E1F858" w14:textId="77777777" w:rsidR="00032CB0" w:rsidRDefault="00000000">
            <w:r>
              <w:rPr>
                <w:sz w:val="18"/>
              </w:rPr>
              <w:t>☐</w:t>
            </w:r>
          </w:p>
        </w:tc>
      </w:tr>
      <w:tr w:rsidR="00032CB0" w14:paraId="65AB0DCA" w14:textId="77777777">
        <w:trPr>
          <w:jc w:val="center"/>
        </w:trPr>
        <w:tc>
          <w:tcPr>
            <w:tcW w:w="3456" w:type="dxa"/>
          </w:tcPr>
          <w:p w14:paraId="0D665DC2" w14:textId="77777777" w:rsidR="00032CB0" w:rsidRDefault="00032CB0"/>
        </w:tc>
        <w:tc>
          <w:tcPr>
            <w:tcW w:w="3456" w:type="dxa"/>
          </w:tcPr>
          <w:p w14:paraId="2B27A6B5" w14:textId="77777777" w:rsidR="00032CB0" w:rsidRDefault="00032CB0"/>
        </w:tc>
        <w:tc>
          <w:tcPr>
            <w:tcW w:w="3456" w:type="dxa"/>
          </w:tcPr>
          <w:p w14:paraId="2B332F51" w14:textId="77777777" w:rsidR="00032CB0" w:rsidRDefault="00000000">
            <w:r>
              <w:rPr>
                <w:sz w:val="18"/>
              </w:rPr>
              <w:t>☐</w:t>
            </w:r>
          </w:p>
        </w:tc>
      </w:tr>
      <w:tr w:rsidR="00032CB0" w14:paraId="244C2F0A" w14:textId="77777777">
        <w:trPr>
          <w:jc w:val="center"/>
        </w:trPr>
        <w:tc>
          <w:tcPr>
            <w:tcW w:w="3456" w:type="dxa"/>
          </w:tcPr>
          <w:p w14:paraId="6E3CF6A4" w14:textId="77777777" w:rsidR="00032CB0" w:rsidRDefault="00032CB0"/>
        </w:tc>
        <w:tc>
          <w:tcPr>
            <w:tcW w:w="3456" w:type="dxa"/>
          </w:tcPr>
          <w:p w14:paraId="33CEDFE0" w14:textId="77777777" w:rsidR="00032CB0" w:rsidRDefault="00032CB0"/>
        </w:tc>
        <w:tc>
          <w:tcPr>
            <w:tcW w:w="3456" w:type="dxa"/>
          </w:tcPr>
          <w:p w14:paraId="226F563D" w14:textId="77777777" w:rsidR="00032CB0" w:rsidRDefault="00000000">
            <w:r>
              <w:rPr>
                <w:sz w:val="18"/>
              </w:rPr>
              <w:t>☐</w:t>
            </w:r>
          </w:p>
        </w:tc>
      </w:tr>
      <w:tr w:rsidR="00032CB0" w14:paraId="7403BFDC" w14:textId="77777777">
        <w:trPr>
          <w:jc w:val="center"/>
        </w:trPr>
        <w:tc>
          <w:tcPr>
            <w:tcW w:w="3456" w:type="dxa"/>
          </w:tcPr>
          <w:p w14:paraId="19B5540C" w14:textId="77777777" w:rsidR="00032CB0" w:rsidRDefault="00032CB0"/>
        </w:tc>
        <w:tc>
          <w:tcPr>
            <w:tcW w:w="3456" w:type="dxa"/>
          </w:tcPr>
          <w:p w14:paraId="5C6619CA" w14:textId="77777777" w:rsidR="00032CB0" w:rsidRDefault="00032CB0"/>
        </w:tc>
        <w:tc>
          <w:tcPr>
            <w:tcW w:w="3456" w:type="dxa"/>
          </w:tcPr>
          <w:p w14:paraId="53F83485" w14:textId="77777777" w:rsidR="00032CB0" w:rsidRDefault="00000000">
            <w:r>
              <w:rPr>
                <w:sz w:val="18"/>
              </w:rPr>
              <w:t>☐</w:t>
            </w:r>
          </w:p>
        </w:tc>
      </w:tr>
      <w:tr w:rsidR="00032CB0" w14:paraId="681B9F4A" w14:textId="77777777">
        <w:trPr>
          <w:jc w:val="center"/>
        </w:trPr>
        <w:tc>
          <w:tcPr>
            <w:tcW w:w="3456" w:type="dxa"/>
          </w:tcPr>
          <w:p w14:paraId="4EE44A31" w14:textId="77777777" w:rsidR="00032CB0" w:rsidRDefault="00032CB0"/>
        </w:tc>
        <w:tc>
          <w:tcPr>
            <w:tcW w:w="3456" w:type="dxa"/>
          </w:tcPr>
          <w:p w14:paraId="26FF099A" w14:textId="77777777" w:rsidR="00032CB0" w:rsidRDefault="00032CB0"/>
        </w:tc>
        <w:tc>
          <w:tcPr>
            <w:tcW w:w="3456" w:type="dxa"/>
          </w:tcPr>
          <w:p w14:paraId="21201D95" w14:textId="77777777" w:rsidR="00032CB0" w:rsidRDefault="00000000">
            <w:r>
              <w:rPr>
                <w:sz w:val="18"/>
              </w:rPr>
              <w:t>☐</w:t>
            </w:r>
          </w:p>
        </w:tc>
      </w:tr>
      <w:tr w:rsidR="00032CB0" w14:paraId="32089E91" w14:textId="77777777">
        <w:trPr>
          <w:jc w:val="center"/>
        </w:trPr>
        <w:tc>
          <w:tcPr>
            <w:tcW w:w="3456" w:type="dxa"/>
          </w:tcPr>
          <w:p w14:paraId="06BAC2A3" w14:textId="77777777" w:rsidR="00032CB0" w:rsidRDefault="00032CB0"/>
        </w:tc>
        <w:tc>
          <w:tcPr>
            <w:tcW w:w="3456" w:type="dxa"/>
          </w:tcPr>
          <w:p w14:paraId="45C99825" w14:textId="77777777" w:rsidR="00032CB0" w:rsidRDefault="00032CB0"/>
        </w:tc>
        <w:tc>
          <w:tcPr>
            <w:tcW w:w="3456" w:type="dxa"/>
          </w:tcPr>
          <w:p w14:paraId="61DE8E5E" w14:textId="77777777" w:rsidR="00032CB0" w:rsidRDefault="00000000">
            <w:r>
              <w:rPr>
                <w:sz w:val="18"/>
              </w:rPr>
              <w:t>☐</w:t>
            </w:r>
          </w:p>
        </w:tc>
      </w:tr>
      <w:tr w:rsidR="00032CB0" w14:paraId="5B666E47" w14:textId="77777777">
        <w:trPr>
          <w:jc w:val="center"/>
        </w:trPr>
        <w:tc>
          <w:tcPr>
            <w:tcW w:w="3456" w:type="dxa"/>
          </w:tcPr>
          <w:p w14:paraId="0FB7E22B" w14:textId="77777777" w:rsidR="00032CB0" w:rsidRDefault="00032CB0"/>
        </w:tc>
        <w:tc>
          <w:tcPr>
            <w:tcW w:w="3456" w:type="dxa"/>
          </w:tcPr>
          <w:p w14:paraId="1C6C35A9" w14:textId="77777777" w:rsidR="00032CB0" w:rsidRDefault="00032CB0"/>
        </w:tc>
        <w:tc>
          <w:tcPr>
            <w:tcW w:w="3456" w:type="dxa"/>
          </w:tcPr>
          <w:p w14:paraId="7E53440C" w14:textId="77777777" w:rsidR="00032CB0" w:rsidRDefault="00000000">
            <w:r>
              <w:rPr>
                <w:sz w:val="18"/>
              </w:rPr>
              <w:t>☐</w:t>
            </w:r>
          </w:p>
        </w:tc>
      </w:tr>
      <w:tr w:rsidR="00032CB0" w14:paraId="08BC3E6F" w14:textId="77777777">
        <w:trPr>
          <w:jc w:val="center"/>
        </w:trPr>
        <w:tc>
          <w:tcPr>
            <w:tcW w:w="3456" w:type="dxa"/>
          </w:tcPr>
          <w:p w14:paraId="03A1859E" w14:textId="77777777" w:rsidR="00032CB0" w:rsidRDefault="00032CB0"/>
        </w:tc>
        <w:tc>
          <w:tcPr>
            <w:tcW w:w="3456" w:type="dxa"/>
          </w:tcPr>
          <w:p w14:paraId="668FC07C" w14:textId="77777777" w:rsidR="00032CB0" w:rsidRDefault="00032CB0"/>
        </w:tc>
        <w:tc>
          <w:tcPr>
            <w:tcW w:w="3456" w:type="dxa"/>
          </w:tcPr>
          <w:p w14:paraId="33D836D4" w14:textId="77777777" w:rsidR="00032CB0" w:rsidRDefault="00000000">
            <w:r>
              <w:rPr>
                <w:sz w:val="18"/>
              </w:rPr>
              <w:t>☐</w:t>
            </w:r>
          </w:p>
        </w:tc>
      </w:tr>
      <w:tr w:rsidR="00032CB0" w14:paraId="1A8FC53E" w14:textId="77777777">
        <w:trPr>
          <w:jc w:val="center"/>
        </w:trPr>
        <w:tc>
          <w:tcPr>
            <w:tcW w:w="3456" w:type="dxa"/>
          </w:tcPr>
          <w:p w14:paraId="38B3CC84" w14:textId="77777777" w:rsidR="00032CB0" w:rsidRDefault="00032CB0"/>
        </w:tc>
        <w:tc>
          <w:tcPr>
            <w:tcW w:w="3456" w:type="dxa"/>
          </w:tcPr>
          <w:p w14:paraId="64B9B386" w14:textId="77777777" w:rsidR="00032CB0" w:rsidRDefault="00032CB0"/>
        </w:tc>
        <w:tc>
          <w:tcPr>
            <w:tcW w:w="3456" w:type="dxa"/>
          </w:tcPr>
          <w:p w14:paraId="43291823" w14:textId="77777777" w:rsidR="00032CB0" w:rsidRDefault="00000000">
            <w:r>
              <w:rPr>
                <w:sz w:val="18"/>
              </w:rPr>
              <w:t>☐</w:t>
            </w:r>
          </w:p>
        </w:tc>
      </w:tr>
      <w:tr w:rsidR="00032CB0" w14:paraId="6C87ABE8" w14:textId="77777777">
        <w:trPr>
          <w:jc w:val="center"/>
        </w:trPr>
        <w:tc>
          <w:tcPr>
            <w:tcW w:w="3456" w:type="dxa"/>
          </w:tcPr>
          <w:p w14:paraId="188E9CCA" w14:textId="77777777" w:rsidR="00032CB0" w:rsidRDefault="00032CB0"/>
        </w:tc>
        <w:tc>
          <w:tcPr>
            <w:tcW w:w="3456" w:type="dxa"/>
          </w:tcPr>
          <w:p w14:paraId="3221ACE1" w14:textId="77777777" w:rsidR="00032CB0" w:rsidRDefault="00032CB0"/>
        </w:tc>
        <w:tc>
          <w:tcPr>
            <w:tcW w:w="3456" w:type="dxa"/>
          </w:tcPr>
          <w:p w14:paraId="50F1EFC1" w14:textId="77777777" w:rsidR="00032CB0" w:rsidRDefault="00000000">
            <w:r>
              <w:rPr>
                <w:sz w:val="18"/>
              </w:rPr>
              <w:t>☐</w:t>
            </w:r>
          </w:p>
        </w:tc>
      </w:tr>
      <w:tr w:rsidR="00032CB0" w14:paraId="3D4D9C26" w14:textId="77777777">
        <w:trPr>
          <w:jc w:val="center"/>
        </w:trPr>
        <w:tc>
          <w:tcPr>
            <w:tcW w:w="3456" w:type="dxa"/>
          </w:tcPr>
          <w:p w14:paraId="2BDAD998" w14:textId="77777777" w:rsidR="00032CB0" w:rsidRDefault="00032CB0"/>
        </w:tc>
        <w:tc>
          <w:tcPr>
            <w:tcW w:w="3456" w:type="dxa"/>
          </w:tcPr>
          <w:p w14:paraId="05DA6EDE" w14:textId="77777777" w:rsidR="00032CB0" w:rsidRDefault="00032CB0"/>
        </w:tc>
        <w:tc>
          <w:tcPr>
            <w:tcW w:w="3456" w:type="dxa"/>
          </w:tcPr>
          <w:p w14:paraId="27DBFB8A" w14:textId="77777777" w:rsidR="00032CB0" w:rsidRDefault="00000000">
            <w:r>
              <w:rPr>
                <w:sz w:val="18"/>
              </w:rPr>
              <w:t>☐</w:t>
            </w:r>
          </w:p>
        </w:tc>
      </w:tr>
      <w:tr w:rsidR="00032CB0" w14:paraId="6017B0E2" w14:textId="77777777">
        <w:trPr>
          <w:jc w:val="center"/>
        </w:trPr>
        <w:tc>
          <w:tcPr>
            <w:tcW w:w="3456" w:type="dxa"/>
          </w:tcPr>
          <w:p w14:paraId="656C2E6D" w14:textId="77777777" w:rsidR="00032CB0" w:rsidRDefault="00032CB0"/>
        </w:tc>
        <w:tc>
          <w:tcPr>
            <w:tcW w:w="3456" w:type="dxa"/>
          </w:tcPr>
          <w:p w14:paraId="023DF686" w14:textId="77777777" w:rsidR="00032CB0" w:rsidRDefault="00032CB0"/>
        </w:tc>
        <w:tc>
          <w:tcPr>
            <w:tcW w:w="3456" w:type="dxa"/>
          </w:tcPr>
          <w:p w14:paraId="1E272DE0" w14:textId="77777777" w:rsidR="00032CB0" w:rsidRDefault="00000000">
            <w:r>
              <w:rPr>
                <w:sz w:val="18"/>
              </w:rPr>
              <w:t>☐</w:t>
            </w:r>
          </w:p>
        </w:tc>
      </w:tr>
      <w:tr w:rsidR="00032CB0" w14:paraId="3478C1A6" w14:textId="77777777">
        <w:trPr>
          <w:jc w:val="center"/>
        </w:trPr>
        <w:tc>
          <w:tcPr>
            <w:tcW w:w="3456" w:type="dxa"/>
          </w:tcPr>
          <w:p w14:paraId="07E9BC06" w14:textId="77777777" w:rsidR="00032CB0" w:rsidRDefault="00032CB0"/>
        </w:tc>
        <w:tc>
          <w:tcPr>
            <w:tcW w:w="3456" w:type="dxa"/>
          </w:tcPr>
          <w:p w14:paraId="2CDEF791" w14:textId="77777777" w:rsidR="00032CB0" w:rsidRDefault="00032CB0"/>
        </w:tc>
        <w:tc>
          <w:tcPr>
            <w:tcW w:w="3456" w:type="dxa"/>
          </w:tcPr>
          <w:p w14:paraId="00CC30CC" w14:textId="77777777" w:rsidR="00032CB0" w:rsidRDefault="00000000">
            <w:r>
              <w:rPr>
                <w:sz w:val="18"/>
              </w:rPr>
              <w:t>☐</w:t>
            </w:r>
          </w:p>
        </w:tc>
      </w:tr>
    </w:tbl>
    <w:p w14:paraId="17A9D859" w14:textId="77777777" w:rsidR="00032CB0" w:rsidRDefault="00032CB0"/>
    <w:p w14:paraId="69DD818B" w14:textId="77777777" w:rsidR="00032CB0" w:rsidRDefault="00000000">
      <w:pPr>
        <w:pStyle w:val="Heading2"/>
      </w:pPr>
      <w:r>
        <w:t>Reflection</w:t>
      </w:r>
    </w:p>
    <w:p w14:paraId="71BFA452" w14:textId="77777777" w:rsidR="00032CB0" w:rsidRDefault="00000000">
      <w:r>
        <w:rPr>
          <w:b/>
        </w:rPr>
        <w:t>Are these skills searchable and meaningful?</w:t>
      </w:r>
    </w:p>
    <w:p w14:paraId="600FD8D2" w14:textId="77777777" w:rsidR="00032CB0" w:rsidRDefault="00000000">
      <w:pPr>
        <w:spacing w:after="40"/>
      </w:pPr>
      <w:r>
        <w:t>____________________________________________________________________________________________</w:t>
      </w:r>
    </w:p>
    <w:p w14:paraId="5AFDD404" w14:textId="77777777" w:rsidR="00032CB0" w:rsidRDefault="00000000">
      <w:pPr>
        <w:spacing w:after="40"/>
      </w:pPr>
      <w:r>
        <w:t>____________________________________________________________________________________________</w:t>
      </w:r>
    </w:p>
    <w:p w14:paraId="56BB9497" w14:textId="77777777" w:rsidR="00032CB0" w:rsidRDefault="00000000">
      <w:r>
        <w:rPr>
          <w:b/>
        </w:rPr>
        <w:t>Are any too generic?</w:t>
      </w:r>
    </w:p>
    <w:p w14:paraId="75403759" w14:textId="77777777" w:rsidR="00032CB0" w:rsidRDefault="00000000">
      <w:pPr>
        <w:spacing w:after="40"/>
      </w:pPr>
      <w:r>
        <w:lastRenderedPageBreak/>
        <w:t>____________________________________________________________________________________________</w:t>
      </w:r>
    </w:p>
    <w:p w14:paraId="3B985103" w14:textId="77777777" w:rsidR="00032CB0" w:rsidRDefault="00000000">
      <w:pPr>
        <w:spacing w:after="40"/>
      </w:pPr>
      <w:r>
        <w:t>____________________________________________________________________________________________</w:t>
      </w:r>
    </w:p>
    <w:p w14:paraId="5D68A758" w14:textId="77777777" w:rsidR="00032CB0" w:rsidRDefault="00000000">
      <w:r>
        <w:rPr>
          <w:b/>
        </w:rPr>
        <w:t>Do they support your direction?</w:t>
      </w:r>
    </w:p>
    <w:p w14:paraId="12E8D135" w14:textId="77777777" w:rsidR="00032CB0" w:rsidRDefault="00000000">
      <w:pPr>
        <w:spacing w:after="40"/>
      </w:pPr>
      <w:r>
        <w:t>____________________________________________________________________________________________</w:t>
      </w:r>
    </w:p>
    <w:p w14:paraId="08AEA9DC" w14:textId="77777777" w:rsidR="00032CB0" w:rsidRDefault="00000000">
      <w:pPr>
        <w:spacing w:after="40"/>
      </w:pPr>
      <w:r>
        <w:t>____________________________________________________________________________________________</w:t>
      </w:r>
    </w:p>
    <w:p w14:paraId="2FB71AF7" w14:textId="77777777" w:rsidR="00032CB0" w:rsidRDefault="00000000">
      <w:pPr>
        <w:pStyle w:val="Heading2"/>
      </w:pPr>
      <w:r>
        <w:t>Notes and ideas to carry forward</w:t>
      </w:r>
    </w:p>
    <w:p w14:paraId="1E92387E" w14:textId="77777777" w:rsidR="00032CB0" w:rsidRDefault="00000000">
      <w:pPr>
        <w:spacing w:after="40"/>
      </w:pPr>
      <w:r>
        <w:t>____________________________________________________________________________________________</w:t>
      </w:r>
    </w:p>
    <w:p w14:paraId="6A8E0D8A" w14:textId="77777777" w:rsidR="00032CB0" w:rsidRDefault="00000000">
      <w:pPr>
        <w:spacing w:after="40"/>
      </w:pPr>
      <w:r>
        <w:t>____________________________________________________________________________________________</w:t>
      </w:r>
    </w:p>
    <w:p w14:paraId="66AA6A2E" w14:textId="77777777" w:rsidR="00032CB0" w:rsidRDefault="00000000">
      <w:pPr>
        <w:spacing w:after="40"/>
      </w:pPr>
      <w:r>
        <w:t>____________________________________________________________________________________________</w:t>
      </w:r>
    </w:p>
    <w:p w14:paraId="32B85B00" w14:textId="77777777" w:rsidR="00032CB0" w:rsidRDefault="00000000">
      <w:pPr>
        <w:spacing w:after="40"/>
      </w:pPr>
      <w:r>
        <w:t>____________________________________________________________________________________________</w:t>
      </w:r>
    </w:p>
    <w:p w14:paraId="6587E53E" w14:textId="77777777" w:rsidR="00032CB0" w:rsidRDefault="00000000">
      <w:r>
        <w:br w:type="page"/>
      </w:r>
    </w:p>
    <w:p w14:paraId="297257FD" w14:textId="77777777" w:rsidR="00032CB0" w:rsidRDefault="00000000">
      <w:pPr>
        <w:pStyle w:val="Heading1"/>
      </w:pPr>
      <w:r>
        <w:lastRenderedPageBreak/>
        <w:t>Chapter 13 Workbook | How to build strong career entries</w:t>
      </w:r>
    </w:p>
    <w:tbl>
      <w:tblPr>
        <w:tblW w:w="0" w:type="auto"/>
        <w:jc w:val="center"/>
        <w:tblLook w:val="04A0" w:firstRow="1" w:lastRow="0" w:firstColumn="1" w:lastColumn="0" w:noHBand="0" w:noVBand="1"/>
      </w:tblPr>
      <w:tblGrid>
        <w:gridCol w:w="10368"/>
      </w:tblGrid>
      <w:tr w:rsidR="00032CB0" w14:paraId="5EA2B611" w14:textId="77777777">
        <w:trPr>
          <w:jc w:val="center"/>
        </w:trPr>
        <w:tc>
          <w:tcPr>
            <w:tcW w:w="10368" w:type="dxa"/>
            <w:shd w:val="clear" w:color="auto" w:fill="F4F9FC"/>
          </w:tcPr>
          <w:p w14:paraId="22A63DEF" w14:textId="77777777" w:rsidR="00032CB0" w:rsidRDefault="00000000">
            <w:r>
              <w:rPr>
                <w:b/>
                <w:color w:val="0A1744"/>
              </w:rPr>
              <w:t>Chapter focus</w:t>
            </w:r>
            <w:r>
              <w:rPr>
                <w:sz w:val="20"/>
              </w:rPr>
              <w:br/>
              <w:t>Plan each role as context plus impact.</w:t>
            </w:r>
          </w:p>
        </w:tc>
      </w:tr>
    </w:tbl>
    <w:p w14:paraId="232F8584" w14:textId="77777777" w:rsidR="00032CB0" w:rsidRDefault="00032CB0"/>
    <w:p w14:paraId="7121DC89" w14:textId="77777777" w:rsidR="00032CB0" w:rsidRDefault="00000000">
      <w:pPr>
        <w:pStyle w:val="Heading2"/>
      </w:pPr>
      <w:r>
        <w:t>Hints &amp; tips before you start</w:t>
      </w:r>
    </w:p>
    <w:p w14:paraId="3B166DD4" w14:textId="77777777" w:rsidR="00032CB0" w:rsidRDefault="00000000">
      <w:pPr>
        <w:pStyle w:val="ListBullet"/>
      </w:pPr>
      <w:r>
        <w:t>Use rough notes first. You can polish the wording later.</w:t>
      </w:r>
    </w:p>
    <w:p w14:paraId="668033CE" w14:textId="77777777" w:rsidR="00032CB0" w:rsidRDefault="00000000">
      <w:pPr>
        <w:pStyle w:val="ListBullet"/>
      </w:pPr>
      <w:r>
        <w:t>Keep your target role in mind so your answers stay relevant.</w:t>
      </w:r>
    </w:p>
    <w:p w14:paraId="5F506536" w14:textId="77777777" w:rsidR="00032CB0" w:rsidRDefault="00000000">
      <w:pPr>
        <w:pStyle w:val="ListBullet"/>
      </w:pPr>
      <w:r>
        <w:t>Do not dismiss something because it feels ordinary to you; ordinary to you may be valuable to an employer.</w:t>
      </w:r>
    </w:p>
    <w:p w14:paraId="2A47C0BB" w14:textId="77777777" w:rsidR="00032CB0" w:rsidRDefault="00000000">
      <w:pPr>
        <w:pStyle w:val="Heading2"/>
      </w:pPr>
      <w:r>
        <w:t>Workbook exercises</w:t>
      </w:r>
    </w:p>
    <w:p w14:paraId="1DB97FEE" w14:textId="77777777" w:rsidR="00032CB0" w:rsidRDefault="00000000">
      <w:pPr>
        <w:pStyle w:val="ListNumber"/>
      </w:pPr>
      <w:r>
        <w:t>List the roles that need full detail.</w:t>
      </w:r>
    </w:p>
    <w:p w14:paraId="706D9790" w14:textId="77777777" w:rsidR="00032CB0" w:rsidRDefault="00000000">
      <w:pPr>
        <w:spacing w:after="40"/>
      </w:pPr>
      <w:r>
        <w:t>____________________________________________________________________________________________</w:t>
      </w:r>
    </w:p>
    <w:p w14:paraId="375C61CE" w14:textId="77777777" w:rsidR="00032CB0" w:rsidRDefault="00000000">
      <w:pPr>
        <w:spacing w:after="40"/>
      </w:pPr>
      <w:r>
        <w:t>____________________________________________________________________________________________</w:t>
      </w:r>
    </w:p>
    <w:p w14:paraId="6E20E44A" w14:textId="77777777" w:rsidR="00032CB0" w:rsidRDefault="00000000">
      <w:pPr>
        <w:pStyle w:val="ListNumber"/>
      </w:pPr>
      <w:r>
        <w:t>List the roles that can be shortened.</w:t>
      </w:r>
    </w:p>
    <w:p w14:paraId="7EE2DD85" w14:textId="77777777" w:rsidR="00032CB0" w:rsidRDefault="00000000">
      <w:pPr>
        <w:spacing w:after="40"/>
      </w:pPr>
      <w:r>
        <w:t>____________________________________________________________________________________________</w:t>
      </w:r>
    </w:p>
    <w:p w14:paraId="60593438" w14:textId="77777777" w:rsidR="00032CB0" w:rsidRDefault="00000000">
      <w:pPr>
        <w:spacing w:after="40"/>
      </w:pPr>
      <w:r>
        <w:t>____________________________________________________________________________________________</w:t>
      </w:r>
    </w:p>
    <w:p w14:paraId="593540C1" w14:textId="77777777" w:rsidR="00032CB0" w:rsidRDefault="00000000">
      <w:pPr>
        <w:pStyle w:val="ListNumber"/>
      </w:pPr>
      <w:r>
        <w:t>Decide how many bullets each role deserves.</w:t>
      </w:r>
    </w:p>
    <w:p w14:paraId="6B0201FB" w14:textId="77777777" w:rsidR="00032CB0" w:rsidRDefault="00000000">
      <w:pPr>
        <w:spacing w:after="40"/>
      </w:pPr>
      <w:r>
        <w:t>____________________________________________________________________________________________</w:t>
      </w:r>
    </w:p>
    <w:p w14:paraId="4712DA2B" w14:textId="77777777" w:rsidR="00032CB0" w:rsidRDefault="00000000">
      <w:pPr>
        <w:spacing w:after="40"/>
      </w:pPr>
      <w:r>
        <w:t>____________________________________________________________________________________________</w:t>
      </w:r>
    </w:p>
    <w:p w14:paraId="39487153" w14:textId="77777777" w:rsidR="00032CB0" w:rsidRDefault="00000000">
      <w:pPr>
        <w:pStyle w:val="Heading2"/>
      </w:pPr>
      <w:r>
        <w:t>Reflection</w:t>
      </w:r>
    </w:p>
    <w:p w14:paraId="2B303E7E" w14:textId="77777777" w:rsidR="00032CB0" w:rsidRDefault="00000000">
      <w:r>
        <w:rPr>
          <w:b/>
        </w:rPr>
        <w:t>Are you giving equal space to unequal relevance?</w:t>
      </w:r>
    </w:p>
    <w:p w14:paraId="74DA2A3B" w14:textId="77777777" w:rsidR="00032CB0" w:rsidRDefault="00000000">
      <w:pPr>
        <w:spacing w:after="40"/>
      </w:pPr>
      <w:r>
        <w:t>____________________________________________________________________________________________</w:t>
      </w:r>
    </w:p>
    <w:p w14:paraId="70931E0E" w14:textId="77777777" w:rsidR="00032CB0" w:rsidRDefault="00000000">
      <w:pPr>
        <w:spacing w:after="40"/>
      </w:pPr>
      <w:r>
        <w:t>____________________________________________________________________________________________</w:t>
      </w:r>
    </w:p>
    <w:p w14:paraId="56F4EC68" w14:textId="77777777" w:rsidR="00032CB0" w:rsidRDefault="00000000">
      <w:r>
        <w:rPr>
          <w:b/>
        </w:rPr>
        <w:t>Which roles carry the most weight?</w:t>
      </w:r>
    </w:p>
    <w:p w14:paraId="0D1E2C39" w14:textId="77777777" w:rsidR="00032CB0" w:rsidRDefault="00000000">
      <w:pPr>
        <w:spacing w:after="40"/>
      </w:pPr>
      <w:r>
        <w:t>____________________________________________________________________________________________</w:t>
      </w:r>
    </w:p>
    <w:p w14:paraId="59934366" w14:textId="77777777" w:rsidR="00032CB0" w:rsidRDefault="00000000">
      <w:pPr>
        <w:spacing w:after="40"/>
      </w:pPr>
      <w:r>
        <w:t>____________________________________________________________________________________________</w:t>
      </w:r>
    </w:p>
    <w:p w14:paraId="018D7ED8" w14:textId="77777777" w:rsidR="00032CB0" w:rsidRDefault="00000000">
      <w:r>
        <w:rPr>
          <w:b/>
        </w:rPr>
        <w:t>Does each role build the case for your next step?</w:t>
      </w:r>
    </w:p>
    <w:p w14:paraId="2C47CF54" w14:textId="77777777" w:rsidR="00032CB0" w:rsidRDefault="00000000">
      <w:pPr>
        <w:spacing w:after="40"/>
      </w:pPr>
      <w:r>
        <w:t>____________________________________________________________________________________________</w:t>
      </w:r>
    </w:p>
    <w:p w14:paraId="59E99F75" w14:textId="77777777" w:rsidR="00032CB0" w:rsidRDefault="00000000">
      <w:pPr>
        <w:spacing w:after="40"/>
      </w:pPr>
      <w:r>
        <w:t>____________________________________________________________________________________________</w:t>
      </w:r>
    </w:p>
    <w:p w14:paraId="72973DF4" w14:textId="77777777" w:rsidR="00032CB0" w:rsidRDefault="00000000">
      <w:pPr>
        <w:pStyle w:val="Heading2"/>
      </w:pPr>
      <w:r>
        <w:t>Notes and ideas to carry forward</w:t>
      </w:r>
    </w:p>
    <w:p w14:paraId="2F30B81F" w14:textId="77777777" w:rsidR="00032CB0" w:rsidRDefault="00000000">
      <w:pPr>
        <w:spacing w:after="40"/>
      </w:pPr>
      <w:r>
        <w:t>____________________________________________________________________________________________</w:t>
      </w:r>
    </w:p>
    <w:p w14:paraId="7B14481D" w14:textId="77777777" w:rsidR="00032CB0" w:rsidRDefault="00000000">
      <w:pPr>
        <w:spacing w:after="40"/>
      </w:pPr>
      <w:r>
        <w:t>____________________________________________________________________________________________</w:t>
      </w:r>
    </w:p>
    <w:p w14:paraId="541F6BFB" w14:textId="77777777" w:rsidR="00032CB0" w:rsidRDefault="00000000">
      <w:pPr>
        <w:spacing w:after="40"/>
      </w:pPr>
      <w:r>
        <w:t>____________________________________________________________________________________________</w:t>
      </w:r>
    </w:p>
    <w:p w14:paraId="547E684E" w14:textId="77777777" w:rsidR="00032CB0" w:rsidRDefault="00000000">
      <w:pPr>
        <w:spacing w:after="40"/>
      </w:pPr>
      <w:r>
        <w:t>____________________________________________________________________________________________</w:t>
      </w:r>
    </w:p>
    <w:p w14:paraId="1074564D" w14:textId="77777777" w:rsidR="00032CB0" w:rsidRDefault="00000000">
      <w:r>
        <w:br w:type="page"/>
      </w:r>
    </w:p>
    <w:p w14:paraId="5A1F72E8" w14:textId="77777777" w:rsidR="00032CB0" w:rsidRDefault="00000000">
      <w:pPr>
        <w:pStyle w:val="Heading1"/>
      </w:pPr>
      <w:r>
        <w:lastRenderedPageBreak/>
        <w:t>Chapter 14 Workbook | How to write the entry paragraph for each role</w:t>
      </w:r>
    </w:p>
    <w:tbl>
      <w:tblPr>
        <w:tblW w:w="0" w:type="auto"/>
        <w:jc w:val="center"/>
        <w:tblLook w:val="04A0" w:firstRow="1" w:lastRow="0" w:firstColumn="1" w:lastColumn="0" w:noHBand="0" w:noVBand="1"/>
      </w:tblPr>
      <w:tblGrid>
        <w:gridCol w:w="10368"/>
      </w:tblGrid>
      <w:tr w:rsidR="00032CB0" w14:paraId="152239A2" w14:textId="77777777">
        <w:trPr>
          <w:jc w:val="center"/>
        </w:trPr>
        <w:tc>
          <w:tcPr>
            <w:tcW w:w="10368" w:type="dxa"/>
            <w:shd w:val="clear" w:color="auto" w:fill="F4F9FC"/>
          </w:tcPr>
          <w:p w14:paraId="03880B32" w14:textId="77777777" w:rsidR="00032CB0" w:rsidRDefault="00000000">
            <w:r>
              <w:rPr>
                <w:b/>
                <w:color w:val="0A1744"/>
              </w:rPr>
              <w:t>Chapter focus</w:t>
            </w:r>
            <w:r>
              <w:rPr>
                <w:sz w:val="20"/>
              </w:rPr>
              <w:br/>
              <w:t>Write role entry paragraphs that explain scope, context and accountability.</w:t>
            </w:r>
          </w:p>
        </w:tc>
      </w:tr>
    </w:tbl>
    <w:p w14:paraId="5D09C5BB" w14:textId="77777777" w:rsidR="00032CB0" w:rsidRDefault="00032CB0"/>
    <w:p w14:paraId="5AF37485" w14:textId="77777777" w:rsidR="00032CB0" w:rsidRDefault="00000000">
      <w:pPr>
        <w:pStyle w:val="Heading2"/>
      </w:pPr>
      <w:r>
        <w:t>Hints &amp; tips before you start</w:t>
      </w:r>
    </w:p>
    <w:p w14:paraId="48C9E723" w14:textId="77777777" w:rsidR="00032CB0" w:rsidRDefault="00000000">
      <w:pPr>
        <w:pStyle w:val="ListBullet"/>
      </w:pPr>
      <w:r>
        <w:t>Use rough notes first. You can polish the wording later.</w:t>
      </w:r>
    </w:p>
    <w:p w14:paraId="04B4F4DF" w14:textId="77777777" w:rsidR="00032CB0" w:rsidRDefault="00000000">
      <w:pPr>
        <w:pStyle w:val="ListBullet"/>
      </w:pPr>
      <w:r>
        <w:t>Keep your target role in mind so your answers stay relevant.</w:t>
      </w:r>
    </w:p>
    <w:p w14:paraId="2D22C99B" w14:textId="77777777" w:rsidR="00032CB0" w:rsidRDefault="00000000">
      <w:pPr>
        <w:pStyle w:val="ListBullet"/>
      </w:pPr>
      <w:r>
        <w:t>Do not dismiss something because it feels ordinary to you; ordinary to you may be valuable to an employer.</w:t>
      </w:r>
    </w:p>
    <w:p w14:paraId="2A9D1ACC" w14:textId="77777777" w:rsidR="00032CB0" w:rsidRDefault="00000000">
      <w:pPr>
        <w:pStyle w:val="Heading2"/>
      </w:pPr>
      <w:r>
        <w:t>Workbook exercises</w:t>
      </w:r>
    </w:p>
    <w:p w14:paraId="6819D5A1" w14:textId="77777777" w:rsidR="00032CB0" w:rsidRDefault="00000000">
      <w:pPr>
        <w:pStyle w:val="ListNumber"/>
      </w:pPr>
      <w:r>
        <w:t>Complete the entry paragraph builder for each main role.</w:t>
      </w:r>
    </w:p>
    <w:p w14:paraId="4225734E" w14:textId="77777777" w:rsidR="00032CB0" w:rsidRDefault="00000000">
      <w:pPr>
        <w:spacing w:after="40"/>
      </w:pPr>
      <w:r>
        <w:t>____________________________________________________________________________________________</w:t>
      </w:r>
    </w:p>
    <w:p w14:paraId="31C54DCE" w14:textId="77777777" w:rsidR="00032CB0" w:rsidRDefault="00000000">
      <w:pPr>
        <w:spacing w:after="40"/>
      </w:pPr>
      <w:r>
        <w:t>____________________________________________________________________________________________</w:t>
      </w:r>
    </w:p>
    <w:p w14:paraId="7946A2D6" w14:textId="77777777" w:rsidR="00032CB0" w:rsidRDefault="00000000">
      <w:pPr>
        <w:pStyle w:val="ListNumber"/>
      </w:pPr>
      <w:r>
        <w:t>Include oversight, team, budget, reporting line or environment where relevant.</w:t>
      </w:r>
    </w:p>
    <w:p w14:paraId="25E1E521" w14:textId="77777777" w:rsidR="00032CB0" w:rsidRDefault="00000000">
      <w:pPr>
        <w:spacing w:after="40"/>
      </w:pPr>
      <w:r>
        <w:t>____________________________________________________________________________________________</w:t>
      </w:r>
    </w:p>
    <w:p w14:paraId="661FE05A" w14:textId="77777777" w:rsidR="00032CB0" w:rsidRDefault="00000000">
      <w:pPr>
        <w:spacing w:after="40"/>
      </w:pPr>
      <w:r>
        <w:t>____________________________________________________________________________________________</w:t>
      </w:r>
    </w:p>
    <w:p w14:paraId="6FEED3D4" w14:textId="77777777" w:rsidR="00032CB0" w:rsidRDefault="00000000">
      <w:pPr>
        <w:pStyle w:val="ListNumber"/>
      </w:pPr>
      <w:r>
        <w:t>Keep each paragraph focused and recruiter-readable.</w:t>
      </w:r>
    </w:p>
    <w:p w14:paraId="384164E0" w14:textId="77777777" w:rsidR="00032CB0" w:rsidRDefault="00000000">
      <w:pPr>
        <w:spacing w:after="40"/>
      </w:pPr>
      <w:r>
        <w:t>____________________________________________________________________________________________</w:t>
      </w:r>
    </w:p>
    <w:p w14:paraId="3FC7BEC4"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5184"/>
        <w:gridCol w:w="5184"/>
      </w:tblGrid>
      <w:tr w:rsidR="00032CB0" w14:paraId="3D020E88" w14:textId="77777777">
        <w:trPr>
          <w:jc w:val="center"/>
        </w:trPr>
        <w:tc>
          <w:tcPr>
            <w:tcW w:w="5184" w:type="dxa"/>
            <w:shd w:val="clear" w:color="auto" w:fill="0A1744"/>
            <w:vAlign w:val="center"/>
          </w:tcPr>
          <w:p w14:paraId="6CEE336D" w14:textId="77777777" w:rsidR="00032CB0" w:rsidRDefault="00000000">
            <w:r>
              <w:rPr>
                <w:b/>
                <w:color w:val="FFFFFF"/>
                <w:sz w:val="18"/>
              </w:rPr>
              <w:t>Entry paragraph ingredient</w:t>
            </w:r>
          </w:p>
        </w:tc>
        <w:tc>
          <w:tcPr>
            <w:tcW w:w="5184" w:type="dxa"/>
            <w:shd w:val="clear" w:color="auto" w:fill="0A1744"/>
            <w:vAlign w:val="center"/>
          </w:tcPr>
          <w:p w14:paraId="0937CEB8" w14:textId="77777777" w:rsidR="00032CB0" w:rsidRDefault="00000000">
            <w:r>
              <w:rPr>
                <w:b/>
                <w:color w:val="FFFFFF"/>
                <w:sz w:val="18"/>
              </w:rPr>
              <w:t>Your detail</w:t>
            </w:r>
          </w:p>
        </w:tc>
      </w:tr>
      <w:tr w:rsidR="00032CB0" w14:paraId="7E1433E4" w14:textId="77777777">
        <w:trPr>
          <w:jc w:val="center"/>
        </w:trPr>
        <w:tc>
          <w:tcPr>
            <w:tcW w:w="5184" w:type="dxa"/>
          </w:tcPr>
          <w:p w14:paraId="12F45F43" w14:textId="77777777" w:rsidR="00032CB0" w:rsidRDefault="00000000">
            <w:r>
              <w:rPr>
                <w:sz w:val="18"/>
              </w:rPr>
              <w:t>Organisation context</w:t>
            </w:r>
          </w:p>
        </w:tc>
        <w:tc>
          <w:tcPr>
            <w:tcW w:w="5184" w:type="dxa"/>
          </w:tcPr>
          <w:p w14:paraId="43F73760" w14:textId="77777777" w:rsidR="00032CB0" w:rsidRDefault="00032CB0"/>
        </w:tc>
      </w:tr>
      <w:tr w:rsidR="00032CB0" w14:paraId="6FBD2FB4" w14:textId="77777777">
        <w:trPr>
          <w:jc w:val="center"/>
        </w:trPr>
        <w:tc>
          <w:tcPr>
            <w:tcW w:w="5184" w:type="dxa"/>
          </w:tcPr>
          <w:p w14:paraId="68179FBF" w14:textId="77777777" w:rsidR="00032CB0" w:rsidRDefault="00000000">
            <w:r>
              <w:rPr>
                <w:sz w:val="18"/>
              </w:rPr>
              <w:t>Purpose of role</w:t>
            </w:r>
          </w:p>
        </w:tc>
        <w:tc>
          <w:tcPr>
            <w:tcW w:w="5184" w:type="dxa"/>
          </w:tcPr>
          <w:p w14:paraId="6D584E35" w14:textId="77777777" w:rsidR="00032CB0" w:rsidRDefault="00032CB0"/>
        </w:tc>
      </w:tr>
      <w:tr w:rsidR="00032CB0" w14:paraId="0D326C44" w14:textId="77777777">
        <w:trPr>
          <w:jc w:val="center"/>
        </w:trPr>
        <w:tc>
          <w:tcPr>
            <w:tcW w:w="5184" w:type="dxa"/>
          </w:tcPr>
          <w:p w14:paraId="47DBEE52" w14:textId="77777777" w:rsidR="00032CB0" w:rsidRDefault="00000000">
            <w:r>
              <w:rPr>
                <w:sz w:val="18"/>
              </w:rPr>
              <w:t>Scope / remit</w:t>
            </w:r>
          </w:p>
        </w:tc>
        <w:tc>
          <w:tcPr>
            <w:tcW w:w="5184" w:type="dxa"/>
          </w:tcPr>
          <w:p w14:paraId="5B52A936" w14:textId="77777777" w:rsidR="00032CB0" w:rsidRDefault="00032CB0"/>
        </w:tc>
      </w:tr>
      <w:tr w:rsidR="00032CB0" w14:paraId="69E27EE3" w14:textId="77777777">
        <w:trPr>
          <w:jc w:val="center"/>
        </w:trPr>
        <w:tc>
          <w:tcPr>
            <w:tcW w:w="5184" w:type="dxa"/>
          </w:tcPr>
          <w:p w14:paraId="6270128A" w14:textId="77777777" w:rsidR="00032CB0" w:rsidRDefault="00000000">
            <w:r>
              <w:rPr>
                <w:sz w:val="18"/>
              </w:rPr>
              <w:t>Team / budget / reporting line</w:t>
            </w:r>
          </w:p>
        </w:tc>
        <w:tc>
          <w:tcPr>
            <w:tcW w:w="5184" w:type="dxa"/>
          </w:tcPr>
          <w:p w14:paraId="00842DED" w14:textId="77777777" w:rsidR="00032CB0" w:rsidRDefault="00032CB0"/>
        </w:tc>
      </w:tr>
      <w:tr w:rsidR="00032CB0" w14:paraId="6D13C2D4" w14:textId="77777777">
        <w:trPr>
          <w:jc w:val="center"/>
        </w:trPr>
        <w:tc>
          <w:tcPr>
            <w:tcW w:w="5184" w:type="dxa"/>
          </w:tcPr>
          <w:p w14:paraId="312AC799" w14:textId="77777777" w:rsidR="00032CB0" w:rsidRDefault="00000000">
            <w:r>
              <w:rPr>
                <w:sz w:val="18"/>
              </w:rPr>
              <w:t>Key accountability areas</w:t>
            </w:r>
          </w:p>
        </w:tc>
        <w:tc>
          <w:tcPr>
            <w:tcW w:w="5184" w:type="dxa"/>
          </w:tcPr>
          <w:p w14:paraId="5138048F" w14:textId="77777777" w:rsidR="00032CB0" w:rsidRDefault="00032CB0"/>
        </w:tc>
      </w:tr>
      <w:tr w:rsidR="00032CB0" w14:paraId="57C9299B" w14:textId="77777777">
        <w:trPr>
          <w:jc w:val="center"/>
        </w:trPr>
        <w:tc>
          <w:tcPr>
            <w:tcW w:w="5184" w:type="dxa"/>
          </w:tcPr>
          <w:p w14:paraId="2A2639E6" w14:textId="77777777" w:rsidR="00032CB0" w:rsidRDefault="00000000">
            <w:r>
              <w:rPr>
                <w:sz w:val="18"/>
              </w:rPr>
              <w:t>Draft entry paragraph</w:t>
            </w:r>
          </w:p>
        </w:tc>
        <w:tc>
          <w:tcPr>
            <w:tcW w:w="5184" w:type="dxa"/>
          </w:tcPr>
          <w:p w14:paraId="17880233" w14:textId="77777777" w:rsidR="00032CB0" w:rsidRDefault="00032CB0"/>
        </w:tc>
      </w:tr>
    </w:tbl>
    <w:p w14:paraId="5B4DF94C" w14:textId="77777777" w:rsidR="00032CB0" w:rsidRDefault="00032CB0"/>
    <w:p w14:paraId="5961B837" w14:textId="77777777" w:rsidR="00032CB0" w:rsidRDefault="00000000">
      <w:pPr>
        <w:pStyle w:val="Heading2"/>
      </w:pPr>
      <w:r>
        <w:t>Reflection</w:t>
      </w:r>
    </w:p>
    <w:p w14:paraId="14E50D7E" w14:textId="77777777" w:rsidR="00032CB0" w:rsidRDefault="00000000">
      <w:r>
        <w:rPr>
          <w:b/>
        </w:rPr>
        <w:t>Does the paragraph explain the role before the bullets begin?</w:t>
      </w:r>
    </w:p>
    <w:p w14:paraId="324369C0" w14:textId="77777777" w:rsidR="00032CB0" w:rsidRDefault="00000000">
      <w:pPr>
        <w:spacing w:after="40"/>
      </w:pPr>
      <w:r>
        <w:t>____________________________________________________________________________________________</w:t>
      </w:r>
    </w:p>
    <w:p w14:paraId="5F3CAF75" w14:textId="77777777" w:rsidR="00032CB0" w:rsidRDefault="00000000">
      <w:pPr>
        <w:spacing w:after="40"/>
      </w:pPr>
      <w:r>
        <w:t>____________________________________________________________________________________________</w:t>
      </w:r>
    </w:p>
    <w:p w14:paraId="36240B00" w14:textId="77777777" w:rsidR="00032CB0" w:rsidRDefault="00000000">
      <w:r>
        <w:rPr>
          <w:b/>
        </w:rPr>
        <w:t>Have you included scale where possible?</w:t>
      </w:r>
    </w:p>
    <w:p w14:paraId="1FC6BD45" w14:textId="77777777" w:rsidR="00032CB0" w:rsidRDefault="00000000">
      <w:pPr>
        <w:spacing w:after="40"/>
      </w:pPr>
      <w:r>
        <w:t>____________________________________________________________________________________________</w:t>
      </w:r>
    </w:p>
    <w:p w14:paraId="2657B15F" w14:textId="77777777" w:rsidR="00032CB0" w:rsidRDefault="00000000">
      <w:pPr>
        <w:spacing w:after="40"/>
      </w:pPr>
      <w:r>
        <w:t>____________________________________________________________________________________________</w:t>
      </w:r>
    </w:p>
    <w:p w14:paraId="0D3C50EC" w14:textId="77777777" w:rsidR="00032CB0" w:rsidRDefault="00000000">
      <w:r>
        <w:rPr>
          <w:b/>
        </w:rPr>
        <w:t>Does it sound stronger than a job description?</w:t>
      </w:r>
    </w:p>
    <w:p w14:paraId="5DF9252E" w14:textId="77777777" w:rsidR="00032CB0" w:rsidRDefault="00000000">
      <w:pPr>
        <w:spacing w:after="40"/>
      </w:pPr>
      <w:r>
        <w:t>____________________________________________________________________________________________</w:t>
      </w:r>
    </w:p>
    <w:p w14:paraId="3A143F6F" w14:textId="77777777" w:rsidR="00032CB0" w:rsidRDefault="00000000">
      <w:pPr>
        <w:spacing w:after="40"/>
      </w:pPr>
      <w:r>
        <w:t>____________________________________________________________________________________________</w:t>
      </w:r>
    </w:p>
    <w:p w14:paraId="35D26A7A" w14:textId="77777777" w:rsidR="00032CB0" w:rsidRDefault="00000000">
      <w:pPr>
        <w:pStyle w:val="Heading2"/>
      </w:pPr>
      <w:r>
        <w:lastRenderedPageBreak/>
        <w:t>Notes and ideas to carry forward</w:t>
      </w:r>
    </w:p>
    <w:p w14:paraId="644BAC66" w14:textId="77777777" w:rsidR="00032CB0" w:rsidRDefault="00000000">
      <w:pPr>
        <w:spacing w:after="40"/>
      </w:pPr>
      <w:r>
        <w:t>____________________________________________________________________________________________</w:t>
      </w:r>
    </w:p>
    <w:p w14:paraId="4621BC57" w14:textId="77777777" w:rsidR="00032CB0" w:rsidRDefault="00000000">
      <w:pPr>
        <w:spacing w:after="40"/>
      </w:pPr>
      <w:r>
        <w:t>____________________________________________________________________________________________</w:t>
      </w:r>
    </w:p>
    <w:p w14:paraId="1743360A" w14:textId="77777777" w:rsidR="00032CB0" w:rsidRDefault="00000000">
      <w:pPr>
        <w:spacing w:after="40"/>
      </w:pPr>
      <w:r>
        <w:t>____________________________________________________________________________________________</w:t>
      </w:r>
    </w:p>
    <w:p w14:paraId="087CEEB5" w14:textId="77777777" w:rsidR="00032CB0" w:rsidRDefault="00000000">
      <w:pPr>
        <w:spacing w:after="40"/>
      </w:pPr>
      <w:r>
        <w:t>____________________________________________________________________________________________</w:t>
      </w:r>
    </w:p>
    <w:p w14:paraId="3BDE5DC3" w14:textId="77777777" w:rsidR="00032CB0" w:rsidRDefault="00000000">
      <w:r>
        <w:br w:type="page"/>
      </w:r>
    </w:p>
    <w:p w14:paraId="5CBFCAAB" w14:textId="77777777" w:rsidR="00032CB0" w:rsidRDefault="00000000">
      <w:pPr>
        <w:pStyle w:val="Heading1"/>
      </w:pPr>
      <w:r>
        <w:lastRenderedPageBreak/>
        <w:t>Chapter 15 Workbook | How to write bullet points that show impact</w:t>
      </w:r>
    </w:p>
    <w:tbl>
      <w:tblPr>
        <w:tblW w:w="0" w:type="auto"/>
        <w:jc w:val="center"/>
        <w:tblLook w:val="04A0" w:firstRow="1" w:lastRow="0" w:firstColumn="1" w:lastColumn="0" w:noHBand="0" w:noVBand="1"/>
      </w:tblPr>
      <w:tblGrid>
        <w:gridCol w:w="10368"/>
      </w:tblGrid>
      <w:tr w:rsidR="00032CB0" w14:paraId="5209994F" w14:textId="77777777">
        <w:trPr>
          <w:jc w:val="center"/>
        </w:trPr>
        <w:tc>
          <w:tcPr>
            <w:tcW w:w="10368" w:type="dxa"/>
            <w:shd w:val="clear" w:color="auto" w:fill="F4F9FC"/>
          </w:tcPr>
          <w:p w14:paraId="44CEF13D" w14:textId="77777777" w:rsidR="00032CB0" w:rsidRDefault="00000000">
            <w:r>
              <w:rPr>
                <w:b/>
                <w:color w:val="0A1744"/>
              </w:rPr>
              <w:t>Chapter focus</w:t>
            </w:r>
            <w:r>
              <w:rPr>
                <w:sz w:val="20"/>
              </w:rPr>
              <w:br/>
              <w:t>Write impact bullets that show action, context and result.</w:t>
            </w:r>
          </w:p>
        </w:tc>
      </w:tr>
    </w:tbl>
    <w:p w14:paraId="554B57F8" w14:textId="77777777" w:rsidR="00032CB0" w:rsidRDefault="00032CB0"/>
    <w:p w14:paraId="467AB0FE" w14:textId="77777777" w:rsidR="00032CB0" w:rsidRDefault="00000000">
      <w:pPr>
        <w:pStyle w:val="Heading2"/>
      </w:pPr>
      <w:r>
        <w:t>Hints &amp; tips before you start</w:t>
      </w:r>
    </w:p>
    <w:p w14:paraId="6BE4C953" w14:textId="77777777" w:rsidR="00032CB0" w:rsidRDefault="00000000">
      <w:pPr>
        <w:pStyle w:val="ListBullet"/>
      </w:pPr>
      <w:r>
        <w:t>Use rough notes first. You can polish the wording later.</w:t>
      </w:r>
    </w:p>
    <w:p w14:paraId="430C792D" w14:textId="77777777" w:rsidR="00032CB0" w:rsidRDefault="00000000">
      <w:pPr>
        <w:pStyle w:val="ListBullet"/>
      </w:pPr>
      <w:r>
        <w:t>Keep your target role in mind so your answers stay relevant.</w:t>
      </w:r>
    </w:p>
    <w:p w14:paraId="50918F49" w14:textId="77777777" w:rsidR="00032CB0" w:rsidRDefault="00000000">
      <w:pPr>
        <w:pStyle w:val="ListBullet"/>
      </w:pPr>
      <w:r>
        <w:t>Do not dismiss something because it feels ordinary to you; ordinary to you may be valuable to an employer.</w:t>
      </w:r>
    </w:p>
    <w:p w14:paraId="7B32B87C" w14:textId="77777777" w:rsidR="00032CB0" w:rsidRDefault="00000000">
      <w:pPr>
        <w:pStyle w:val="ListBullet"/>
      </w:pPr>
      <w:r>
        <w:t>Where possible, include numbers, scale, frequency, percentage change, budgets, volumes or timeframes.</w:t>
      </w:r>
    </w:p>
    <w:p w14:paraId="63DC6C7F" w14:textId="77777777" w:rsidR="00032CB0" w:rsidRDefault="00000000">
      <w:pPr>
        <w:pStyle w:val="Heading2"/>
      </w:pPr>
      <w:r>
        <w:t>Workbook exercises</w:t>
      </w:r>
    </w:p>
    <w:p w14:paraId="1A3B434B" w14:textId="77777777" w:rsidR="00032CB0" w:rsidRDefault="00000000">
      <w:pPr>
        <w:pStyle w:val="ListNumber"/>
      </w:pPr>
      <w:r>
        <w:t>Convert 5 weak responsibility bullets into impact bullets.</w:t>
      </w:r>
    </w:p>
    <w:p w14:paraId="6E915116" w14:textId="77777777" w:rsidR="00032CB0" w:rsidRDefault="00000000">
      <w:pPr>
        <w:spacing w:after="40"/>
      </w:pPr>
      <w:r>
        <w:t>____________________________________________________________________________________________</w:t>
      </w:r>
    </w:p>
    <w:p w14:paraId="57E0A5B6" w14:textId="77777777" w:rsidR="00032CB0" w:rsidRDefault="00000000">
      <w:pPr>
        <w:spacing w:after="40"/>
      </w:pPr>
      <w:r>
        <w:t>____________________________________________________________________________________________</w:t>
      </w:r>
    </w:p>
    <w:p w14:paraId="60422689" w14:textId="77777777" w:rsidR="00032CB0" w:rsidRDefault="00000000">
      <w:pPr>
        <w:pStyle w:val="ListNumber"/>
      </w:pPr>
      <w:r>
        <w:t>Add metrics where available.</w:t>
      </w:r>
    </w:p>
    <w:p w14:paraId="64CD336E" w14:textId="77777777" w:rsidR="00032CB0" w:rsidRDefault="00000000">
      <w:pPr>
        <w:spacing w:after="40"/>
      </w:pPr>
      <w:r>
        <w:t>____________________________________________________________________________________________</w:t>
      </w:r>
    </w:p>
    <w:p w14:paraId="2F3ADEC0" w14:textId="77777777" w:rsidR="00032CB0" w:rsidRDefault="00000000">
      <w:pPr>
        <w:spacing w:after="40"/>
      </w:pPr>
      <w:r>
        <w:t>____________________________________________________________________________________________</w:t>
      </w:r>
    </w:p>
    <w:p w14:paraId="008032C9" w14:textId="77777777" w:rsidR="00032CB0" w:rsidRDefault="00000000">
      <w:pPr>
        <w:pStyle w:val="ListNumber"/>
      </w:pPr>
      <w:r>
        <w:t>Create a mix of commercial, operational, people, process and stakeholder examples.</w:t>
      </w:r>
    </w:p>
    <w:p w14:paraId="512903FD" w14:textId="77777777" w:rsidR="00032CB0" w:rsidRDefault="00000000">
      <w:pPr>
        <w:spacing w:after="40"/>
      </w:pPr>
      <w:r>
        <w:t>____________________________________________________________________________________________</w:t>
      </w:r>
    </w:p>
    <w:p w14:paraId="2D8AD8E1"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5184"/>
        <w:gridCol w:w="5184"/>
      </w:tblGrid>
      <w:tr w:rsidR="00032CB0" w14:paraId="16AAF58E" w14:textId="77777777">
        <w:trPr>
          <w:jc w:val="center"/>
        </w:trPr>
        <w:tc>
          <w:tcPr>
            <w:tcW w:w="5184" w:type="dxa"/>
            <w:shd w:val="clear" w:color="auto" w:fill="0A1744"/>
            <w:vAlign w:val="center"/>
          </w:tcPr>
          <w:p w14:paraId="42AEF81F" w14:textId="77777777" w:rsidR="00032CB0" w:rsidRDefault="00000000">
            <w:r>
              <w:rPr>
                <w:b/>
                <w:color w:val="FFFFFF"/>
                <w:sz w:val="18"/>
              </w:rPr>
              <w:t>Weak / task-based bullet</w:t>
            </w:r>
          </w:p>
        </w:tc>
        <w:tc>
          <w:tcPr>
            <w:tcW w:w="5184" w:type="dxa"/>
            <w:shd w:val="clear" w:color="auto" w:fill="0A1744"/>
            <w:vAlign w:val="center"/>
          </w:tcPr>
          <w:p w14:paraId="4D718292" w14:textId="77777777" w:rsidR="00032CB0" w:rsidRDefault="00000000">
            <w:r>
              <w:rPr>
                <w:b/>
                <w:color w:val="FFFFFF"/>
                <w:sz w:val="18"/>
              </w:rPr>
              <w:t>Impact-led rewrite</w:t>
            </w:r>
          </w:p>
        </w:tc>
      </w:tr>
      <w:tr w:rsidR="00032CB0" w14:paraId="55F59DD2" w14:textId="77777777">
        <w:trPr>
          <w:jc w:val="center"/>
        </w:trPr>
        <w:tc>
          <w:tcPr>
            <w:tcW w:w="5184" w:type="dxa"/>
          </w:tcPr>
          <w:p w14:paraId="379B0C3F" w14:textId="77777777" w:rsidR="00032CB0" w:rsidRDefault="00032CB0"/>
        </w:tc>
        <w:tc>
          <w:tcPr>
            <w:tcW w:w="5184" w:type="dxa"/>
          </w:tcPr>
          <w:p w14:paraId="5231A78D" w14:textId="77777777" w:rsidR="00032CB0" w:rsidRDefault="00032CB0"/>
        </w:tc>
      </w:tr>
      <w:tr w:rsidR="00032CB0" w14:paraId="221B839C" w14:textId="77777777">
        <w:trPr>
          <w:jc w:val="center"/>
        </w:trPr>
        <w:tc>
          <w:tcPr>
            <w:tcW w:w="5184" w:type="dxa"/>
          </w:tcPr>
          <w:p w14:paraId="4AB453B6" w14:textId="77777777" w:rsidR="00032CB0" w:rsidRDefault="00032CB0"/>
        </w:tc>
        <w:tc>
          <w:tcPr>
            <w:tcW w:w="5184" w:type="dxa"/>
          </w:tcPr>
          <w:p w14:paraId="02FC3F78" w14:textId="77777777" w:rsidR="00032CB0" w:rsidRDefault="00032CB0"/>
        </w:tc>
      </w:tr>
      <w:tr w:rsidR="00032CB0" w14:paraId="4E95271D" w14:textId="77777777">
        <w:trPr>
          <w:jc w:val="center"/>
        </w:trPr>
        <w:tc>
          <w:tcPr>
            <w:tcW w:w="5184" w:type="dxa"/>
          </w:tcPr>
          <w:p w14:paraId="1494C72D" w14:textId="77777777" w:rsidR="00032CB0" w:rsidRDefault="00032CB0"/>
        </w:tc>
        <w:tc>
          <w:tcPr>
            <w:tcW w:w="5184" w:type="dxa"/>
          </w:tcPr>
          <w:p w14:paraId="2AA9C91D" w14:textId="77777777" w:rsidR="00032CB0" w:rsidRDefault="00032CB0"/>
        </w:tc>
      </w:tr>
      <w:tr w:rsidR="00032CB0" w14:paraId="4ACA5479" w14:textId="77777777">
        <w:trPr>
          <w:jc w:val="center"/>
        </w:trPr>
        <w:tc>
          <w:tcPr>
            <w:tcW w:w="5184" w:type="dxa"/>
          </w:tcPr>
          <w:p w14:paraId="4B0A6B9C" w14:textId="77777777" w:rsidR="00032CB0" w:rsidRDefault="00032CB0"/>
        </w:tc>
        <w:tc>
          <w:tcPr>
            <w:tcW w:w="5184" w:type="dxa"/>
          </w:tcPr>
          <w:p w14:paraId="69CF24F9" w14:textId="77777777" w:rsidR="00032CB0" w:rsidRDefault="00032CB0"/>
        </w:tc>
      </w:tr>
      <w:tr w:rsidR="00032CB0" w14:paraId="05AC8F1B" w14:textId="77777777">
        <w:trPr>
          <w:jc w:val="center"/>
        </w:trPr>
        <w:tc>
          <w:tcPr>
            <w:tcW w:w="5184" w:type="dxa"/>
          </w:tcPr>
          <w:p w14:paraId="4F179500" w14:textId="77777777" w:rsidR="00032CB0" w:rsidRDefault="00032CB0"/>
        </w:tc>
        <w:tc>
          <w:tcPr>
            <w:tcW w:w="5184" w:type="dxa"/>
          </w:tcPr>
          <w:p w14:paraId="56BC022E" w14:textId="77777777" w:rsidR="00032CB0" w:rsidRDefault="00032CB0"/>
        </w:tc>
      </w:tr>
      <w:tr w:rsidR="00032CB0" w14:paraId="09AB0B64" w14:textId="77777777">
        <w:trPr>
          <w:jc w:val="center"/>
        </w:trPr>
        <w:tc>
          <w:tcPr>
            <w:tcW w:w="5184" w:type="dxa"/>
          </w:tcPr>
          <w:p w14:paraId="47FAC3F8" w14:textId="77777777" w:rsidR="00032CB0" w:rsidRDefault="00032CB0"/>
        </w:tc>
        <w:tc>
          <w:tcPr>
            <w:tcW w:w="5184" w:type="dxa"/>
          </w:tcPr>
          <w:p w14:paraId="7A3CCDAB" w14:textId="77777777" w:rsidR="00032CB0" w:rsidRDefault="00032CB0"/>
        </w:tc>
      </w:tr>
    </w:tbl>
    <w:p w14:paraId="01E0AEF5" w14:textId="77777777" w:rsidR="00032CB0" w:rsidRDefault="00032CB0"/>
    <w:p w14:paraId="23A4A640" w14:textId="77777777" w:rsidR="00032CB0" w:rsidRDefault="00000000">
      <w:pPr>
        <w:pStyle w:val="Heading2"/>
      </w:pPr>
      <w:r>
        <w:t>Reflection</w:t>
      </w:r>
    </w:p>
    <w:p w14:paraId="7E8AB665" w14:textId="77777777" w:rsidR="00032CB0" w:rsidRDefault="00000000">
      <w:r>
        <w:rPr>
          <w:b/>
        </w:rPr>
        <w:t>Do your bullets answer “so what?”</w:t>
      </w:r>
    </w:p>
    <w:p w14:paraId="2A844D09" w14:textId="77777777" w:rsidR="00032CB0" w:rsidRDefault="00000000">
      <w:pPr>
        <w:spacing w:after="40"/>
      </w:pPr>
      <w:r>
        <w:t>____________________________________________________________________________________________</w:t>
      </w:r>
    </w:p>
    <w:p w14:paraId="308C0DFD" w14:textId="77777777" w:rsidR="00032CB0" w:rsidRDefault="00000000">
      <w:pPr>
        <w:spacing w:after="40"/>
      </w:pPr>
      <w:r>
        <w:t>____________________________________________________________________________________________</w:t>
      </w:r>
    </w:p>
    <w:p w14:paraId="080173D6" w14:textId="77777777" w:rsidR="00032CB0" w:rsidRDefault="00000000">
      <w:r>
        <w:rPr>
          <w:b/>
        </w:rPr>
        <w:t>Are they too long or too vague?</w:t>
      </w:r>
    </w:p>
    <w:p w14:paraId="3AC592D0" w14:textId="77777777" w:rsidR="00032CB0" w:rsidRDefault="00000000">
      <w:pPr>
        <w:spacing w:after="40"/>
      </w:pPr>
      <w:r>
        <w:t>____________________________________________________________________________________________</w:t>
      </w:r>
    </w:p>
    <w:p w14:paraId="489E06A2" w14:textId="77777777" w:rsidR="00032CB0" w:rsidRDefault="00000000">
      <w:pPr>
        <w:spacing w:after="40"/>
      </w:pPr>
      <w:r>
        <w:t>____________________________________________________________________________________________</w:t>
      </w:r>
    </w:p>
    <w:p w14:paraId="71716338" w14:textId="77777777" w:rsidR="00032CB0" w:rsidRDefault="00000000">
      <w:r>
        <w:rPr>
          <w:b/>
        </w:rPr>
        <w:t>Do they show different strengths?</w:t>
      </w:r>
    </w:p>
    <w:p w14:paraId="25F84A8A" w14:textId="77777777" w:rsidR="00032CB0" w:rsidRDefault="00000000">
      <w:pPr>
        <w:spacing w:after="40"/>
      </w:pPr>
      <w:r>
        <w:t>____________________________________________________________________________________________</w:t>
      </w:r>
    </w:p>
    <w:p w14:paraId="415058E3" w14:textId="77777777" w:rsidR="00032CB0" w:rsidRDefault="00000000">
      <w:pPr>
        <w:spacing w:after="40"/>
      </w:pPr>
      <w:r>
        <w:t>____________________________________________________________________________________________</w:t>
      </w:r>
    </w:p>
    <w:p w14:paraId="426EE49E" w14:textId="77777777" w:rsidR="00032CB0" w:rsidRDefault="00000000">
      <w:pPr>
        <w:pStyle w:val="Heading2"/>
      </w:pPr>
      <w:r>
        <w:lastRenderedPageBreak/>
        <w:t>Notes and ideas to carry forward</w:t>
      </w:r>
    </w:p>
    <w:p w14:paraId="3345474F" w14:textId="77777777" w:rsidR="00032CB0" w:rsidRDefault="00000000">
      <w:pPr>
        <w:spacing w:after="40"/>
      </w:pPr>
      <w:r>
        <w:t>____________________________________________________________________________________________</w:t>
      </w:r>
    </w:p>
    <w:p w14:paraId="03CD673D" w14:textId="77777777" w:rsidR="00032CB0" w:rsidRDefault="00000000">
      <w:pPr>
        <w:spacing w:after="40"/>
      </w:pPr>
      <w:r>
        <w:t>____________________________________________________________________________________________</w:t>
      </w:r>
    </w:p>
    <w:p w14:paraId="79FE31D9" w14:textId="77777777" w:rsidR="00032CB0" w:rsidRDefault="00000000">
      <w:pPr>
        <w:spacing w:after="40"/>
      </w:pPr>
      <w:r>
        <w:t>____________________________________________________________________________________________</w:t>
      </w:r>
    </w:p>
    <w:p w14:paraId="27CB55DC" w14:textId="77777777" w:rsidR="00032CB0" w:rsidRDefault="00000000">
      <w:pPr>
        <w:spacing w:after="40"/>
      </w:pPr>
      <w:r>
        <w:t>____________________________________________________________________________________________</w:t>
      </w:r>
    </w:p>
    <w:p w14:paraId="3EA98E7F" w14:textId="77777777" w:rsidR="00032CB0" w:rsidRDefault="00000000">
      <w:r>
        <w:br w:type="page"/>
      </w:r>
    </w:p>
    <w:p w14:paraId="09CC731C" w14:textId="77777777" w:rsidR="00032CB0" w:rsidRDefault="00000000">
      <w:pPr>
        <w:pStyle w:val="Heading1"/>
      </w:pPr>
      <w:r>
        <w:lastRenderedPageBreak/>
        <w:t>Chapter 16 Workbook | How to present responsibilities without sounding flat</w:t>
      </w:r>
    </w:p>
    <w:tbl>
      <w:tblPr>
        <w:tblW w:w="0" w:type="auto"/>
        <w:jc w:val="center"/>
        <w:tblLook w:val="04A0" w:firstRow="1" w:lastRow="0" w:firstColumn="1" w:lastColumn="0" w:noHBand="0" w:noVBand="1"/>
      </w:tblPr>
      <w:tblGrid>
        <w:gridCol w:w="10368"/>
      </w:tblGrid>
      <w:tr w:rsidR="00032CB0" w14:paraId="61976F45" w14:textId="77777777">
        <w:trPr>
          <w:jc w:val="center"/>
        </w:trPr>
        <w:tc>
          <w:tcPr>
            <w:tcW w:w="10368" w:type="dxa"/>
            <w:shd w:val="clear" w:color="auto" w:fill="F4F9FC"/>
          </w:tcPr>
          <w:p w14:paraId="0368ABE7" w14:textId="77777777" w:rsidR="00032CB0" w:rsidRDefault="00000000">
            <w:r>
              <w:rPr>
                <w:b/>
                <w:color w:val="0A1744"/>
              </w:rPr>
              <w:t>Chapter focus</w:t>
            </w:r>
            <w:r>
              <w:rPr>
                <w:sz w:val="20"/>
              </w:rPr>
              <w:br/>
              <w:t>Present responsibilities with specificity, scope and value.</w:t>
            </w:r>
          </w:p>
        </w:tc>
      </w:tr>
    </w:tbl>
    <w:p w14:paraId="0994864F" w14:textId="77777777" w:rsidR="00032CB0" w:rsidRDefault="00032CB0"/>
    <w:p w14:paraId="21F128D1" w14:textId="77777777" w:rsidR="00032CB0" w:rsidRDefault="00000000">
      <w:pPr>
        <w:pStyle w:val="Heading2"/>
      </w:pPr>
      <w:r>
        <w:t>Hints &amp; tips before you start</w:t>
      </w:r>
    </w:p>
    <w:p w14:paraId="3BB7A288" w14:textId="77777777" w:rsidR="00032CB0" w:rsidRDefault="00000000">
      <w:pPr>
        <w:pStyle w:val="ListBullet"/>
      </w:pPr>
      <w:r>
        <w:t>Use rough notes first. You can polish the wording later.</w:t>
      </w:r>
    </w:p>
    <w:p w14:paraId="0EE315A0" w14:textId="77777777" w:rsidR="00032CB0" w:rsidRDefault="00000000">
      <w:pPr>
        <w:pStyle w:val="ListBullet"/>
      </w:pPr>
      <w:r>
        <w:t>Keep your target role in mind so your answers stay relevant.</w:t>
      </w:r>
    </w:p>
    <w:p w14:paraId="38C142EA" w14:textId="77777777" w:rsidR="00032CB0" w:rsidRDefault="00000000">
      <w:pPr>
        <w:pStyle w:val="ListBullet"/>
      </w:pPr>
      <w:r>
        <w:t>Do not dismiss something because it feels ordinary to you; ordinary to you may be valuable to an employer.</w:t>
      </w:r>
    </w:p>
    <w:p w14:paraId="6930CFCA" w14:textId="77777777" w:rsidR="00032CB0" w:rsidRDefault="00000000">
      <w:pPr>
        <w:pStyle w:val="Heading2"/>
      </w:pPr>
      <w:r>
        <w:t>Workbook exercises</w:t>
      </w:r>
    </w:p>
    <w:p w14:paraId="10A06ED9" w14:textId="77777777" w:rsidR="00032CB0" w:rsidRDefault="00000000">
      <w:pPr>
        <w:pStyle w:val="ListNumber"/>
      </w:pPr>
      <w:r>
        <w:t>List core responsibilities that still need to be shown.</w:t>
      </w:r>
    </w:p>
    <w:p w14:paraId="75C934F9" w14:textId="77777777" w:rsidR="00032CB0" w:rsidRDefault="00000000">
      <w:pPr>
        <w:spacing w:after="40"/>
      </w:pPr>
      <w:r>
        <w:t>____________________________________________________________________________________________</w:t>
      </w:r>
    </w:p>
    <w:p w14:paraId="430232DC" w14:textId="77777777" w:rsidR="00032CB0" w:rsidRDefault="00000000">
      <w:pPr>
        <w:spacing w:after="40"/>
      </w:pPr>
      <w:r>
        <w:t>____________________________________________________________________________________________</w:t>
      </w:r>
    </w:p>
    <w:p w14:paraId="46660C3F" w14:textId="77777777" w:rsidR="00032CB0" w:rsidRDefault="00000000">
      <w:pPr>
        <w:pStyle w:val="ListNumber"/>
      </w:pPr>
      <w:r>
        <w:t>Rewrite each one with scale, scope or outcome.</w:t>
      </w:r>
    </w:p>
    <w:p w14:paraId="53F09D0F" w14:textId="77777777" w:rsidR="00032CB0" w:rsidRDefault="00000000">
      <w:pPr>
        <w:spacing w:after="40"/>
      </w:pPr>
      <w:r>
        <w:t>____________________________________________________________________________________________</w:t>
      </w:r>
    </w:p>
    <w:p w14:paraId="50C62FED" w14:textId="77777777" w:rsidR="00032CB0" w:rsidRDefault="00000000">
      <w:pPr>
        <w:spacing w:after="40"/>
      </w:pPr>
      <w:r>
        <w:t>____________________________________________________________________________________________</w:t>
      </w:r>
    </w:p>
    <w:p w14:paraId="5E296B04" w14:textId="77777777" w:rsidR="00032CB0" w:rsidRDefault="00000000">
      <w:pPr>
        <w:pStyle w:val="ListNumber"/>
      </w:pPr>
      <w:r>
        <w:t>Remove “responsible for” where possible.</w:t>
      </w:r>
    </w:p>
    <w:p w14:paraId="75FB6313" w14:textId="77777777" w:rsidR="00032CB0" w:rsidRDefault="00000000">
      <w:pPr>
        <w:spacing w:after="40"/>
      </w:pPr>
      <w:r>
        <w:t>____________________________________________________________________________________________</w:t>
      </w:r>
    </w:p>
    <w:p w14:paraId="4814BBF3" w14:textId="77777777" w:rsidR="00032CB0" w:rsidRDefault="00000000">
      <w:pPr>
        <w:spacing w:after="40"/>
      </w:pPr>
      <w:r>
        <w:t>____________________________________________________________________________________________</w:t>
      </w:r>
    </w:p>
    <w:p w14:paraId="5E7B306B" w14:textId="77777777" w:rsidR="00032CB0" w:rsidRDefault="00000000">
      <w:pPr>
        <w:pStyle w:val="Heading2"/>
      </w:pPr>
      <w:r>
        <w:t>Reflection</w:t>
      </w:r>
    </w:p>
    <w:p w14:paraId="36FD5C3A" w14:textId="77777777" w:rsidR="00032CB0" w:rsidRDefault="00000000">
      <w:r>
        <w:rPr>
          <w:b/>
        </w:rPr>
        <w:t>Which responsibilities are essential context?</w:t>
      </w:r>
    </w:p>
    <w:p w14:paraId="30C7F15E" w14:textId="77777777" w:rsidR="00032CB0" w:rsidRDefault="00000000">
      <w:pPr>
        <w:spacing w:after="40"/>
      </w:pPr>
      <w:r>
        <w:t>____________________________________________________________________________________________</w:t>
      </w:r>
    </w:p>
    <w:p w14:paraId="018363E4" w14:textId="77777777" w:rsidR="00032CB0" w:rsidRDefault="00000000">
      <w:pPr>
        <w:spacing w:after="40"/>
      </w:pPr>
      <w:r>
        <w:t>____________________________________________________________________________________________</w:t>
      </w:r>
    </w:p>
    <w:p w14:paraId="289BD2E8" w14:textId="77777777" w:rsidR="00032CB0" w:rsidRDefault="00000000">
      <w:r>
        <w:rPr>
          <w:b/>
        </w:rPr>
        <w:t>Which can be cut?</w:t>
      </w:r>
    </w:p>
    <w:p w14:paraId="7CF6E725" w14:textId="77777777" w:rsidR="00032CB0" w:rsidRDefault="00000000">
      <w:pPr>
        <w:spacing w:after="40"/>
      </w:pPr>
      <w:r>
        <w:t>____________________________________________________________________________________________</w:t>
      </w:r>
    </w:p>
    <w:p w14:paraId="270E6C1E" w14:textId="77777777" w:rsidR="00032CB0" w:rsidRDefault="00000000">
      <w:pPr>
        <w:spacing w:after="40"/>
      </w:pPr>
      <w:r>
        <w:t>____________________________________________________________________________________________</w:t>
      </w:r>
    </w:p>
    <w:p w14:paraId="6F568BE5" w14:textId="77777777" w:rsidR="00032CB0" w:rsidRDefault="00000000">
      <w:r>
        <w:rPr>
          <w:b/>
        </w:rPr>
        <w:t>Where can you show trust or complexity?</w:t>
      </w:r>
    </w:p>
    <w:p w14:paraId="6641B797" w14:textId="77777777" w:rsidR="00032CB0" w:rsidRDefault="00000000">
      <w:pPr>
        <w:spacing w:after="40"/>
      </w:pPr>
      <w:r>
        <w:t>____________________________________________________________________________________________</w:t>
      </w:r>
    </w:p>
    <w:p w14:paraId="022D0F2D" w14:textId="77777777" w:rsidR="00032CB0" w:rsidRDefault="00000000">
      <w:pPr>
        <w:spacing w:after="40"/>
      </w:pPr>
      <w:r>
        <w:t>____________________________________________________________________________________________</w:t>
      </w:r>
    </w:p>
    <w:p w14:paraId="15ABD35E" w14:textId="77777777" w:rsidR="00032CB0" w:rsidRDefault="00000000">
      <w:pPr>
        <w:pStyle w:val="Heading2"/>
      </w:pPr>
      <w:r>
        <w:t>Notes and ideas to carry forward</w:t>
      </w:r>
    </w:p>
    <w:p w14:paraId="7BD88275" w14:textId="77777777" w:rsidR="00032CB0" w:rsidRDefault="00000000">
      <w:pPr>
        <w:spacing w:after="40"/>
      </w:pPr>
      <w:r>
        <w:t>____________________________________________________________________________________________</w:t>
      </w:r>
    </w:p>
    <w:p w14:paraId="3C11B405" w14:textId="77777777" w:rsidR="00032CB0" w:rsidRDefault="00000000">
      <w:pPr>
        <w:spacing w:after="40"/>
      </w:pPr>
      <w:r>
        <w:t>____________________________________________________________________________________________</w:t>
      </w:r>
    </w:p>
    <w:p w14:paraId="0E3404DA" w14:textId="77777777" w:rsidR="00032CB0" w:rsidRDefault="00000000">
      <w:pPr>
        <w:spacing w:after="40"/>
      </w:pPr>
      <w:r>
        <w:t>____________________________________________________________________________________________</w:t>
      </w:r>
    </w:p>
    <w:p w14:paraId="7CAADB49" w14:textId="77777777" w:rsidR="00032CB0" w:rsidRDefault="00000000">
      <w:pPr>
        <w:spacing w:after="40"/>
      </w:pPr>
      <w:r>
        <w:t>____________________________________________________________________________________________</w:t>
      </w:r>
    </w:p>
    <w:p w14:paraId="41AB7349" w14:textId="77777777" w:rsidR="00032CB0" w:rsidRDefault="00000000">
      <w:r>
        <w:br w:type="page"/>
      </w:r>
    </w:p>
    <w:p w14:paraId="6972836B" w14:textId="77777777" w:rsidR="00032CB0" w:rsidRDefault="00000000">
      <w:pPr>
        <w:pStyle w:val="Heading1"/>
      </w:pPr>
      <w:r>
        <w:lastRenderedPageBreak/>
        <w:t>Chapter 17 Workbook | How to deal with earlier roles</w:t>
      </w:r>
    </w:p>
    <w:tbl>
      <w:tblPr>
        <w:tblW w:w="0" w:type="auto"/>
        <w:jc w:val="center"/>
        <w:tblLook w:val="04A0" w:firstRow="1" w:lastRow="0" w:firstColumn="1" w:lastColumn="0" w:noHBand="0" w:noVBand="1"/>
      </w:tblPr>
      <w:tblGrid>
        <w:gridCol w:w="10368"/>
      </w:tblGrid>
      <w:tr w:rsidR="00032CB0" w14:paraId="5694AA72" w14:textId="77777777">
        <w:trPr>
          <w:jc w:val="center"/>
        </w:trPr>
        <w:tc>
          <w:tcPr>
            <w:tcW w:w="10368" w:type="dxa"/>
            <w:shd w:val="clear" w:color="auto" w:fill="F4F9FC"/>
          </w:tcPr>
          <w:p w14:paraId="6928A025" w14:textId="77777777" w:rsidR="00032CB0" w:rsidRDefault="00000000">
            <w:r>
              <w:rPr>
                <w:b/>
                <w:color w:val="0A1744"/>
              </w:rPr>
              <w:t>Chapter focus</w:t>
            </w:r>
            <w:r>
              <w:rPr>
                <w:sz w:val="20"/>
              </w:rPr>
              <w:br/>
              <w:t>Compress earlier career without losing progression or credibility.</w:t>
            </w:r>
          </w:p>
        </w:tc>
      </w:tr>
    </w:tbl>
    <w:p w14:paraId="205BACAF" w14:textId="77777777" w:rsidR="00032CB0" w:rsidRDefault="00032CB0"/>
    <w:p w14:paraId="77FC842C" w14:textId="77777777" w:rsidR="00032CB0" w:rsidRDefault="00000000">
      <w:pPr>
        <w:pStyle w:val="Heading2"/>
      </w:pPr>
      <w:r>
        <w:t>Hints &amp; tips before you start</w:t>
      </w:r>
    </w:p>
    <w:p w14:paraId="2D677A94" w14:textId="77777777" w:rsidR="00032CB0" w:rsidRDefault="00000000">
      <w:pPr>
        <w:pStyle w:val="ListBullet"/>
      </w:pPr>
      <w:r>
        <w:t>Use rough notes first. You can polish the wording later.</w:t>
      </w:r>
    </w:p>
    <w:p w14:paraId="75D65D7F" w14:textId="77777777" w:rsidR="00032CB0" w:rsidRDefault="00000000">
      <w:pPr>
        <w:pStyle w:val="ListBullet"/>
      </w:pPr>
      <w:r>
        <w:t>Keep your target role in mind so your answers stay relevant.</w:t>
      </w:r>
    </w:p>
    <w:p w14:paraId="3BCDDA42" w14:textId="77777777" w:rsidR="00032CB0" w:rsidRDefault="00000000">
      <w:pPr>
        <w:pStyle w:val="ListBullet"/>
      </w:pPr>
      <w:r>
        <w:t>Do not dismiss something because it feels ordinary to you; ordinary to you may be valuable to an employer.</w:t>
      </w:r>
    </w:p>
    <w:p w14:paraId="633AD909" w14:textId="77777777" w:rsidR="00032CB0" w:rsidRDefault="00000000">
      <w:pPr>
        <w:pStyle w:val="Heading2"/>
      </w:pPr>
      <w:r>
        <w:t>Workbook exercises</w:t>
      </w:r>
    </w:p>
    <w:p w14:paraId="63A51DE9" w14:textId="77777777" w:rsidR="00032CB0" w:rsidRDefault="00000000">
      <w:pPr>
        <w:pStyle w:val="ListNumber"/>
      </w:pPr>
      <w:r>
        <w:t>List earlier roles.</w:t>
      </w:r>
    </w:p>
    <w:p w14:paraId="50796636" w14:textId="77777777" w:rsidR="00032CB0" w:rsidRDefault="00000000">
      <w:pPr>
        <w:spacing w:after="40"/>
      </w:pPr>
      <w:r>
        <w:t>____________________________________________________________________________________________</w:t>
      </w:r>
    </w:p>
    <w:p w14:paraId="5C52F50A" w14:textId="77777777" w:rsidR="00032CB0" w:rsidRDefault="00000000">
      <w:pPr>
        <w:spacing w:after="40"/>
      </w:pPr>
      <w:r>
        <w:t>____________________________________________________________________________________________</w:t>
      </w:r>
    </w:p>
    <w:p w14:paraId="758F6F26" w14:textId="77777777" w:rsidR="00032CB0" w:rsidRDefault="00000000">
      <w:pPr>
        <w:pStyle w:val="ListNumber"/>
      </w:pPr>
      <w:r>
        <w:t>Decide: full entry, shortened entry or one-line summary.</w:t>
      </w:r>
    </w:p>
    <w:p w14:paraId="1AA801F0" w14:textId="77777777" w:rsidR="00032CB0" w:rsidRDefault="00000000">
      <w:pPr>
        <w:spacing w:after="40"/>
      </w:pPr>
      <w:r>
        <w:t>____________________________________________________________________________________________</w:t>
      </w:r>
    </w:p>
    <w:p w14:paraId="3A5F14DA" w14:textId="77777777" w:rsidR="00032CB0" w:rsidRDefault="00000000">
      <w:pPr>
        <w:spacing w:after="40"/>
      </w:pPr>
      <w:r>
        <w:t>____________________________________________________________________________________________</w:t>
      </w:r>
    </w:p>
    <w:p w14:paraId="6CAFBFAA" w14:textId="77777777" w:rsidR="00032CB0" w:rsidRDefault="00000000">
      <w:pPr>
        <w:pStyle w:val="ListNumber"/>
      </w:pPr>
      <w:r>
        <w:t>Draft an earlier career paragraph if needed.</w:t>
      </w:r>
    </w:p>
    <w:p w14:paraId="2D58E01C" w14:textId="77777777" w:rsidR="00032CB0" w:rsidRDefault="00000000">
      <w:pPr>
        <w:spacing w:after="40"/>
      </w:pPr>
      <w:r>
        <w:t>____________________________________________________________________________________________</w:t>
      </w:r>
    </w:p>
    <w:p w14:paraId="459A55AF" w14:textId="77777777" w:rsidR="00032CB0" w:rsidRDefault="00000000">
      <w:pPr>
        <w:spacing w:after="40"/>
      </w:pPr>
      <w:r>
        <w:t>____________________________________________________________________________________________</w:t>
      </w:r>
    </w:p>
    <w:p w14:paraId="4CD5E74D" w14:textId="77777777" w:rsidR="00032CB0" w:rsidRDefault="00000000">
      <w:pPr>
        <w:pStyle w:val="Heading2"/>
      </w:pPr>
      <w:r>
        <w:t>Reflection</w:t>
      </w:r>
    </w:p>
    <w:p w14:paraId="45174ED0" w14:textId="77777777" w:rsidR="00032CB0" w:rsidRDefault="00000000">
      <w:r>
        <w:rPr>
          <w:b/>
        </w:rPr>
        <w:t>What does earlier career add?</w:t>
      </w:r>
    </w:p>
    <w:p w14:paraId="2A37533C" w14:textId="77777777" w:rsidR="00032CB0" w:rsidRDefault="00000000">
      <w:pPr>
        <w:spacing w:after="40"/>
      </w:pPr>
      <w:r>
        <w:t>____________________________________________________________________________________________</w:t>
      </w:r>
    </w:p>
    <w:p w14:paraId="2780FE30" w14:textId="77777777" w:rsidR="00032CB0" w:rsidRDefault="00000000">
      <w:pPr>
        <w:spacing w:after="40"/>
      </w:pPr>
      <w:r>
        <w:t>____________________________________________________________________________________________</w:t>
      </w:r>
    </w:p>
    <w:p w14:paraId="1AA445AA" w14:textId="77777777" w:rsidR="00032CB0" w:rsidRDefault="00000000">
      <w:r>
        <w:rPr>
          <w:b/>
        </w:rPr>
        <w:t>Is it helping or distracting?</w:t>
      </w:r>
    </w:p>
    <w:p w14:paraId="2B115683" w14:textId="77777777" w:rsidR="00032CB0" w:rsidRDefault="00000000">
      <w:pPr>
        <w:spacing w:after="40"/>
      </w:pPr>
      <w:r>
        <w:t>____________________________________________________________________________________________</w:t>
      </w:r>
    </w:p>
    <w:p w14:paraId="5330AB91" w14:textId="77777777" w:rsidR="00032CB0" w:rsidRDefault="00000000">
      <w:pPr>
        <w:spacing w:after="40"/>
      </w:pPr>
      <w:r>
        <w:t>____________________________________________________________________________________________</w:t>
      </w:r>
    </w:p>
    <w:p w14:paraId="0D32BA90" w14:textId="77777777" w:rsidR="00032CB0" w:rsidRDefault="00000000">
      <w:r>
        <w:rPr>
          <w:b/>
        </w:rPr>
        <w:t>Does it show useful foundations?</w:t>
      </w:r>
    </w:p>
    <w:p w14:paraId="6E2BD477" w14:textId="77777777" w:rsidR="00032CB0" w:rsidRDefault="00000000">
      <w:pPr>
        <w:spacing w:after="40"/>
      </w:pPr>
      <w:r>
        <w:t>____________________________________________________________________________________________</w:t>
      </w:r>
    </w:p>
    <w:p w14:paraId="2282D53D" w14:textId="77777777" w:rsidR="00032CB0" w:rsidRDefault="00000000">
      <w:pPr>
        <w:spacing w:after="40"/>
      </w:pPr>
      <w:r>
        <w:t>____________________________________________________________________________________________</w:t>
      </w:r>
    </w:p>
    <w:p w14:paraId="103B5051" w14:textId="77777777" w:rsidR="00032CB0" w:rsidRDefault="00000000">
      <w:pPr>
        <w:pStyle w:val="Heading2"/>
      </w:pPr>
      <w:r>
        <w:t>Notes and ideas to carry forward</w:t>
      </w:r>
    </w:p>
    <w:p w14:paraId="4E84EE05" w14:textId="77777777" w:rsidR="00032CB0" w:rsidRDefault="00000000">
      <w:pPr>
        <w:spacing w:after="40"/>
      </w:pPr>
      <w:r>
        <w:t>____________________________________________________________________________________________</w:t>
      </w:r>
    </w:p>
    <w:p w14:paraId="5CAC114D" w14:textId="77777777" w:rsidR="00032CB0" w:rsidRDefault="00000000">
      <w:pPr>
        <w:spacing w:after="40"/>
      </w:pPr>
      <w:r>
        <w:t>____________________________________________________________________________________________</w:t>
      </w:r>
    </w:p>
    <w:p w14:paraId="5020AEDB" w14:textId="77777777" w:rsidR="00032CB0" w:rsidRDefault="00000000">
      <w:pPr>
        <w:spacing w:after="40"/>
      </w:pPr>
      <w:r>
        <w:t>____________________________________________________________________________________________</w:t>
      </w:r>
    </w:p>
    <w:p w14:paraId="10E0F961" w14:textId="77777777" w:rsidR="00032CB0" w:rsidRDefault="00000000">
      <w:pPr>
        <w:spacing w:after="40"/>
      </w:pPr>
      <w:r>
        <w:t>____________________________________________________________________________________________</w:t>
      </w:r>
    </w:p>
    <w:p w14:paraId="21CBAE58" w14:textId="77777777" w:rsidR="00032CB0" w:rsidRDefault="00000000">
      <w:r>
        <w:br w:type="page"/>
      </w:r>
    </w:p>
    <w:p w14:paraId="1DEC30F9" w14:textId="77777777" w:rsidR="00032CB0" w:rsidRDefault="00000000">
      <w:pPr>
        <w:pStyle w:val="Heading1"/>
      </w:pPr>
      <w:r>
        <w:lastRenderedPageBreak/>
        <w:t>Chapter 18 Workbook | How to handle career gaps, career changes, and non-linear paths</w:t>
      </w:r>
    </w:p>
    <w:tbl>
      <w:tblPr>
        <w:tblW w:w="0" w:type="auto"/>
        <w:jc w:val="center"/>
        <w:tblLook w:val="04A0" w:firstRow="1" w:lastRow="0" w:firstColumn="1" w:lastColumn="0" w:noHBand="0" w:noVBand="1"/>
      </w:tblPr>
      <w:tblGrid>
        <w:gridCol w:w="10368"/>
      </w:tblGrid>
      <w:tr w:rsidR="00032CB0" w14:paraId="1B69930D" w14:textId="77777777">
        <w:trPr>
          <w:jc w:val="center"/>
        </w:trPr>
        <w:tc>
          <w:tcPr>
            <w:tcW w:w="10368" w:type="dxa"/>
            <w:shd w:val="clear" w:color="auto" w:fill="F4F9FC"/>
          </w:tcPr>
          <w:p w14:paraId="091F937B" w14:textId="77777777" w:rsidR="00032CB0" w:rsidRDefault="00000000">
            <w:r>
              <w:rPr>
                <w:b/>
                <w:color w:val="0A1744"/>
              </w:rPr>
              <w:t>Chapter focus</w:t>
            </w:r>
            <w:r>
              <w:rPr>
                <w:sz w:val="20"/>
              </w:rPr>
              <w:br/>
              <w:t>Position complexity clearly and calmly.</w:t>
            </w:r>
          </w:p>
        </w:tc>
      </w:tr>
    </w:tbl>
    <w:p w14:paraId="3C3B2A7F" w14:textId="77777777" w:rsidR="00032CB0" w:rsidRDefault="00032CB0"/>
    <w:p w14:paraId="44DA1CA2" w14:textId="77777777" w:rsidR="00032CB0" w:rsidRDefault="00000000">
      <w:pPr>
        <w:pStyle w:val="Heading2"/>
      </w:pPr>
      <w:r>
        <w:t>Hints &amp; tips before you start</w:t>
      </w:r>
    </w:p>
    <w:p w14:paraId="7E894C2A" w14:textId="77777777" w:rsidR="00032CB0" w:rsidRDefault="00000000">
      <w:pPr>
        <w:pStyle w:val="ListBullet"/>
      </w:pPr>
      <w:r>
        <w:t>Use rough notes first. You can polish the wording later.</w:t>
      </w:r>
    </w:p>
    <w:p w14:paraId="743BD4E0" w14:textId="77777777" w:rsidR="00032CB0" w:rsidRDefault="00000000">
      <w:pPr>
        <w:pStyle w:val="ListBullet"/>
      </w:pPr>
      <w:r>
        <w:t>Keep your target role in mind so your answers stay relevant.</w:t>
      </w:r>
    </w:p>
    <w:p w14:paraId="36628BB0" w14:textId="77777777" w:rsidR="00032CB0" w:rsidRDefault="00000000">
      <w:pPr>
        <w:pStyle w:val="ListBullet"/>
      </w:pPr>
      <w:r>
        <w:t>Do not dismiss something because it feels ordinary to you; ordinary to you may be valuable to an employer.</w:t>
      </w:r>
    </w:p>
    <w:p w14:paraId="7D95B194" w14:textId="77777777" w:rsidR="00032CB0" w:rsidRDefault="00000000">
      <w:pPr>
        <w:pStyle w:val="Heading2"/>
      </w:pPr>
      <w:r>
        <w:t>Workbook exercises</w:t>
      </w:r>
    </w:p>
    <w:p w14:paraId="72CA8861" w14:textId="77777777" w:rsidR="00032CB0" w:rsidRDefault="00000000">
      <w:pPr>
        <w:pStyle w:val="ListNumber"/>
      </w:pPr>
      <w:r>
        <w:t>Identify any gaps, pivots, consultancy periods or portfolio work.</w:t>
      </w:r>
    </w:p>
    <w:p w14:paraId="5EDED6C4" w14:textId="77777777" w:rsidR="00032CB0" w:rsidRDefault="00000000">
      <w:pPr>
        <w:spacing w:after="40"/>
      </w:pPr>
      <w:r>
        <w:t>____________________________________________________________________________________________</w:t>
      </w:r>
    </w:p>
    <w:p w14:paraId="25E1FBD7" w14:textId="77777777" w:rsidR="00032CB0" w:rsidRDefault="00000000">
      <w:pPr>
        <w:spacing w:after="40"/>
      </w:pPr>
      <w:r>
        <w:t>____________________________________________________________________________________________</w:t>
      </w:r>
    </w:p>
    <w:p w14:paraId="69872A64" w14:textId="77777777" w:rsidR="00032CB0" w:rsidRDefault="00000000">
      <w:pPr>
        <w:pStyle w:val="ListNumber"/>
      </w:pPr>
      <w:r>
        <w:t>Write a simple factual note where needed.</w:t>
      </w:r>
    </w:p>
    <w:p w14:paraId="01721C84" w14:textId="77777777" w:rsidR="00032CB0" w:rsidRDefault="00000000">
      <w:pPr>
        <w:spacing w:after="40"/>
      </w:pPr>
      <w:r>
        <w:t>____________________________________________________________________________________________</w:t>
      </w:r>
    </w:p>
    <w:p w14:paraId="11BCB3CC" w14:textId="77777777" w:rsidR="00032CB0" w:rsidRDefault="00000000">
      <w:pPr>
        <w:spacing w:after="40"/>
      </w:pPr>
      <w:r>
        <w:t>____________________________________________________________________________________________</w:t>
      </w:r>
    </w:p>
    <w:p w14:paraId="0F4A434C" w14:textId="77777777" w:rsidR="00032CB0" w:rsidRDefault="00000000">
      <w:pPr>
        <w:pStyle w:val="ListNumber"/>
      </w:pPr>
      <w:r>
        <w:t>List transferable strengths that support your target direction.</w:t>
      </w:r>
    </w:p>
    <w:p w14:paraId="2F0483B4" w14:textId="77777777" w:rsidR="00032CB0" w:rsidRDefault="00000000">
      <w:pPr>
        <w:spacing w:after="40"/>
      </w:pPr>
      <w:r>
        <w:t>____________________________________________________________________________________________</w:t>
      </w:r>
    </w:p>
    <w:p w14:paraId="5B3D5E5A" w14:textId="77777777" w:rsidR="00032CB0" w:rsidRDefault="00000000">
      <w:pPr>
        <w:spacing w:after="40"/>
      </w:pPr>
      <w:r>
        <w:t>____________________________________________________________________________________________</w:t>
      </w:r>
    </w:p>
    <w:p w14:paraId="5C598F9A" w14:textId="77777777" w:rsidR="00032CB0" w:rsidRDefault="00000000">
      <w:pPr>
        <w:pStyle w:val="Heading2"/>
      </w:pPr>
      <w:r>
        <w:t>Reflection</w:t>
      </w:r>
    </w:p>
    <w:p w14:paraId="72E6F47D" w14:textId="77777777" w:rsidR="00032CB0" w:rsidRDefault="00000000">
      <w:r>
        <w:rPr>
          <w:b/>
        </w:rPr>
        <w:t>Are you over-explaining?</w:t>
      </w:r>
    </w:p>
    <w:p w14:paraId="213E4EAE" w14:textId="77777777" w:rsidR="00032CB0" w:rsidRDefault="00000000">
      <w:pPr>
        <w:spacing w:after="40"/>
      </w:pPr>
      <w:r>
        <w:t>____________________________________________________________________________________________</w:t>
      </w:r>
    </w:p>
    <w:p w14:paraId="6E5D3902" w14:textId="77777777" w:rsidR="00032CB0" w:rsidRDefault="00000000">
      <w:pPr>
        <w:spacing w:after="40"/>
      </w:pPr>
      <w:r>
        <w:t>____________________________________________________________________________________________</w:t>
      </w:r>
    </w:p>
    <w:p w14:paraId="0960ECBA" w14:textId="77777777" w:rsidR="00032CB0" w:rsidRDefault="00000000">
      <w:r>
        <w:rPr>
          <w:b/>
        </w:rPr>
        <w:t>What context genuinely needs to be included?</w:t>
      </w:r>
    </w:p>
    <w:p w14:paraId="66665DBB" w14:textId="77777777" w:rsidR="00032CB0" w:rsidRDefault="00000000">
      <w:pPr>
        <w:spacing w:after="40"/>
      </w:pPr>
      <w:r>
        <w:t>____________________________________________________________________________________________</w:t>
      </w:r>
    </w:p>
    <w:p w14:paraId="0026B7B0" w14:textId="77777777" w:rsidR="00032CB0" w:rsidRDefault="00000000">
      <w:pPr>
        <w:spacing w:after="40"/>
      </w:pPr>
      <w:r>
        <w:t>____________________________________________________________________________________________</w:t>
      </w:r>
    </w:p>
    <w:p w14:paraId="68618BDD" w14:textId="77777777" w:rsidR="00032CB0" w:rsidRDefault="00000000">
      <w:r>
        <w:rPr>
          <w:b/>
        </w:rPr>
        <w:t>How can you make the move feel logical?</w:t>
      </w:r>
    </w:p>
    <w:p w14:paraId="013F8E95" w14:textId="77777777" w:rsidR="00032CB0" w:rsidRDefault="00000000">
      <w:pPr>
        <w:spacing w:after="40"/>
      </w:pPr>
      <w:r>
        <w:t>____________________________________________________________________________________________</w:t>
      </w:r>
    </w:p>
    <w:p w14:paraId="7E4D9E33" w14:textId="77777777" w:rsidR="00032CB0" w:rsidRDefault="00000000">
      <w:pPr>
        <w:spacing w:after="40"/>
      </w:pPr>
      <w:r>
        <w:t>____________________________________________________________________________________________</w:t>
      </w:r>
    </w:p>
    <w:p w14:paraId="02BB13F3" w14:textId="77777777" w:rsidR="00032CB0" w:rsidRDefault="00000000">
      <w:pPr>
        <w:pStyle w:val="Heading2"/>
      </w:pPr>
      <w:r>
        <w:t>Notes and ideas to carry forward</w:t>
      </w:r>
    </w:p>
    <w:p w14:paraId="5DF9153C" w14:textId="77777777" w:rsidR="00032CB0" w:rsidRDefault="00000000">
      <w:pPr>
        <w:spacing w:after="40"/>
      </w:pPr>
      <w:r>
        <w:t>____________________________________________________________________________________________</w:t>
      </w:r>
    </w:p>
    <w:p w14:paraId="37B09556" w14:textId="77777777" w:rsidR="00032CB0" w:rsidRDefault="00000000">
      <w:pPr>
        <w:spacing w:after="40"/>
      </w:pPr>
      <w:r>
        <w:t>____________________________________________________________________________________________</w:t>
      </w:r>
    </w:p>
    <w:p w14:paraId="0C5DDC5D" w14:textId="77777777" w:rsidR="00032CB0" w:rsidRDefault="00000000">
      <w:pPr>
        <w:spacing w:after="40"/>
      </w:pPr>
      <w:r>
        <w:t>____________________________________________________________________________________________</w:t>
      </w:r>
    </w:p>
    <w:p w14:paraId="07DB8047" w14:textId="77777777" w:rsidR="00032CB0" w:rsidRDefault="00000000">
      <w:pPr>
        <w:spacing w:after="40"/>
      </w:pPr>
      <w:r>
        <w:t>____________________________________________________________________________________________</w:t>
      </w:r>
    </w:p>
    <w:p w14:paraId="0AD4E8E1" w14:textId="77777777" w:rsidR="00032CB0" w:rsidRDefault="00000000">
      <w:r>
        <w:br w:type="page"/>
      </w:r>
    </w:p>
    <w:p w14:paraId="24F6C559" w14:textId="77777777" w:rsidR="00032CB0" w:rsidRDefault="00000000">
      <w:pPr>
        <w:pStyle w:val="Heading1"/>
      </w:pPr>
      <w:r>
        <w:lastRenderedPageBreak/>
        <w:t>Chapter 19 Workbook | How to present qualifications, certifications, and CPD</w:t>
      </w:r>
    </w:p>
    <w:tbl>
      <w:tblPr>
        <w:tblW w:w="0" w:type="auto"/>
        <w:jc w:val="center"/>
        <w:tblLook w:val="04A0" w:firstRow="1" w:lastRow="0" w:firstColumn="1" w:lastColumn="0" w:noHBand="0" w:noVBand="1"/>
      </w:tblPr>
      <w:tblGrid>
        <w:gridCol w:w="10368"/>
      </w:tblGrid>
      <w:tr w:rsidR="00032CB0" w14:paraId="056FF79A" w14:textId="77777777">
        <w:trPr>
          <w:jc w:val="center"/>
        </w:trPr>
        <w:tc>
          <w:tcPr>
            <w:tcW w:w="10368" w:type="dxa"/>
            <w:shd w:val="clear" w:color="auto" w:fill="F4F9FC"/>
          </w:tcPr>
          <w:p w14:paraId="29FDB75B" w14:textId="77777777" w:rsidR="00032CB0" w:rsidRDefault="00000000">
            <w:r>
              <w:rPr>
                <w:b/>
                <w:color w:val="0A1744"/>
              </w:rPr>
              <w:t>Chapter focus</w:t>
            </w:r>
            <w:r>
              <w:rPr>
                <w:sz w:val="20"/>
              </w:rPr>
              <w:br/>
              <w:t>Select qualifications and learning that support credibility.</w:t>
            </w:r>
          </w:p>
        </w:tc>
      </w:tr>
    </w:tbl>
    <w:p w14:paraId="337A84BF" w14:textId="77777777" w:rsidR="00032CB0" w:rsidRDefault="00032CB0"/>
    <w:p w14:paraId="7E4356E5" w14:textId="77777777" w:rsidR="00032CB0" w:rsidRDefault="00000000">
      <w:pPr>
        <w:pStyle w:val="Heading2"/>
      </w:pPr>
      <w:r>
        <w:t>Hints &amp; tips before you start</w:t>
      </w:r>
    </w:p>
    <w:p w14:paraId="78698247" w14:textId="77777777" w:rsidR="00032CB0" w:rsidRDefault="00000000">
      <w:pPr>
        <w:pStyle w:val="ListBullet"/>
      </w:pPr>
      <w:r>
        <w:t>Use rough notes first. You can polish the wording later.</w:t>
      </w:r>
    </w:p>
    <w:p w14:paraId="02B7DE00" w14:textId="77777777" w:rsidR="00032CB0" w:rsidRDefault="00000000">
      <w:pPr>
        <w:pStyle w:val="ListBullet"/>
      </w:pPr>
      <w:r>
        <w:t>Keep your target role in mind so your answers stay relevant.</w:t>
      </w:r>
    </w:p>
    <w:p w14:paraId="62CC5162" w14:textId="77777777" w:rsidR="00032CB0" w:rsidRDefault="00000000">
      <w:pPr>
        <w:pStyle w:val="ListBullet"/>
      </w:pPr>
      <w:r>
        <w:t>Do not dismiss something because it feels ordinary to you; ordinary to you may be valuable to an employer.</w:t>
      </w:r>
    </w:p>
    <w:p w14:paraId="535AFCF6" w14:textId="77777777" w:rsidR="00032CB0" w:rsidRDefault="00000000">
      <w:pPr>
        <w:pStyle w:val="Heading2"/>
      </w:pPr>
      <w:r>
        <w:t>Workbook exercises</w:t>
      </w:r>
    </w:p>
    <w:p w14:paraId="64A74A79" w14:textId="77777777" w:rsidR="00032CB0" w:rsidRDefault="00000000">
      <w:pPr>
        <w:pStyle w:val="ListNumber"/>
      </w:pPr>
      <w:r>
        <w:t>List all qualifications, training and memberships.</w:t>
      </w:r>
    </w:p>
    <w:p w14:paraId="00E0ED63" w14:textId="77777777" w:rsidR="00032CB0" w:rsidRDefault="00000000">
      <w:pPr>
        <w:spacing w:after="40"/>
      </w:pPr>
      <w:r>
        <w:t>____________________________________________________________________________________________</w:t>
      </w:r>
    </w:p>
    <w:p w14:paraId="4FFF91E1" w14:textId="77777777" w:rsidR="00032CB0" w:rsidRDefault="00000000">
      <w:pPr>
        <w:spacing w:after="40"/>
      </w:pPr>
      <w:r>
        <w:t>____________________________________________________________________________________________</w:t>
      </w:r>
    </w:p>
    <w:p w14:paraId="1A8C574F" w14:textId="77777777" w:rsidR="00032CB0" w:rsidRDefault="00000000">
      <w:pPr>
        <w:pStyle w:val="ListNumber"/>
      </w:pPr>
      <w:r>
        <w:t>Mark each as essential, useful or remove.</w:t>
      </w:r>
    </w:p>
    <w:p w14:paraId="14FE263A" w14:textId="77777777" w:rsidR="00032CB0" w:rsidRDefault="00000000">
      <w:pPr>
        <w:spacing w:after="40"/>
      </w:pPr>
      <w:r>
        <w:t>____________________________________________________________________________________________</w:t>
      </w:r>
    </w:p>
    <w:p w14:paraId="750D3F35" w14:textId="77777777" w:rsidR="00032CB0" w:rsidRDefault="00000000">
      <w:pPr>
        <w:spacing w:after="40"/>
      </w:pPr>
      <w:r>
        <w:t>____________________________________________________________________________________________</w:t>
      </w:r>
    </w:p>
    <w:p w14:paraId="183EC0AE" w14:textId="77777777" w:rsidR="00032CB0" w:rsidRDefault="00000000">
      <w:pPr>
        <w:pStyle w:val="ListNumber"/>
      </w:pPr>
      <w:r>
        <w:t>Create your final qualifications section.</w:t>
      </w:r>
    </w:p>
    <w:p w14:paraId="3A728065" w14:textId="77777777" w:rsidR="00032CB0" w:rsidRDefault="00000000">
      <w:pPr>
        <w:spacing w:after="40"/>
      </w:pPr>
      <w:r>
        <w:t>____________________________________________________________________________________________</w:t>
      </w:r>
    </w:p>
    <w:p w14:paraId="55B46A79" w14:textId="77777777" w:rsidR="00032CB0" w:rsidRDefault="00000000">
      <w:pPr>
        <w:spacing w:after="40"/>
      </w:pPr>
      <w:r>
        <w:t>____________________________________________________________________________________________</w:t>
      </w:r>
    </w:p>
    <w:p w14:paraId="05657E40" w14:textId="77777777" w:rsidR="00032CB0" w:rsidRDefault="00000000">
      <w:pPr>
        <w:pStyle w:val="Heading2"/>
      </w:pPr>
      <w:r>
        <w:t>Reflection</w:t>
      </w:r>
    </w:p>
    <w:p w14:paraId="21A90C02" w14:textId="77777777" w:rsidR="00032CB0" w:rsidRDefault="00000000">
      <w:r>
        <w:rPr>
          <w:b/>
        </w:rPr>
        <w:t>Does the section support your target role?</w:t>
      </w:r>
    </w:p>
    <w:p w14:paraId="6D3E6963" w14:textId="77777777" w:rsidR="00032CB0" w:rsidRDefault="00000000">
      <w:pPr>
        <w:spacing w:after="40"/>
      </w:pPr>
      <w:r>
        <w:t>____________________________________________________________________________________________</w:t>
      </w:r>
    </w:p>
    <w:p w14:paraId="0E5DF1CE" w14:textId="77777777" w:rsidR="00032CB0" w:rsidRDefault="00000000">
      <w:pPr>
        <w:spacing w:after="40"/>
      </w:pPr>
      <w:r>
        <w:t>____________________________________________________________________________________________</w:t>
      </w:r>
    </w:p>
    <w:p w14:paraId="4512229C" w14:textId="77777777" w:rsidR="00032CB0" w:rsidRDefault="00000000">
      <w:r>
        <w:rPr>
          <w:b/>
        </w:rPr>
        <w:t>Are you including outdated items that add little value?</w:t>
      </w:r>
    </w:p>
    <w:p w14:paraId="63C68C0B" w14:textId="77777777" w:rsidR="00032CB0" w:rsidRDefault="00000000">
      <w:pPr>
        <w:spacing w:after="40"/>
      </w:pPr>
      <w:r>
        <w:t>____________________________________________________________________________________________</w:t>
      </w:r>
    </w:p>
    <w:p w14:paraId="52F765E0" w14:textId="77777777" w:rsidR="00032CB0" w:rsidRDefault="00000000">
      <w:pPr>
        <w:spacing w:after="40"/>
      </w:pPr>
      <w:r>
        <w:t>____________________________________________________________________________________________</w:t>
      </w:r>
    </w:p>
    <w:p w14:paraId="780C2115" w14:textId="77777777" w:rsidR="00032CB0" w:rsidRDefault="00000000">
      <w:r>
        <w:rPr>
          <w:b/>
        </w:rPr>
        <w:t>Is anything missing that strengthens credibility?</w:t>
      </w:r>
    </w:p>
    <w:p w14:paraId="045E1340" w14:textId="77777777" w:rsidR="00032CB0" w:rsidRDefault="00000000">
      <w:pPr>
        <w:spacing w:after="40"/>
      </w:pPr>
      <w:r>
        <w:t>____________________________________________________________________________________________</w:t>
      </w:r>
    </w:p>
    <w:p w14:paraId="28153207" w14:textId="77777777" w:rsidR="00032CB0" w:rsidRDefault="00000000">
      <w:pPr>
        <w:spacing w:after="40"/>
      </w:pPr>
      <w:r>
        <w:t>____________________________________________________________________________________________</w:t>
      </w:r>
    </w:p>
    <w:p w14:paraId="502CFDB9" w14:textId="77777777" w:rsidR="00032CB0" w:rsidRDefault="00000000">
      <w:pPr>
        <w:pStyle w:val="Heading2"/>
      </w:pPr>
      <w:r>
        <w:t>Notes and ideas to carry forward</w:t>
      </w:r>
    </w:p>
    <w:p w14:paraId="690E9179" w14:textId="77777777" w:rsidR="00032CB0" w:rsidRDefault="00000000">
      <w:pPr>
        <w:spacing w:after="40"/>
      </w:pPr>
      <w:r>
        <w:t>____________________________________________________________________________________________</w:t>
      </w:r>
    </w:p>
    <w:p w14:paraId="6EEFC50B" w14:textId="77777777" w:rsidR="00032CB0" w:rsidRDefault="00000000">
      <w:pPr>
        <w:spacing w:after="40"/>
      </w:pPr>
      <w:r>
        <w:t>____________________________________________________________________________________________</w:t>
      </w:r>
    </w:p>
    <w:p w14:paraId="7F671B06" w14:textId="77777777" w:rsidR="00032CB0" w:rsidRDefault="00000000">
      <w:pPr>
        <w:spacing w:after="40"/>
      </w:pPr>
      <w:r>
        <w:t>____________________________________________________________________________________________</w:t>
      </w:r>
    </w:p>
    <w:p w14:paraId="3184A1E7" w14:textId="77777777" w:rsidR="00032CB0" w:rsidRDefault="00000000">
      <w:pPr>
        <w:spacing w:after="40"/>
      </w:pPr>
      <w:r>
        <w:t>____________________________________________________________________________________________</w:t>
      </w:r>
    </w:p>
    <w:p w14:paraId="4843E3F9" w14:textId="77777777" w:rsidR="00032CB0" w:rsidRDefault="00000000">
      <w:r>
        <w:br w:type="page"/>
      </w:r>
    </w:p>
    <w:p w14:paraId="6F8DA51D" w14:textId="77777777" w:rsidR="00032CB0" w:rsidRDefault="00000000">
      <w:pPr>
        <w:pStyle w:val="Heading1"/>
      </w:pPr>
      <w:r>
        <w:lastRenderedPageBreak/>
        <w:t>Chapter 20 Workbook | Additional Information: What helps and what does not</w:t>
      </w:r>
    </w:p>
    <w:tbl>
      <w:tblPr>
        <w:tblW w:w="0" w:type="auto"/>
        <w:jc w:val="center"/>
        <w:tblLook w:val="04A0" w:firstRow="1" w:lastRow="0" w:firstColumn="1" w:lastColumn="0" w:noHBand="0" w:noVBand="1"/>
      </w:tblPr>
      <w:tblGrid>
        <w:gridCol w:w="10368"/>
      </w:tblGrid>
      <w:tr w:rsidR="00032CB0" w14:paraId="47D8660B" w14:textId="77777777">
        <w:trPr>
          <w:jc w:val="center"/>
        </w:trPr>
        <w:tc>
          <w:tcPr>
            <w:tcW w:w="10368" w:type="dxa"/>
            <w:shd w:val="clear" w:color="auto" w:fill="F4F9FC"/>
          </w:tcPr>
          <w:p w14:paraId="28044BB0" w14:textId="77777777" w:rsidR="00032CB0" w:rsidRDefault="00000000">
            <w:r>
              <w:rPr>
                <w:b/>
                <w:color w:val="0A1744"/>
              </w:rPr>
              <w:t>Chapter focus</w:t>
            </w:r>
            <w:r>
              <w:rPr>
                <w:sz w:val="20"/>
              </w:rPr>
              <w:br/>
              <w:t>Include only additional information that strengthens fit, credibility or context.</w:t>
            </w:r>
          </w:p>
        </w:tc>
      </w:tr>
    </w:tbl>
    <w:p w14:paraId="53CF9C4C" w14:textId="77777777" w:rsidR="00032CB0" w:rsidRDefault="00032CB0"/>
    <w:p w14:paraId="5EABE374" w14:textId="77777777" w:rsidR="00032CB0" w:rsidRDefault="00000000">
      <w:pPr>
        <w:pStyle w:val="Heading2"/>
      </w:pPr>
      <w:r>
        <w:t>Hints &amp; tips before you start</w:t>
      </w:r>
    </w:p>
    <w:p w14:paraId="0341BCCD" w14:textId="77777777" w:rsidR="00032CB0" w:rsidRDefault="00000000">
      <w:pPr>
        <w:pStyle w:val="ListBullet"/>
      </w:pPr>
      <w:r>
        <w:t>Use rough notes first. You can polish the wording later.</w:t>
      </w:r>
    </w:p>
    <w:p w14:paraId="0BF4A7EB" w14:textId="77777777" w:rsidR="00032CB0" w:rsidRDefault="00000000">
      <w:pPr>
        <w:pStyle w:val="ListBullet"/>
      </w:pPr>
      <w:r>
        <w:t>Keep your target role in mind so your answers stay relevant.</w:t>
      </w:r>
    </w:p>
    <w:p w14:paraId="43DA92A1" w14:textId="77777777" w:rsidR="00032CB0" w:rsidRDefault="00000000">
      <w:pPr>
        <w:pStyle w:val="ListBullet"/>
      </w:pPr>
      <w:r>
        <w:t>Do not dismiss something because it feels ordinary to you; ordinary to you may be valuable to an employer.</w:t>
      </w:r>
    </w:p>
    <w:p w14:paraId="3337F40F" w14:textId="77777777" w:rsidR="00032CB0" w:rsidRDefault="00000000">
      <w:pPr>
        <w:pStyle w:val="Heading2"/>
      </w:pPr>
      <w:r>
        <w:t>Workbook exercises</w:t>
      </w:r>
    </w:p>
    <w:p w14:paraId="049ABC3E" w14:textId="77777777" w:rsidR="00032CB0" w:rsidRDefault="00000000">
      <w:pPr>
        <w:pStyle w:val="ListNumber"/>
      </w:pPr>
      <w:r>
        <w:t>List systems, tools, languages, memberships, voluntary roles or extras.</w:t>
      </w:r>
    </w:p>
    <w:p w14:paraId="3F34535E" w14:textId="77777777" w:rsidR="00032CB0" w:rsidRDefault="00000000">
      <w:pPr>
        <w:spacing w:after="40"/>
      </w:pPr>
      <w:r>
        <w:t>____________________________________________________________________________________________</w:t>
      </w:r>
    </w:p>
    <w:p w14:paraId="556F0381" w14:textId="77777777" w:rsidR="00032CB0" w:rsidRDefault="00000000">
      <w:pPr>
        <w:spacing w:after="40"/>
      </w:pPr>
      <w:r>
        <w:t>____________________________________________________________________________________________</w:t>
      </w:r>
    </w:p>
    <w:p w14:paraId="1EE65B36" w14:textId="77777777" w:rsidR="00032CB0" w:rsidRDefault="00000000">
      <w:pPr>
        <w:pStyle w:val="ListNumber"/>
      </w:pPr>
      <w:r>
        <w:t>Decide what belongs on the CV and what does not.</w:t>
      </w:r>
    </w:p>
    <w:p w14:paraId="0645D6F3" w14:textId="77777777" w:rsidR="00032CB0" w:rsidRDefault="00000000">
      <w:pPr>
        <w:spacing w:after="40"/>
      </w:pPr>
      <w:r>
        <w:t>____________________________________________________________________________________________</w:t>
      </w:r>
    </w:p>
    <w:p w14:paraId="4053E1D3" w14:textId="77777777" w:rsidR="00032CB0" w:rsidRDefault="00000000">
      <w:pPr>
        <w:spacing w:after="40"/>
      </w:pPr>
      <w:r>
        <w:t>____________________________________________________________________________________________</w:t>
      </w:r>
    </w:p>
    <w:p w14:paraId="6D0B224F" w14:textId="77777777" w:rsidR="00032CB0" w:rsidRDefault="00000000">
      <w:pPr>
        <w:pStyle w:val="ListNumber"/>
      </w:pPr>
      <w:r>
        <w:t>Group items cleanly.</w:t>
      </w:r>
    </w:p>
    <w:p w14:paraId="5F30158D" w14:textId="77777777" w:rsidR="00032CB0" w:rsidRDefault="00000000">
      <w:pPr>
        <w:spacing w:after="40"/>
      </w:pPr>
      <w:r>
        <w:t>____________________________________________________________________________________________</w:t>
      </w:r>
    </w:p>
    <w:p w14:paraId="52B7AEF1" w14:textId="77777777" w:rsidR="00032CB0" w:rsidRDefault="00000000">
      <w:pPr>
        <w:spacing w:after="40"/>
      </w:pPr>
      <w:r>
        <w:t>____________________________________________________________________________________________</w:t>
      </w:r>
    </w:p>
    <w:p w14:paraId="6BBF42E4" w14:textId="77777777" w:rsidR="00032CB0" w:rsidRDefault="00000000">
      <w:pPr>
        <w:pStyle w:val="Heading2"/>
      </w:pPr>
      <w:r>
        <w:t>Reflection</w:t>
      </w:r>
    </w:p>
    <w:p w14:paraId="237621E3" w14:textId="77777777" w:rsidR="00032CB0" w:rsidRDefault="00000000">
      <w:r>
        <w:rPr>
          <w:b/>
        </w:rPr>
        <w:t>Is this useful to a recruiter?</w:t>
      </w:r>
    </w:p>
    <w:p w14:paraId="05FEBB17" w14:textId="77777777" w:rsidR="00032CB0" w:rsidRDefault="00000000">
      <w:pPr>
        <w:spacing w:after="40"/>
      </w:pPr>
      <w:r>
        <w:t>____________________________________________________________________________________________</w:t>
      </w:r>
    </w:p>
    <w:p w14:paraId="185C089F" w14:textId="77777777" w:rsidR="00032CB0" w:rsidRDefault="00000000">
      <w:pPr>
        <w:spacing w:after="40"/>
      </w:pPr>
      <w:r>
        <w:t>____________________________________________________________________________________________</w:t>
      </w:r>
    </w:p>
    <w:p w14:paraId="1DC37622" w14:textId="77777777" w:rsidR="00032CB0" w:rsidRDefault="00000000">
      <w:r>
        <w:rPr>
          <w:b/>
        </w:rPr>
        <w:t>Does it add evidence or just fill space?</w:t>
      </w:r>
    </w:p>
    <w:p w14:paraId="6E97BCEE" w14:textId="77777777" w:rsidR="00032CB0" w:rsidRDefault="00000000">
      <w:pPr>
        <w:spacing w:after="40"/>
      </w:pPr>
      <w:r>
        <w:t>____________________________________________________________________________________________</w:t>
      </w:r>
    </w:p>
    <w:p w14:paraId="4E37FAB5" w14:textId="77777777" w:rsidR="00032CB0" w:rsidRDefault="00000000">
      <w:pPr>
        <w:spacing w:after="40"/>
      </w:pPr>
      <w:r>
        <w:t>____________________________________________________________________________________________</w:t>
      </w:r>
    </w:p>
    <w:p w14:paraId="5499E285" w14:textId="77777777" w:rsidR="00032CB0" w:rsidRDefault="00000000">
      <w:r>
        <w:rPr>
          <w:b/>
        </w:rPr>
        <w:t>Could any of it sit better on LinkedIn?</w:t>
      </w:r>
    </w:p>
    <w:p w14:paraId="2E93F051" w14:textId="77777777" w:rsidR="00032CB0" w:rsidRDefault="00000000">
      <w:pPr>
        <w:spacing w:after="40"/>
      </w:pPr>
      <w:r>
        <w:t>____________________________________________________________________________________________</w:t>
      </w:r>
    </w:p>
    <w:p w14:paraId="7C7731C2" w14:textId="77777777" w:rsidR="00032CB0" w:rsidRDefault="00000000">
      <w:pPr>
        <w:spacing w:after="40"/>
      </w:pPr>
      <w:r>
        <w:t>____________________________________________________________________________________________</w:t>
      </w:r>
    </w:p>
    <w:p w14:paraId="03BCD39F" w14:textId="77777777" w:rsidR="00032CB0" w:rsidRDefault="00000000">
      <w:pPr>
        <w:pStyle w:val="Heading2"/>
      </w:pPr>
      <w:r>
        <w:t>Notes and ideas to carry forward</w:t>
      </w:r>
    </w:p>
    <w:p w14:paraId="7E0F1CDA" w14:textId="77777777" w:rsidR="00032CB0" w:rsidRDefault="00000000">
      <w:pPr>
        <w:spacing w:after="40"/>
      </w:pPr>
      <w:r>
        <w:t>____________________________________________________________________________________________</w:t>
      </w:r>
    </w:p>
    <w:p w14:paraId="24D2C9D6" w14:textId="77777777" w:rsidR="00032CB0" w:rsidRDefault="00000000">
      <w:pPr>
        <w:spacing w:after="40"/>
      </w:pPr>
      <w:r>
        <w:t>____________________________________________________________________________________________</w:t>
      </w:r>
    </w:p>
    <w:p w14:paraId="4595ED49" w14:textId="77777777" w:rsidR="00032CB0" w:rsidRDefault="00000000">
      <w:pPr>
        <w:spacing w:after="40"/>
      </w:pPr>
      <w:r>
        <w:t>____________________________________________________________________________________________</w:t>
      </w:r>
    </w:p>
    <w:p w14:paraId="23BCDB7E" w14:textId="77777777" w:rsidR="00032CB0" w:rsidRDefault="00000000">
      <w:pPr>
        <w:spacing w:after="40"/>
      </w:pPr>
      <w:r>
        <w:t>____________________________________________________________________________________________</w:t>
      </w:r>
    </w:p>
    <w:p w14:paraId="1F3D3FAD" w14:textId="77777777" w:rsidR="00032CB0" w:rsidRDefault="00000000">
      <w:r>
        <w:br w:type="page"/>
      </w:r>
    </w:p>
    <w:p w14:paraId="0BC08D98" w14:textId="77777777" w:rsidR="00032CB0" w:rsidRDefault="00000000">
      <w:pPr>
        <w:pStyle w:val="Heading1"/>
      </w:pPr>
      <w:r>
        <w:lastRenderedPageBreak/>
        <w:t>Chapter 21 Workbook | Layout, Style, and Presentation</w:t>
      </w:r>
    </w:p>
    <w:tbl>
      <w:tblPr>
        <w:tblW w:w="0" w:type="auto"/>
        <w:jc w:val="center"/>
        <w:tblLook w:val="04A0" w:firstRow="1" w:lastRow="0" w:firstColumn="1" w:lastColumn="0" w:noHBand="0" w:noVBand="1"/>
      </w:tblPr>
      <w:tblGrid>
        <w:gridCol w:w="10368"/>
      </w:tblGrid>
      <w:tr w:rsidR="00032CB0" w14:paraId="4E8B9B10" w14:textId="77777777">
        <w:trPr>
          <w:jc w:val="center"/>
        </w:trPr>
        <w:tc>
          <w:tcPr>
            <w:tcW w:w="10368" w:type="dxa"/>
            <w:shd w:val="clear" w:color="auto" w:fill="F4F9FC"/>
          </w:tcPr>
          <w:p w14:paraId="7504A71B" w14:textId="77777777" w:rsidR="00032CB0" w:rsidRDefault="00000000">
            <w:r>
              <w:rPr>
                <w:b/>
                <w:color w:val="0A1744"/>
              </w:rPr>
              <w:t>Chapter focus</w:t>
            </w:r>
            <w:r>
              <w:rPr>
                <w:sz w:val="20"/>
              </w:rPr>
              <w:br/>
              <w:t>Review the CV’s visual readability and structure.</w:t>
            </w:r>
          </w:p>
        </w:tc>
      </w:tr>
    </w:tbl>
    <w:p w14:paraId="5CC89026" w14:textId="77777777" w:rsidR="00032CB0" w:rsidRDefault="00032CB0"/>
    <w:p w14:paraId="154EEBC2" w14:textId="77777777" w:rsidR="00032CB0" w:rsidRDefault="00000000">
      <w:pPr>
        <w:pStyle w:val="Heading2"/>
      </w:pPr>
      <w:r>
        <w:t>Hints &amp; tips before you start</w:t>
      </w:r>
    </w:p>
    <w:p w14:paraId="0FB71ED0" w14:textId="77777777" w:rsidR="00032CB0" w:rsidRDefault="00000000">
      <w:pPr>
        <w:pStyle w:val="ListBullet"/>
      </w:pPr>
      <w:r>
        <w:t>Use rough notes first. You can polish the wording later.</w:t>
      </w:r>
    </w:p>
    <w:p w14:paraId="7F25C0EA" w14:textId="77777777" w:rsidR="00032CB0" w:rsidRDefault="00000000">
      <w:pPr>
        <w:pStyle w:val="ListBullet"/>
      </w:pPr>
      <w:r>
        <w:t>Keep your target role in mind so your answers stay relevant.</w:t>
      </w:r>
    </w:p>
    <w:p w14:paraId="6666C96A" w14:textId="77777777" w:rsidR="00032CB0" w:rsidRDefault="00000000">
      <w:pPr>
        <w:pStyle w:val="ListBullet"/>
      </w:pPr>
      <w:r>
        <w:t>Do not dismiss something because it feels ordinary to you; ordinary to you may be valuable to an employer.</w:t>
      </w:r>
    </w:p>
    <w:p w14:paraId="1049E3D1" w14:textId="77777777" w:rsidR="00032CB0" w:rsidRDefault="00000000">
      <w:pPr>
        <w:pStyle w:val="Heading2"/>
      </w:pPr>
      <w:r>
        <w:t>Workbook exercises</w:t>
      </w:r>
    </w:p>
    <w:p w14:paraId="7DB58983" w14:textId="77777777" w:rsidR="00032CB0" w:rsidRDefault="00000000">
      <w:pPr>
        <w:pStyle w:val="ListNumber"/>
      </w:pPr>
      <w:r>
        <w:t>Audit your CV layout against the checklist.</w:t>
      </w:r>
    </w:p>
    <w:p w14:paraId="38695675" w14:textId="77777777" w:rsidR="00032CB0" w:rsidRDefault="00000000">
      <w:pPr>
        <w:spacing w:after="40"/>
      </w:pPr>
      <w:r>
        <w:t>____________________________________________________________________________________________</w:t>
      </w:r>
    </w:p>
    <w:p w14:paraId="3C26A7B0" w14:textId="77777777" w:rsidR="00032CB0" w:rsidRDefault="00000000">
      <w:pPr>
        <w:spacing w:after="40"/>
      </w:pPr>
      <w:r>
        <w:t>____________________________________________________________________________________________</w:t>
      </w:r>
    </w:p>
    <w:p w14:paraId="31FBD4F8" w14:textId="77777777" w:rsidR="00032CB0" w:rsidRDefault="00000000">
      <w:pPr>
        <w:pStyle w:val="ListNumber"/>
      </w:pPr>
      <w:r>
        <w:t>Check spacing, headings, font size and page balance.</w:t>
      </w:r>
    </w:p>
    <w:p w14:paraId="2525F341" w14:textId="77777777" w:rsidR="00032CB0" w:rsidRDefault="00000000">
      <w:pPr>
        <w:spacing w:after="40"/>
      </w:pPr>
      <w:r>
        <w:t>____________________________________________________________________________________________</w:t>
      </w:r>
    </w:p>
    <w:p w14:paraId="3BF1D131" w14:textId="77777777" w:rsidR="00032CB0" w:rsidRDefault="00000000">
      <w:pPr>
        <w:spacing w:after="40"/>
      </w:pPr>
      <w:r>
        <w:t>____________________________________________________________________________________________</w:t>
      </w:r>
    </w:p>
    <w:p w14:paraId="46F310B4" w14:textId="77777777" w:rsidR="00032CB0" w:rsidRDefault="00000000">
      <w:pPr>
        <w:pStyle w:val="ListNumber"/>
      </w:pPr>
      <w:r>
        <w:t>Remove anything that makes reading harder.</w:t>
      </w:r>
    </w:p>
    <w:p w14:paraId="75D4A34D" w14:textId="77777777" w:rsidR="00032CB0" w:rsidRDefault="00000000">
      <w:pPr>
        <w:spacing w:after="40"/>
      </w:pPr>
      <w:r>
        <w:t>____________________________________________________________________________________________</w:t>
      </w:r>
    </w:p>
    <w:p w14:paraId="7989BFF9" w14:textId="77777777" w:rsidR="00032CB0" w:rsidRDefault="00000000">
      <w:pPr>
        <w:spacing w:after="40"/>
      </w:pPr>
      <w:r>
        <w:t>____________________________________________________________________________________________</w:t>
      </w:r>
    </w:p>
    <w:tbl>
      <w:tblPr>
        <w:tblW w:w="0" w:type="auto"/>
        <w:jc w:val="center"/>
        <w:tblLook w:val="04A0" w:firstRow="1" w:lastRow="0" w:firstColumn="1" w:lastColumn="0" w:noHBand="0" w:noVBand="1"/>
      </w:tblPr>
      <w:tblGrid>
        <w:gridCol w:w="5184"/>
        <w:gridCol w:w="5184"/>
      </w:tblGrid>
      <w:tr w:rsidR="00032CB0" w14:paraId="62646FFF" w14:textId="77777777">
        <w:trPr>
          <w:jc w:val="center"/>
        </w:trPr>
        <w:tc>
          <w:tcPr>
            <w:tcW w:w="5184" w:type="dxa"/>
          </w:tcPr>
          <w:p w14:paraId="3496AF2A" w14:textId="77777777" w:rsidR="00032CB0" w:rsidRDefault="00000000">
            <w:r>
              <w:rPr>
                <w:sz w:val="18"/>
              </w:rPr>
              <w:t>☐ Clear headings</w:t>
            </w:r>
          </w:p>
        </w:tc>
        <w:tc>
          <w:tcPr>
            <w:tcW w:w="5184" w:type="dxa"/>
          </w:tcPr>
          <w:p w14:paraId="13CAB3E7" w14:textId="77777777" w:rsidR="00032CB0" w:rsidRDefault="00000000">
            <w:r>
              <w:rPr>
                <w:sz w:val="18"/>
              </w:rPr>
              <w:t>☐ Readable font</w:t>
            </w:r>
          </w:p>
        </w:tc>
      </w:tr>
      <w:tr w:rsidR="00032CB0" w14:paraId="4D578D72" w14:textId="77777777">
        <w:trPr>
          <w:jc w:val="center"/>
        </w:trPr>
        <w:tc>
          <w:tcPr>
            <w:tcW w:w="5184" w:type="dxa"/>
          </w:tcPr>
          <w:p w14:paraId="422963A0" w14:textId="77777777" w:rsidR="00032CB0" w:rsidRDefault="00000000">
            <w:r>
              <w:rPr>
                <w:sz w:val="18"/>
              </w:rPr>
              <w:t>☐ Consistent spacing</w:t>
            </w:r>
          </w:p>
        </w:tc>
        <w:tc>
          <w:tcPr>
            <w:tcW w:w="5184" w:type="dxa"/>
          </w:tcPr>
          <w:p w14:paraId="48DFD0BC" w14:textId="77777777" w:rsidR="00032CB0" w:rsidRDefault="00000000">
            <w:r>
              <w:rPr>
                <w:sz w:val="18"/>
              </w:rPr>
              <w:t>☐ Strong top third</w:t>
            </w:r>
          </w:p>
        </w:tc>
      </w:tr>
      <w:tr w:rsidR="00032CB0" w14:paraId="2A732AC4" w14:textId="77777777">
        <w:trPr>
          <w:jc w:val="center"/>
        </w:trPr>
        <w:tc>
          <w:tcPr>
            <w:tcW w:w="5184" w:type="dxa"/>
          </w:tcPr>
          <w:p w14:paraId="32DA1D64" w14:textId="77777777" w:rsidR="00032CB0" w:rsidRDefault="00000000">
            <w:r>
              <w:rPr>
                <w:sz w:val="18"/>
              </w:rPr>
              <w:t>☐ No dense text blocks</w:t>
            </w:r>
          </w:p>
        </w:tc>
        <w:tc>
          <w:tcPr>
            <w:tcW w:w="5184" w:type="dxa"/>
          </w:tcPr>
          <w:p w14:paraId="74A64A09" w14:textId="77777777" w:rsidR="00032CB0" w:rsidRDefault="00000000">
            <w:r>
              <w:rPr>
                <w:sz w:val="18"/>
              </w:rPr>
              <w:t>☐ No distracting graphics</w:t>
            </w:r>
          </w:p>
        </w:tc>
      </w:tr>
      <w:tr w:rsidR="00032CB0" w14:paraId="02250FC0" w14:textId="77777777">
        <w:trPr>
          <w:jc w:val="center"/>
        </w:trPr>
        <w:tc>
          <w:tcPr>
            <w:tcW w:w="5184" w:type="dxa"/>
          </w:tcPr>
          <w:p w14:paraId="1F3C5F79" w14:textId="77777777" w:rsidR="00032CB0" w:rsidRDefault="00000000">
            <w:r>
              <w:rPr>
                <w:sz w:val="18"/>
              </w:rPr>
              <w:t>☐ ATS-friendly structure</w:t>
            </w:r>
          </w:p>
        </w:tc>
        <w:tc>
          <w:tcPr>
            <w:tcW w:w="5184" w:type="dxa"/>
          </w:tcPr>
          <w:p w14:paraId="6A275642" w14:textId="77777777" w:rsidR="00032CB0" w:rsidRDefault="00000000">
            <w:r>
              <w:rPr>
                <w:sz w:val="18"/>
              </w:rPr>
              <w:t>☐ Enough white space</w:t>
            </w:r>
          </w:p>
        </w:tc>
      </w:tr>
      <w:tr w:rsidR="00032CB0" w14:paraId="0C2FDBA0" w14:textId="77777777">
        <w:trPr>
          <w:jc w:val="center"/>
        </w:trPr>
        <w:tc>
          <w:tcPr>
            <w:tcW w:w="5184" w:type="dxa"/>
          </w:tcPr>
          <w:p w14:paraId="62D9F032" w14:textId="77777777" w:rsidR="00032CB0" w:rsidRDefault="00000000">
            <w:r>
              <w:rPr>
                <w:sz w:val="18"/>
              </w:rPr>
              <w:t>☐ Consistent bullet style</w:t>
            </w:r>
          </w:p>
        </w:tc>
        <w:tc>
          <w:tcPr>
            <w:tcW w:w="5184" w:type="dxa"/>
          </w:tcPr>
          <w:p w14:paraId="5DE097E4" w14:textId="77777777" w:rsidR="00032CB0" w:rsidRDefault="00000000">
            <w:r>
              <w:rPr>
                <w:sz w:val="18"/>
              </w:rPr>
              <w:t>☐ Contact details clear</w:t>
            </w:r>
          </w:p>
        </w:tc>
      </w:tr>
    </w:tbl>
    <w:p w14:paraId="23093BC7" w14:textId="77777777" w:rsidR="00032CB0" w:rsidRDefault="00032CB0"/>
    <w:p w14:paraId="3447130A" w14:textId="77777777" w:rsidR="00032CB0" w:rsidRDefault="00000000">
      <w:pPr>
        <w:pStyle w:val="Heading2"/>
      </w:pPr>
      <w:r>
        <w:t>Reflection</w:t>
      </w:r>
    </w:p>
    <w:p w14:paraId="25B246FE" w14:textId="77777777" w:rsidR="00032CB0" w:rsidRDefault="00000000">
      <w:r>
        <w:rPr>
          <w:b/>
        </w:rPr>
        <w:t>Does the CV feel calm and professional?</w:t>
      </w:r>
    </w:p>
    <w:p w14:paraId="435A4861" w14:textId="77777777" w:rsidR="00032CB0" w:rsidRDefault="00000000">
      <w:pPr>
        <w:spacing w:after="40"/>
      </w:pPr>
      <w:r>
        <w:t>____________________________________________________________________________________________</w:t>
      </w:r>
    </w:p>
    <w:p w14:paraId="79977D5D" w14:textId="77777777" w:rsidR="00032CB0" w:rsidRDefault="00000000">
      <w:pPr>
        <w:spacing w:after="40"/>
      </w:pPr>
      <w:r>
        <w:t>____________________________________________________________________________________________</w:t>
      </w:r>
    </w:p>
    <w:p w14:paraId="43B1479B" w14:textId="77777777" w:rsidR="00032CB0" w:rsidRDefault="00000000">
      <w:r>
        <w:rPr>
          <w:b/>
        </w:rPr>
        <w:t>Can someone scan it quickly?</w:t>
      </w:r>
    </w:p>
    <w:p w14:paraId="0314D1AA" w14:textId="77777777" w:rsidR="00032CB0" w:rsidRDefault="00000000">
      <w:pPr>
        <w:spacing w:after="40"/>
      </w:pPr>
      <w:r>
        <w:t>____________________________________________________________________________________________</w:t>
      </w:r>
    </w:p>
    <w:p w14:paraId="50BC1DC1" w14:textId="77777777" w:rsidR="00032CB0" w:rsidRDefault="00000000">
      <w:pPr>
        <w:spacing w:after="40"/>
      </w:pPr>
      <w:r>
        <w:t>____________________________________________________________________________________________</w:t>
      </w:r>
    </w:p>
    <w:p w14:paraId="5BCE5B64" w14:textId="77777777" w:rsidR="00032CB0" w:rsidRDefault="00000000">
      <w:r>
        <w:rPr>
          <w:b/>
        </w:rPr>
        <w:t>Is style helping or distracting?</w:t>
      </w:r>
    </w:p>
    <w:p w14:paraId="1694F9DA" w14:textId="77777777" w:rsidR="00032CB0" w:rsidRDefault="00000000">
      <w:pPr>
        <w:spacing w:after="40"/>
      </w:pPr>
      <w:r>
        <w:t>____________________________________________________________________________________________</w:t>
      </w:r>
    </w:p>
    <w:p w14:paraId="6C41D099" w14:textId="77777777" w:rsidR="00032CB0" w:rsidRDefault="00000000">
      <w:pPr>
        <w:spacing w:after="40"/>
      </w:pPr>
      <w:r>
        <w:t>____________________________________________________________________________________________</w:t>
      </w:r>
    </w:p>
    <w:p w14:paraId="33EC6476" w14:textId="77777777" w:rsidR="00032CB0" w:rsidRDefault="00000000">
      <w:pPr>
        <w:pStyle w:val="Heading2"/>
      </w:pPr>
      <w:r>
        <w:lastRenderedPageBreak/>
        <w:t>Notes and ideas to carry forward</w:t>
      </w:r>
    </w:p>
    <w:p w14:paraId="0ED6C57B" w14:textId="77777777" w:rsidR="00032CB0" w:rsidRDefault="00000000">
      <w:pPr>
        <w:spacing w:after="40"/>
      </w:pPr>
      <w:r>
        <w:t>____________________________________________________________________________________________</w:t>
      </w:r>
    </w:p>
    <w:p w14:paraId="6062C584" w14:textId="77777777" w:rsidR="00032CB0" w:rsidRDefault="00000000">
      <w:pPr>
        <w:spacing w:after="40"/>
      </w:pPr>
      <w:r>
        <w:t>____________________________________________________________________________________________</w:t>
      </w:r>
    </w:p>
    <w:p w14:paraId="48403DE2" w14:textId="77777777" w:rsidR="00032CB0" w:rsidRDefault="00000000">
      <w:pPr>
        <w:spacing w:after="40"/>
      </w:pPr>
      <w:r>
        <w:t>____________________________________________________________________________________________</w:t>
      </w:r>
    </w:p>
    <w:p w14:paraId="6392D447" w14:textId="77777777" w:rsidR="00032CB0" w:rsidRDefault="00000000">
      <w:pPr>
        <w:spacing w:after="40"/>
      </w:pPr>
      <w:r>
        <w:t>____________________________________________________________________________________________</w:t>
      </w:r>
    </w:p>
    <w:p w14:paraId="12E68515" w14:textId="77777777" w:rsidR="00032CB0" w:rsidRDefault="00000000">
      <w:r>
        <w:br w:type="page"/>
      </w:r>
    </w:p>
    <w:p w14:paraId="308C2F93" w14:textId="77777777" w:rsidR="00032CB0" w:rsidRDefault="00000000">
      <w:pPr>
        <w:pStyle w:val="Heading1"/>
      </w:pPr>
      <w:r>
        <w:lastRenderedPageBreak/>
        <w:t>Chapter 22 Workbook | Writing Style: How to sound strong without sounding artificial</w:t>
      </w:r>
    </w:p>
    <w:tbl>
      <w:tblPr>
        <w:tblW w:w="0" w:type="auto"/>
        <w:jc w:val="center"/>
        <w:tblLook w:val="04A0" w:firstRow="1" w:lastRow="0" w:firstColumn="1" w:lastColumn="0" w:noHBand="0" w:noVBand="1"/>
      </w:tblPr>
      <w:tblGrid>
        <w:gridCol w:w="10368"/>
      </w:tblGrid>
      <w:tr w:rsidR="00032CB0" w14:paraId="5230BD17" w14:textId="77777777">
        <w:trPr>
          <w:jc w:val="center"/>
        </w:trPr>
        <w:tc>
          <w:tcPr>
            <w:tcW w:w="10368" w:type="dxa"/>
            <w:shd w:val="clear" w:color="auto" w:fill="F4F9FC"/>
          </w:tcPr>
          <w:p w14:paraId="0D09F60B" w14:textId="77777777" w:rsidR="00032CB0" w:rsidRDefault="00000000">
            <w:r>
              <w:rPr>
                <w:b/>
                <w:color w:val="0A1744"/>
              </w:rPr>
              <w:t>Chapter focus</w:t>
            </w:r>
            <w:r>
              <w:rPr>
                <w:sz w:val="20"/>
              </w:rPr>
              <w:br/>
              <w:t>Make the language clear, confident, specific and human.</w:t>
            </w:r>
          </w:p>
        </w:tc>
      </w:tr>
    </w:tbl>
    <w:p w14:paraId="32D304EE" w14:textId="77777777" w:rsidR="00032CB0" w:rsidRDefault="00032CB0"/>
    <w:p w14:paraId="6470F5AD" w14:textId="77777777" w:rsidR="00032CB0" w:rsidRDefault="00000000">
      <w:pPr>
        <w:pStyle w:val="Heading2"/>
      </w:pPr>
      <w:r>
        <w:t>Hints &amp; tips before you start</w:t>
      </w:r>
    </w:p>
    <w:p w14:paraId="5C8DD82B" w14:textId="77777777" w:rsidR="00032CB0" w:rsidRDefault="00000000">
      <w:pPr>
        <w:pStyle w:val="ListBullet"/>
      </w:pPr>
      <w:r>
        <w:t>Use rough notes first. You can polish the wording later.</w:t>
      </w:r>
    </w:p>
    <w:p w14:paraId="48AAE028" w14:textId="77777777" w:rsidR="00032CB0" w:rsidRDefault="00000000">
      <w:pPr>
        <w:pStyle w:val="ListBullet"/>
      </w:pPr>
      <w:r>
        <w:t>Keep your target role in mind so your answers stay relevant.</w:t>
      </w:r>
    </w:p>
    <w:p w14:paraId="5E664601" w14:textId="77777777" w:rsidR="00032CB0" w:rsidRDefault="00000000">
      <w:pPr>
        <w:pStyle w:val="ListBullet"/>
      </w:pPr>
      <w:r>
        <w:t>Do not dismiss something because it feels ordinary to you; ordinary to you may be valuable to an employer.</w:t>
      </w:r>
    </w:p>
    <w:p w14:paraId="14988EA6" w14:textId="77777777" w:rsidR="00032CB0" w:rsidRDefault="00000000">
      <w:pPr>
        <w:pStyle w:val="ListBullet"/>
      </w:pPr>
      <w:r>
        <w:t>Read your draft aloud. If it sounds unnatural, simplify it.</w:t>
      </w:r>
    </w:p>
    <w:p w14:paraId="3BA53A91" w14:textId="77777777" w:rsidR="00032CB0" w:rsidRDefault="00000000">
      <w:pPr>
        <w:pStyle w:val="Heading2"/>
      </w:pPr>
      <w:r>
        <w:t>Workbook exercises</w:t>
      </w:r>
    </w:p>
    <w:p w14:paraId="4CC4925C" w14:textId="77777777" w:rsidR="00032CB0" w:rsidRDefault="00000000">
      <w:pPr>
        <w:pStyle w:val="ListNumber"/>
      </w:pPr>
      <w:r>
        <w:t>Highlight clichés, inflated language and AI-sounding phrases.</w:t>
      </w:r>
    </w:p>
    <w:p w14:paraId="2C2FAA6A" w14:textId="77777777" w:rsidR="00032CB0" w:rsidRDefault="00000000">
      <w:pPr>
        <w:spacing w:after="40"/>
      </w:pPr>
      <w:r>
        <w:t>____________________________________________________________________________________________</w:t>
      </w:r>
    </w:p>
    <w:p w14:paraId="3BA979ED" w14:textId="77777777" w:rsidR="00032CB0" w:rsidRDefault="00000000">
      <w:pPr>
        <w:spacing w:after="40"/>
      </w:pPr>
      <w:r>
        <w:t>____________________________________________________________________________________________</w:t>
      </w:r>
    </w:p>
    <w:p w14:paraId="6FB755A2" w14:textId="77777777" w:rsidR="00032CB0" w:rsidRDefault="00000000">
      <w:pPr>
        <w:pStyle w:val="ListNumber"/>
      </w:pPr>
      <w:r>
        <w:t>Rewrite 5 sentences in plainer, stronger language.</w:t>
      </w:r>
    </w:p>
    <w:p w14:paraId="675D0E34" w14:textId="77777777" w:rsidR="00032CB0" w:rsidRDefault="00000000">
      <w:pPr>
        <w:spacing w:after="40"/>
      </w:pPr>
      <w:r>
        <w:t>____________________________________________________________________________________________</w:t>
      </w:r>
    </w:p>
    <w:p w14:paraId="77F6BF86" w14:textId="77777777" w:rsidR="00032CB0" w:rsidRDefault="00000000">
      <w:pPr>
        <w:spacing w:after="40"/>
      </w:pPr>
      <w:r>
        <w:t>____________________________________________________________________________________________</w:t>
      </w:r>
    </w:p>
    <w:p w14:paraId="501E6154" w14:textId="77777777" w:rsidR="00032CB0" w:rsidRDefault="00000000">
      <w:pPr>
        <w:pStyle w:val="ListNumber"/>
      </w:pPr>
      <w:r>
        <w:t>Check that claims are backed up by evidence.</w:t>
      </w:r>
    </w:p>
    <w:p w14:paraId="3888B1DA" w14:textId="77777777" w:rsidR="00032CB0" w:rsidRDefault="00000000">
      <w:pPr>
        <w:spacing w:after="40"/>
      </w:pPr>
      <w:r>
        <w:t>____________________________________________________________________________________________</w:t>
      </w:r>
    </w:p>
    <w:p w14:paraId="6F1BC5F8" w14:textId="77777777" w:rsidR="00032CB0" w:rsidRDefault="00000000">
      <w:pPr>
        <w:spacing w:after="40"/>
      </w:pPr>
      <w:r>
        <w:t>____________________________________________________________________________________________</w:t>
      </w:r>
    </w:p>
    <w:p w14:paraId="1786A9C4" w14:textId="77777777" w:rsidR="00032CB0" w:rsidRDefault="00000000">
      <w:pPr>
        <w:pStyle w:val="Heading2"/>
      </w:pPr>
      <w:r>
        <w:t>Reflection</w:t>
      </w:r>
    </w:p>
    <w:p w14:paraId="242B829F" w14:textId="77777777" w:rsidR="00032CB0" w:rsidRDefault="00000000">
      <w:r>
        <w:rPr>
          <w:b/>
        </w:rPr>
        <w:t>Does the CV sound like you at your professional best?</w:t>
      </w:r>
    </w:p>
    <w:p w14:paraId="343ECD01" w14:textId="77777777" w:rsidR="00032CB0" w:rsidRDefault="00000000">
      <w:pPr>
        <w:spacing w:after="40"/>
      </w:pPr>
      <w:r>
        <w:t>____________________________________________________________________________________________</w:t>
      </w:r>
    </w:p>
    <w:p w14:paraId="684B5E87" w14:textId="77777777" w:rsidR="00032CB0" w:rsidRDefault="00000000">
      <w:pPr>
        <w:spacing w:after="40"/>
      </w:pPr>
      <w:r>
        <w:t>____________________________________________________________________________________________</w:t>
      </w:r>
    </w:p>
    <w:p w14:paraId="2E763F9B" w14:textId="77777777" w:rsidR="00032CB0" w:rsidRDefault="00000000">
      <w:r>
        <w:rPr>
          <w:b/>
        </w:rPr>
        <w:t>Are you using words you would never normally say?</w:t>
      </w:r>
    </w:p>
    <w:p w14:paraId="0972D9A1" w14:textId="77777777" w:rsidR="00032CB0" w:rsidRDefault="00000000">
      <w:pPr>
        <w:spacing w:after="40"/>
      </w:pPr>
      <w:r>
        <w:t>____________________________________________________________________________________________</w:t>
      </w:r>
    </w:p>
    <w:p w14:paraId="1613B16F" w14:textId="77777777" w:rsidR="00032CB0" w:rsidRDefault="00000000">
      <w:pPr>
        <w:spacing w:after="40"/>
      </w:pPr>
      <w:r>
        <w:t>____________________________________________________________________________________________</w:t>
      </w:r>
    </w:p>
    <w:p w14:paraId="0C8AAECB" w14:textId="77777777" w:rsidR="00032CB0" w:rsidRDefault="00000000">
      <w:r>
        <w:rPr>
          <w:b/>
        </w:rPr>
        <w:t>Where can you be more direct?</w:t>
      </w:r>
    </w:p>
    <w:p w14:paraId="3F604F74" w14:textId="77777777" w:rsidR="00032CB0" w:rsidRDefault="00000000">
      <w:pPr>
        <w:spacing w:after="40"/>
      </w:pPr>
      <w:r>
        <w:t>____________________________________________________________________________________________</w:t>
      </w:r>
    </w:p>
    <w:p w14:paraId="6CD4E756" w14:textId="77777777" w:rsidR="00032CB0" w:rsidRDefault="00000000">
      <w:pPr>
        <w:spacing w:after="40"/>
      </w:pPr>
      <w:r>
        <w:t>____________________________________________________________________________________________</w:t>
      </w:r>
    </w:p>
    <w:p w14:paraId="3EBBB20C" w14:textId="77777777" w:rsidR="00032CB0" w:rsidRDefault="00000000">
      <w:pPr>
        <w:pStyle w:val="Heading2"/>
      </w:pPr>
      <w:r>
        <w:t>Notes and ideas to carry forward</w:t>
      </w:r>
    </w:p>
    <w:p w14:paraId="41AA4E1A" w14:textId="77777777" w:rsidR="00032CB0" w:rsidRDefault="00000000">
      <w:pPr>
        <w:spacing w:after="40"/>
      </w:pPr>
      <w:r>
        <w:t>____________________________________________________________________________________________</w:t>
      </w:r>
    </w:p>
    <w:p w14:paraId="3D8309D2" w14:textId="77777777" w:rsidR="00032CB0" w:rsidRDefault="00000000">
      <w:pPr>
        <w:spacing w:after="40"/>
      </w:pPr>
      <w:r>
        <w:t>____________________________________________________________________________________________</w:t>
      </w:r>
    </w:p>
    <w:p w14:paraId="671C96FA" w14:textId="77777777" w:rsidR="00032CB0" w:rsidRDefault="00000000">
      <w:pPr>
        <w:spacing w:after="40"/>
      </w:pPr>
      <w:r>
        <w:t>____________________________________________________________________________________________</w:t>
      </w:r>
    </w:p>
    <w:p w14:paraId="4ED8DEEB" w14:textId="77777777" w:rsidR="00032CB0" w:rsidRDefault="00000000">
      <w:pPr>
        <w:spacing w:after="40"/>
      </w:pPr>
      <w:r>
        <w:t>____________________________________________________________________________________________</w:t>
      </w:r>
    </w:p>
    <w:p w14:paraId="70ECBF00" w14:textId="77777777" w:rsidR="00032CB0" w:rsidRDefault="00000000">
      <w:r>
        <w:br w:type="page"/>
      </w:r>
    </w:p>
    <w:p w14:paraId="456856D7" w14:textId="77777777" w:rsidR="00032CB0" w:rsidRDefault="00000000">
      <w:pPr>
        <w:pStyle w:val="Heading1"/>
      </w:pPr>
      <w:r>
        <w:lastRenderedPageBreak/>
        <w:t>Chapter 23 Workbook | Tailoring the CV without rewriting it every time</w:t>
      </w:r>
    </w:p>
    <w:tbl>
      <w:tblPr>
        <w:tblW w:w="0" w:type="auto"/>
        <w:jc w:val="center"/>
        <w:tblLook w:val="04A0" w:firstRow="1" w:lastRow="0" w:firstColumn="1" w:lastColumn="0" w:noHBand="0" w:noVBand="1"/>
      </w:tblPr>
      <w:tblGrid>
        <w:gridCol w:w="10368"/>
      </w:tblGrid>
      <w:tr w:rsidR="00032CB0" w14:paraId="5A77547C" w14:textId="77777777">
        <w:trPr>
          <w:jc w:val="center"/>
        </w:trPr>
        <w:tc>
          <w:tcPr>
            <w:tcW w:w="10368" w:type="dxa"/>
            <w:shd w:val="clear" w:color="auto" w:fill="F4F9FC"/>
          </w:tcPr>
          <w:p w14:paraId="4ED8490D" w14:textId="77777777" w:rsidR="00032CB0" w:rsidRDefault="00000000">
            <w:r>
              <w:rPr>
                <w:b/>
                <w:color w:val="0A1744"/>
              </w:rPr>
              <w:t>Chapter focus</w:t>
            </w:r>
            <w:r>
              <w:rPr>
                <w:sz w:val="20"/>
              </w:rPr>
              <w:br/>
              <w:t>Create a master CV and learn what to adapt per vacancy.</w:t>
            </w:r>
          </w:p>
        </w:tc>
      </w:tr>
    </w:tbl>
    <w:p w14:paraId="2EF0EDF1" w14:textId="77777777" w:rsidR="00032CB0" w:rsidRDefault="00032CB0"/>
    <w:p w14:paraId="6BE508AB" w14:textId="77777777" w:rsidR="00032CB0" w:rsidRDefault="00000000">
      <w:pPr>
        <w:pStyle w:val="Heading2"/>
      </w:pPr>
      <w:r>
        <w:t>Hints &amp; tips before you start</w:t>
      </w:r>
    </w:p>
    <w:p w14:paraId="4C8A8B52" w14:textId="77777777" w:rsidR="00032CB0" w:rsidRDefault="00000000">
      <w:pPr>
        <w:pStyle w:val="ListBullet"/>
      </w:pPr>
      <w:r>
        <w:t>Use rough notes first. You can polish the wording later.</w:t>
      </w:r>
    </w:p>
    <w:p w14:paraId="7A0FA4B9" w14:textId="77777777" w:rsidR="00032CB0" w:rsidRDefault="00000000">
      <w:pPr>
        <w:pStyle w:val="ListBullet"/>
      </w:pPr>
      <w:r>
        <w:t>Keep your target role in mind so your answers stay relevant.</w:t>
      </w:r>
    </w:p>
    <w:p w14:paraId="452F488A" w14:textId="77777777" w:rsidR="00032CB0" w:rsidRDefault="00000000">
      <w:pPr>
        <w:pStyle w:val="ListBullet"/>
      </w:pPr>
      <w:r>
        <w:t>Do not dismiss something because it feels ordinary to you; ordinary to you may be valuable to an employer.</w:t>
      </w:r>
    </w:p>
    <w:p w14:paraId="41FEAF5F" w14:textId="77777777" w:rsidR="00032CB0" w:rsidRDefault="00000000">
      <w:pPr>
        <w:pStyle w:val="Heading2"/>
      </w:pPr>
      <w:r>
        <w:t>Workbook exercises</w:t>
      </w:r>
    </w:p>
    <w:p w14:paraId="629AB629" w14:textId="77777777" w:rsidR="00032CB0" w:rsidRDefault="00000000">
      <w:pPr>
        <w:pStyle w:val="ListNumber"/>
      </w:pPr>
      <w:r>
        <w:t>Choose one target advert and mark what needs tailoring.</w:t>
      </w:r>
    </w:p>
    <w:p w14:paraId="644B3D40" w14:textId="77777777" w:rsidR="00032CB0" w:rsidRDefault="00000000">
      <w:pPr>
        <w:spacing w:after="40"/>
      </w:pPr>
      <w:r>
        <w:t>____________________________________________________________________________________________</w:t>
      </w:r>
    </w:p>
    <w:p w14:paraId="3579B1D8" w14:textId="77777777" w:rsidR="00032CB0" w:rsidRDefault="00000000">
      <w:pPr>
        <w:spacing w:after="40"/>
      </w:pPr>
      <w:r>
        <w:t>____________________________________________________________________________________________</w:t>
      </w:r>
    </w:p>
    <w:p w14:paraId="18A86D09" w14:textId="77777777" w:rsidR="00032CB0" w:rsidRDefault="00000000">
      <w:pPr>
        <w:pStyle w:val="ListNumber"/>
      </w:pPr>
      <w:r>
        <w:t>Adjust headline, profile, skills and bullet order.</w:t>
      </w:r>
    </w:p>
    <w:p w14:paraId="106BA347" w14:textId="77777777" w:rsidR="00032CB0" w:rsidRDefault="00000000">
      <w:pPr>
        <w:spacing w:after="40"/>
      </w:pPr>
      <w:r>
        <w:t>____________________________________________________________________________________________</w:t>
      </w:r>
    </w:p>
    <w:p w14:paraId="0C638654" w14:textId="77777777" w:rsidR="00032CB0" w:rsidRDefault="00000000">
      <w:pPr>
        <w:spacing w:after="40"/>
      </w:pPr>
      <w:r>
        <w:t>____________________________________________________________________________________________</w:t>
      </w:r>
    </w:p>
    <w:p w14:paraId="61250C72" w14:textId="77777777" w:rsidR="00032CB0" w:rsidRDefault="00000000">
      <w:pPr>
        <w:pStyle w:val="ListNumber"/>
      </w:pPr>
      <w:r>
        <w:t>Record what changed and why.</w:t>
      </w:r>
    </w:p>
    <w:p w14:paraId="655B59A3" w14:textId="77777777" w:rsidR="00032CB0" w:rsidRDefault="00000000">
      <w:pPr>
        <w:spacing w:after="40"/>
      </w:pPr>
      <w:r>
        <w:t>____________________________________________________________________________________________</w:t>
      </w:r>
    </w:p>
    <w:p w14:paraId="7C8AB574" w14:textId="77777777" w:rsidR="00032CB0" w:rsidRDefault="00000000">
      <w:pPr>
        <w:spacing w:after="40"/>
      </w:pPr>
      <w:r>
        <w:t>____________________________________________________________________________________________</w:t>
      </w:r>
    </w:p>
    <w:p w14:paraId="70600AEA" w14:textId="77777777" w:rsidR="00032CB0" w:rsidRDefault="00000000">
      <w:pPr>
        <w:pStyle w:val="Heading2"/>
      </w:pPr>
      <w:r>
        <w:t>Reflection</w:t>
      </w:r>
    </w:p>
    <w:p w14:paraId="2F8FA2E1" w14:textId="77777777" w:rsidR="00032CB0" w:rsidRDefault="00000000">
      <w:r>
        <w:rPr>
          <w:b/>
        </w:rPr>
        <w:t>Are you tailoring with evidence or just keywords?</w:t>
      </w:r>
    </w:p>
    <w:p w14:paraId="34684C8F" w14:textId="77777777" w:rsidR="00032CB0" w:rsidRDefault="00000000">
      <w:pPr>
        <w:spacing w:after="40"/>
      </w:pPr>
      <w:r>
        <w:t>____________________________________________________________________________________________</w:t>
      </w:r>
    </w:p>
    <w:p w14:paraId="204DD3FB" w14:textId="77777777" w:rsidR="00032CB0" w:rsidRDefault="00000000">
      <w:pPr>
        <w:spacing w:after="40"/>
      </w:pPr>
      <w:r>
        <w:t>____________________________________________________________________________________________</w:t>
      </w:r>
    </w:p>
    <w:p w14:paraId="64CA0957" w14:textId="77777777" w:rsidR="00032CB0" w:rsidRDefault="00000000">
      <w:r>
        <w:rPr>
          <w:b/>
        </w:rPr>
        <w:t>What should remain consistent?</w:t>
      </w:r>
    </w:p>
    <w:p w14:paraId="35D5418C" w14:textId="77777777" w:rsidR="00032CB0" w:rsidRDefault="00000000">
      <w:pPr>
        <w:spacing w:after="40"/>
      </w:pPr>
      <w:r>
        <w:t>____________________________________________________________________________________________</w:t>
      </w:r>
    </w:p>
    <w:p w14:paraId="514063C3" w14:textId="77777777" w:rsidR="00032CB0" w:rsidRDefault="00000000">
      <w:pPr>
        <w:spacing w:after="40"/>
      </w:pPr>
      <w:r>
        <w:t>____________________________________________________________________________________________</w:t>
      </w:r>
    </w:p>
    <w:p w14:paraId="2E4009C1" w14:textId="77777777" w:rsidR="00032CB0" w:rsidRDefault="00000000">
      <w:r>
        <w:rPr>
          <w:b/>
        </w:rPr>
        <w:t>Which sections are easiest to flex?</w:t>
      </w:r>
    </w:p>
    <w:p w14:paraId="69C309C0" w14:textId="77777777" w:rsidR="00032CB0" w:rsidRDefault="00000000">
      <w:pPr>
        <w:spacing w:after="40"/>
      </w:pPr>
      <w:r>
        <w:t>____________________________________________________________________________________________</w:t>
      </w:r>
    </w:p>
    <w:p w14:paraId="7A5A0661" w14:textId="77777777" w:rsidR="00032CB0" w:rsidRDefault="00000000">
      <w:pPr>
        <w:spacing w:after="40"/>
      </w:pPr>
      <w:r>
        <w:t>____________________________________________________________________________________________</w:t>
      </w:r>
    </w:p>
    <w:p w14:paraId="6AB3AC33" w14:textId="77777777" w:rsidR="00032CB0" w:rsidRDefault="00000000">
      <w:pPr>
        <w:pStyle w:val="Heading2"/>
      </w:pPr>
      <w:r>
        <w:t>Notes and ideas to carry forward</w:t>
      </w:r>
    </w:p>
    <w:p w14:paraId="09E20F33" w14:textId="77777777" w:rsidR="00032CB0" w:rsidRDefault="00000000">
      <w:pPr>
        <w:spacing w:after="40"/>
      </w:pPr>
      <w:r>
        <w:t>____________________________________________________________________________________________</w:t>
      </w:r>
    </w:p>
    <w:p w14:paraId="406DD5DE" w14:textId="77777777" w:rsidR="00032CB0" w:rsidRDefault="00000000">
      <w:pPr>
        <w:spacing w:after="40"/>
      </w:pPr>
      <w:r>
        <w:t>____________________________________________________________________________________________</w:t>
      </w:r>
    </w:p>
    <w:p w14:paraId="50B28448" w14:textId="77777777" w:rsidR="00032CB0" w:rsidRDefault="00000000">
      <w:pPr>
        <w:spacing w:after="40"/>
      </w:pPr>
      <w:r>
        <w:t>____________________________________________________________________________________________</w:t>
      </w:r>
    </w:p>
    <w:p w14:paraId="6B89A7CE" w14:textId="77777777" w:rsidR="00032CB0" w:rsidRDefault="00000000">
      <w:pPr>
        <w:spacing w:after="40"/>
      </w:pPr>
      <w:r>
        <w:t>____________________________________________________________________________________________</w:t>
      </w:r>
    </w:p>
    <w:p w14:paraId="1AF76806" w14:textId="77777777" w:rsidR="00032CB0" w:rsidRDefault="00000000">
      <w:r>
        <w:br w:type="page"/>
      </w:r>
    </w:p>
    <w:p w14:paraId="205E6E19" w14:textId="77777777" w:rsidR="00032CB0" w:rsidRDefault="00000000">
      <w:pPr>
        <w:pStyle w:val="Heading1"/>
      </w:pPr>
      <w:r>
        <w:lastRenderedPageBreak/>
        <w:t>Chapter 24 Workbook | Common CV mistakes to avoid</w:t>
      </w:r>
    </w:p>
    <w:tbl>
      <w:tblPr>
        <w:tblW w:w="0" w:type="auto"/>
        <w:jc w:val="center"/>
        <w:tblLook w:val="04A0" w:firstRow="1" w:lastRow="0" w:firstColumn="1" w:lastColumn="0" w:noHBand="0" w:noVBand="1"/>
      </w:tblPr>
      <w:tblGrid>
        <w:gridCol w:w="10368"/>
      </w:tblGrid>
      <w:tr w:rsidR="00032CB0" w14:paraId="1408EBA2" w14:textId="77777777">
        <w:trPr>
          <w:jc w:val="center"/>
        </w:trPr>
        <w:tc>
          <w:tcPr>
            <w:tcW w:w="10368" w:type="dxa"/>
            <w:shd w:val="clear" w:color="auto" w:fill="F4F9FC"/>
          </w:tcPr>
          <w:p w14:paraId="61B2663C" w14:textId="77777777" w:rsidR="00032CB0" w:rsidRDefault="00000000">
            <w:r>
              <w:rPr>
                <w:b/>
                <w:color w:val="0A1744"/>
              </w:rPr>
              <w:t>Chapter focus</w:t>
            </w:r>
            <w:r>
              <w:rPr>
                <w:sz w:val="20"/>
              </w:rPr>
              <w:br/>
              <w:t>Spot issues that weaken otherwise strong candidates.</w:t>
            </w:r>
          </w:p>
        </w:tc>
      </w:tr>
    </w:tbl>
    <w:p w14:paraId="3544658B" w14:textId="77777777" w:rsidR="00032CB0" w:rsidRDefault="00032CB0"/>
    <w:p w14:paraId="1BF8481C" w14:textId="77777777" w:rsidR="00032CB0" w:rsidRDefault="00000000">
      <w:pPr>
        <w:pStyle w:val="Heading2"/>
      </w:pPr>
      <w:r>
        <w:t>Hints &amp; tips before you start</w:t>
      </w:r>
    </w:p>
    <w:p w14:paraId="1EF32002" w14:textId="77777777" w:rsidR="00032CB0" w:rsidRDefault="00000000">
      <w:pPr>
        <w:pStyle w:val="ListBullet"/>
      </w:pPr>
      <w:r>
        <w:t>Use rough notes first. You can polish the wording later.</w:t>
      </w:r>
    </w:p>
    <w:p w14:paraId="701FAB4A" w14:textId="77777777" w:rsidR="00032CB0" w:rsidRDefault="00000000">
      <w:pPr>
        <w:pStyle w:val="ListBullet"/>
      </w:pPr>
      <w:r>
        <w:t>Keep your target role in mind so your answers stay relevant.</w:t>
      </w:r>
    </w:p>
    <w:p w14:paraId="09FB296D" w14:textId="77777777" w:rsidR="00032CB0" w:rsidRDefault="00000000">
      <w:pPr>
        <w:pStyle w:val="ListBullet"/>
      </w:pPr>
      <w:r>
        <w:t>Do not dismiss something because it feels ordinary to you; ordinary to you may be valuable to an employer.</w:t>
      </w:r>
    </w:p>
    <w:p w14:paraId="0370F1AD" w14:textId="77777777" w:rsidR="00032CB0" w:rsidRDefault="00000000">
      <w:pPr>
        <w:pStyle w:val="Heading2"/>
      </w:pPr>
      <w:r>
        <w:t>Workbook exercises</w:t>
      </w:r>
    </w:p>
    <w:p w14:paraId="1EF41A5E" w14:textId="77777777" w:rsidR="00032CB0" w:rsidRDefault="00000000">
      <w:pPr>
        <w:pStyle w:val="ListNumber"/>
      </w:pPr>
      <w:r>
        <w:t>Complete the mistakes audit.</w:t>
      </w:r>
    </w:p>
    <w:p w14:paraId="15A45B8C" w14:textId="77777777" w:rsidR="00032CB0" w:rsidRDefault="00000000">
      <w:pPr>
        <w:spacing w:after="40"/>
      </w:pPr>
      <w:r>
        <w:t>____________________________________________________________________________________________</w:t>
      </w:r>
    </w:p>
    <w:p w14:paraId="5D58C3B4" w14:textId="77777777" w:rsidR="00032CB0" w:rsidRDefault="00000000">
      <w:pPr>
        <w:spacing w:after="40"/>
      </w:pPr>
      <w:r>
        <w:t>____________________________________________________________________________________________</w:t>
      </w:r>
    </w:p>
    <w:p w14:paraId="3158B2EC" w14:textId="77777777" w:rsidR="00032CB0" w:rsidRDefault="00000000">
      <w:pPr>
        <w:pStyle w:val="ListNumber"/>
      </w:pPr>
      <w:r>
        <w:t>Identify the top 3 fixes for your CV.</w:t>
      </w:r>
    </w:p>
    <w:p w14:paraId="32D4DC1B" w14:textId="77777777" w:rsidR="00032CB0" w:rsidRDefault="00000000">
      <w:pPr>
        <w:spacing w:after="40"/>
      </w:pPr>
      <w:r>
        <w:t>____________________________________________________________________________________________</w:t>
      </w:r>
    </w:p>
    <w:p w14:paraId="2B0CBF84" w14:textId="77777777" w:rsidR="00032CB0" w:rsidRDefault="00000000">
      <w:pPr>
        <w:spacing w:after="40"/>
      </w:pPr>
      <w:r>
        <w:t>____________________________________________________________________________________________</w:t>
      </w:r>
    </w:p>
    <w:p w14:paraId="231BFE47" w14:textId="77777777" w:rsidR="00032CB0" w:rsidRDefault="00000000">
      <w:pPr>
        <w:pStyle w:val="ListNumber"/>
      </w:pPr>
      <w:r>
        <w:t>Rewrite one weak section.</w:t>
      </w:r>
    </w:p>
    <w:p w14:paraId="03F69CAC" w14:textId="77777777" w:rsidR="00032CB0" w:rsidRDefault="00000000">
      <w:pPr>
        <w:spacing w:after="40"/>
      </w:pPr>
      <w:r>
        <w:t>____________________________________________________________________________________________</w:t>
      </w:r>
    </w:p>
    <w:p w14:paraId="26E532C6" w14:textId="77777777" w:rsidR="00032CB0" w:rsidRDefault="00000000">
      <w:pPr>
        <w:spacing w:after="40"/>
      </w:pPr>
      <w:r>
        <w:t>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3456"/>
        <w:gridCol w:w="3456"/>
        <w:gridCol w:w="3456"/>
      </w:tblGrid>
      <w:tr w:rsidR="00032CB0" w14:paraId="4ADE22A2" w14:textId="77777777">
        <w:trPr>
          <w:jc w:val="center"/>
        </w:trPr>
        <w:tc>
          <w:tcPr>
            <w:tcW w:w="3456" w:type="dxa"/>
            <w:shd w:val="clear" w:color="auto" w:fill="0A1744"/>
            <w:vAlign w:val="center"/>
          </w:tcPr>
          <w:p w14:paraId="41D9A9ED" w14:textId="77777777" w:rsidR="00032CB0" w:rsidRDefault="00000000">
            <w:r>
              <w:rPr>
                <w:b/>
                <w:color w:val="FFFFFF"/>
                <w:sz w:val="18"/>
              </w:rPr>
              <w:t>Common mistake</w:t>
            </w:r>
          </w:p>
        </w:tc>
        <w:tc>
          <w:tcPr>
            <w:tcW w:w="3456" w:type="dxa"/>
            <w:shd w:val="clear" w:color="auto" w:fill="0A1744"/>
            <w:vAlign w:val="center"/>
          </w:tcPr>
          <w:p w14:paraId="5658B453" w14:textId="77777777" w:rsidR="00032CB0" w:rsidRDefault="00000000">
            <w:r>
              <w:rPr>
                <w:b/>
                <w:color w:val="FFFFFF"/>
                <w:sz w:val="18"/>
              </w:rPr>
              <w:t>Is this present?</w:t>
            </w:r>
          </w:p>
        </w:tc>
        <w:tc>
          <w:tcPr>
            <w:tcW w:w="3456" w:type="dxa"/>
            <w:shd w:val="clear" w:color="auto" w:fill="0A1744"/>
            <w:vAlign w:val="center"/>
          </w:tcPr>
          <w:p w14:paraId="240ABC14" w14:textId="77777777" w:rsidR="00032CB0" w:rsidRDefault="00000000">
            <w:r>
              <w:rPr>
                <w:b/>
                <w:color w:val="FFFFFF"/>
                <w:sz w:val="18"/>
              </w:rPr>
              <w:t>Fix required</w:t>
            </w:r>
          </w:p>
        </w:tc>
      </w:tr>
      <w:tr w:rsidR="00032CB0" w14:paraId="7EC2B38F" w14:textId="77777777">
        <w:trPr>
          <w:jc w:val="center"/>
        </w:trPr>
        <w:tc>
          <w:tcPr>
            <w:tcW w:w="3456" w:type="dxa"/>
          </w:tcPr>
          <w:p w14:paraId="46E372C0" w14:textId="77777777" w:rsidR="00032CB0" w:rsidRDefault="00000000">
            <w:r>
              <w:rPr>
                <w:sz w:val="18"/>
              </w:rPr>
              <w:t>Writing before planning</w:t>
            </w:r>
          </w:p>
        </w:tc>
        <w:tc>
          <w:tcPr>
            <w:tcW w:w="3456" w:type="dxa"/>
          </w:tcPr>
          <w:p w14:paraId="1EB5F7AF" w14:textId="77777777" w:rsidR="00032CB0" w:rsidRDefault="00000000">
            <w:r>
              <w:rPr>
                <w:sz w:val="18"/>
              </w:rPr>
              <w:t>☐</w:t>
            </w:r>
          </w:p>
        </w:tc>
        <w:tc>
          <w:tcPr>
            <w:tcW w:w="3456" w:type="dxa"/>
          </w:tcPr>
          <w:p w14:paraId="45EBB670" w14:textId="77777777" w:rsidR="00032CB0" w:rsidRDefault="00032CB0"/>
        </w:tc>
      </w:tr>
      <w:tr w:rsidR="00032CB0" w14:paraId="68BEACF7" w14:textId="77777777">
        <w:trPr>
          <w:jc w:val="center"/>
        </w:trPr>
        <w:tc>
          <w:tcPr>
            <w:tcW w:w="3456" w:type="dxa"/>
          </w:tcPr>
          <w:p w14:paraId="0E6F8317" w14:textId="77777777" w:rsidR="00032CB0" w:rsidRDefault="00000000">
            <w:r>
              <w:rPr>
                <w:sz w:val="18"/>
              </w:rPr>
              <w:t>Listing duties only</w:t>
            </w:r>
          </w:p>
        </w:tc>
        <w:tc>
          <w:tcPr>
            <w:tcW w:w="3456" w:type="dxa"/>
          </w:tcPr>
          <w:p w14:paraId="6704D2DC" w14:textId="77777777" w:rsidR="00032CB0" w:rsidRDefault="00000000">
            <w:r>
              <w:rPr>
                <w:sz w:val="18"/>
              </w:rPr>
              <w:t>☐</w:t>
            </w:r>
          </w:p>
        </w:tc>
        <w:tc>
          <w:tcPr>
            <w:tcW w:w="3456" w:type="dxa"/>
          </w:tcPr>
          <w:p w14:paraId="3F1A2308" w14:textId="77777777" w:rsidR="00032CB0" w:rsidRDefault="00032CB0"/>
        </w:tc>
      </w:tr>
      <w:tr w:rsidR="00032CB0" w14:paraId="45371654" w14:textId="77777777">
        <w:trPr>
          <w:jc w:val="center"/>
        </w:trPr>
        <w:tc>
          <w:tcPr>
            <w:tcW w:w="3456" w:type="dxa"/>
          </w:tcPr>
          <w:p w14:paraId="75FE6F5F" w14:textId="77777777" w:rsidR="00032CB0" w:rsidRDefault="00000000">
            <w:r>
              <w:rPr>
                <w:sz w:val="18"/>
              </w:rPr>
              <w:t>Too vague</w:t>
            </w:r>
          </w:p>
        </w:tc>
        <w:tc>
          <w:tcPr>
            <w:tcW w:w="3456" w:type="dxa"/>
          </w:tcPr>
          <w:p w14:paraId="3D038214" w14:textId="77777777" w:rsidR="00032CB0" w:rsidRDefault="00000000">
            <w:r>
              <w:rPr>
                <w:sz w:val="18"/>
              </w:rPr>
              <w:t>☐</w:t>
            </w:r>
          </w:p>
        </w:tc>
        <w:tc>
          <w:tcPr>
            <w:tcW w:w="3456" w:type="dxa"/>
          </w:tcPr>
          <w:p w14:paraId="4AA208C4" w14:textId="77777777" w:rsidR="00032CB0" w:rsidRDefault="00032CB0"/>
        </w:tc>
      </w:tr>
      <w:tr w:rsidR="00032CB0" w14:paraId="4BAF27A7" w14:textId="77777777">
        <w:trPr>
          <w:jc w:val="center"/>
        </w:trPr>
        <w:tc>
          <w:tcPr>
            <w:tcW w:w="3456" w:type="dxa"/>
          </w:tcPr>
          <w:p w14:paraId="6D606729" w14:textId="77777777" w:rsidR="00032CB0" w:rsidRDefault="00000000">
            <w:r>
              <w:rPr>
                <w:sz w:val="18"/>
              </w:rPr>
              <w:t>Generic language</w:t>
            </w:r>
          </w:p>
        </w:tc>
        <w:tc>
          <w:tcPr>
            <w:tcW w:w="3456" w:type="dxa"/>
          </w:tcPr>
          <w:p w14:paraId="26627726" w14:textId="77777777" w:rsidR="00032CB0" w:rsidRDefault="00000000">
            <w:r>
              <w:rPr>
                <w:sz w:val="18"/>
              </w:rPr>
              <w:t>☐</w:t>
            </w:r>
          </w:p>
        </w:tc>
        <w:tc>
          <w:tcPr>
            <w:tcW w:w="3456" w:type="dxa"/>
          </w:tcPr>
          <w:p w14:paraId="2A81ABF9" w14:textId="77777777" w:rsidR="00032CB0" w:rsidRDefault="00032CB0"/>
        </w:tc>
      </w:tr>
      <w:tr w:rsidR="00032CB0" w14:paraId="4052FD24" w14:textId="77777777">
        <w:trPr>
          <w:jc w:val="center"/>
        </w:trPr>
        <w:tc>
          <w:tcPr>
            <w:tcW w:w="3456" w:type="dxa"/>
          </w:tcPr>
          <w:p w14:paraId="1991145A" w14:textId="77777777" w:rsidR="00032CB0" w:rsidRDefault="00000000">
            <w:r>
              <w:rPr>
                <w:sz w:val="18"/>
              </w:rPr>
              <w:t>Strong evidence buried</w:t>
            </w:r>
          </w:p>
        </w:tc>
        <w:tc>
          <w:tcPr>
            <w:tcW w:w="3456" w:type="dxa"/>
          </w:tcPr>
          <w:p w14:paraId="6DC67CA3" w14:textId="77777777" w:rsidR="00032CB0" w:rsidRDefault="00000000">
            <w:r>
              <w:rPr>
                <w:sz w:val="18"/>
              </w:rPr>
              <w:t>☐</w:t>
            </w:r>
          </w:p>
        </w:tc>
        <w:tc>
          <w:tcPr>
            <w:tcW w:w="3456" w:type="dxa"/>
          </w:tcPr>
          <w:p w14:paraId="72A85F0A" w14:textId="77777777" w:rsidR="00032CB0" w:rsidRDefault="00032CB0"/>
        </w:tc>
      </w:tr>
      <w:tr w:rsidR="00032CB0" w14:paraId="6B8A1991" w14:textId="77777777">
        <w:trPr>
          <w:jc w:val="center"/>
        </w:trPr>
        <w:tc>
          <w:tcPr>
            <w:tcW w:w="3456" w:type="dxa"/>
          </w:tcPr>
          <w:p w14:paraId="4AC62751" w14:textId="77777777" w:rsidR="00032CB0" w:rsidRDefault="00000000">
            <w:r>
              <w:rPr>
                <w:sz w:val="18"/>
              </w:rPr>
              <w:t>Too much irrelevant content</w:t>
            </w:r>
          </w:p>
        </w:tc>
        <w:tc>
          <w:tcPr>
            <w:tcW w:w="3456" w:type="dxa"/>
          </w:tcPr>
          <w:p w14:paraId="2EDF3514" w14:textId="77777777" w:rsidR="00032CB0" w:rsidRDefault="00000000">
            <w:r>
              <w:rPr>
                <w:sz w:val="18"/>
              </w:rPr>
              <w:t>☐</w:t>
            </w:r>
          </w:p>
        </w:tc>
        <w:tc>
          <w:tcPr>
            <w:tcW w:w="3456" w:type="dxa"/>
          </w:tcPr>
          <w:p w14:paraId="44041443" w14:textId="77777777" w:rsidR="00032CB0" w:rsidRDefault="00032CB0"/>
        </w:tc>
      </w:tr>
      <w:tr w:rsidR="00032CB0" w14:paraId="50CBFB30" w14:textId="77777777">
        <w:trPr>
          <w:jc w:val="center"/>
        </w:trPr>
        <w:tc>
          <w:tcPr>
            <w:tcW w:w="3456" w:type="dxa"/>
          </w:tcPr>
          <w:p w14:paraId="2C03B79A" w14:textId="77777777" w:rsidR="00032CB0" w:rsidRDefault="00000000">
            <w:r>
              <w:rPr>
                <w:sz w:val="18"/>
              </w:rPr>
              <w:t>Poor formatting</w:t>
            </w:r>
          </w:p>
        </w:tc>
        <w:tc>
          <w:tcPr>
            <w:tcW w:w="3456" w:type="dxa"/>
          </w:tcPr>
          <w:p w14:paraId="25A76663" w14:textId="77777777" w:rsidR="00032CB0" w:rsidRDefault="00000000">
            <w:r>
              <w:rPr>
                <w:sz w:val="18"/>
              </w:rPr>
              <w:t>☐</w:t>
            </w:r>
          </w:p>
        </w:tc>
        <w:tc>
          <w:tcPr>
            <w:tcW w:w="3456" w:type="dxa"/>
          </w:tcPr>
          <w:p w14:paraId="220FBCD5" w14:textId="77777777" w:rsidR="00032CB0" w:rsidRDefault="00032CB0"/>
        </w:tc>
      </w:tr>
      <w:tr w:rsidR="00032CB0" w14:paraId="18248EEF" w14:textId="77777777">
        <w:trPr>
          <w:jc w:val="center"/>
        </w:trPr>
        <w:tc>
          <w:tcPr>
            <w:tcW w:w="3456" w:type="dxa"/>
          </w:tcPr>
          <w:p w14:paraId="3C70490A" w14:textId="77777777" w:rsidR="00032CB0" w:rsidRDefault="00000000">
            <w:r>
              <w:rPr>
                <w:sz w:val="18"/>
              </w:rPr>
              <w:t>Written for self not reader</w:t>
            </w:r>
          </w:p>
        </w:tc>
        <w:tc>
          <w:tcPr>
            <w:tcW w:w="3456" w:type="dxa"/>
          </w:tcPr>
          <w:p w14:paraId="3AAECDFD" w14:textId="77777777" w:rsidR="00032CB0" w:rsidRDefault="00000000">
            <w:r>
              <w:rPr>
                <w:sz w:val="18"/>
              </w:rPr>
              <w:t>☐</w:t>
            </w:r>
          </w:p>
        </w:tc>
        <w:tc>
          <w:tcPr>
            <w:tcW w:w="3456" w:type="dxa"/>
          </w:tcPr>
          <w:p w14:paraId="5F213614" w14:textId="77777777" w:rsidR="00032CB0" w:rsidRDefault="00032CB0"/>
        </w:tc>
      </w:tr>
    </w:tbl>
    <w:p w14:paraId="4D8C2F5B" w14:textId="77777777" w:rsidR="00032CB0" w:rsidRDefault="00032CB0"/>
    <w:p w14:paraId="1601894F" w14:textId="77777777" w:rsidR="00032CB0" w:rsidRDefault="00000000">
      <w:pPr>
        <w:pStyle w:val="Heading2"/>
      </w:pPr>
      <w:r>
        <w:t>Reflection</w:t>
      </w:r>
    </w:p>
    <w:p w14:paraId="53FD479B" w14:textId="77777777" w:rsidR="00032CB0" w:rsidRDefault="00000000">
      <w:r>
        <w:rPr>
          <w:b/>
        </w:rPr>
        <w:t>What mistake has been costing you most?</w:t>
      </w:r>
    </w:p>
    <w:p w14:paraId="36B0F015" w14:textId="77777777" w:rsidR="00032CB0" w:rsidRDefault="00000000">
      <w:pPr>
        <w:spacing w:after="40"/>
      </w:pPr>
      <w:r>
        <w:t>____________________________________________________________________________________________</w:t>
      </w:r>
    </w:p>
    <w:p w14:paraId="3CF72940" w14:textId="77777777" w:rsidR="00032CB0" w:rsidRDefault="00000000">
      <w:pPr>
        <w:spacing w:after="40"/>
      </w:pPr>
      <w:r>
        <w:t>____________________________________________________________________________________________</w:t>
      </w:r>
    </w:p>
    <w:p w14:paraId="70F64AFF" w14:textId="77777777" w:rsidR="00032CB0" w:rsidRDefault="00000000">
      <w:r>
        <w:rPr>
          <w:b/>
        </w:rPr>
        <w:t>What can be removed?</w:t>
      </w:r>
    </w:p>
    <w:p w14:paraId="33A8152B" w14:textId="77777777" w:rsidR="00032CB0" w:rsidRDefault="00000000">
      <w:pPr>
        <w:spacing w:after="40"/>
      </w:pPr>
      <w:r>
        <w:t>____________________________________________________________________________________________</w:t>
      </w:r>
    </w:p>
    <w:p w14:paraId="5240E843" w14:textId="77777777" w:rsidR="00032CB0" w:rsidRDefault="00000000">
      <w:pPr>
        <w:spacing w:after="40"/>
      </w:pPr>
      <w:r>
        <w:t>____________________________________________________________________________________________</w:t>
      </w:r>
    </w:p>
    <w:p w14:paraId="1F1B43C9" w14:textId="77777777" w:rsidR="00032CB0" w:rsidRDefault="00000000">
      <w:r>
        <w:rPr>
          <w:b/>
        </w:rPr>
        <w:t>What needs sharpening first?</w:t>
      </w:r>
    </w:p>
    <w:p w14:paraId="740429A4" w14:textId="77777777" w:rsidR="00032CB0" w:rsidRDefault="00000000">
      <w:pPr>
        <w:spacing w:after="40"/>
      </w:pPr>
      <w:r>
        <w:t>____________________________________________________________________________________________</w:t>
      </w:r>
    </w:p>
    <w:p w14:paraId="5EBE7E8C" w14:textId="77777777" w:rsidR="00032CB0" w:rsidRDefault="00000000">
      <w:pPr>
        <w:spacing w:after="40"/>
      </w:pPr>
      <w:r>
        <w:t>____________________________________________________________________________________________</w:t>
      </w:r>
    </w:p>
    <w:p w14:paraId="4D09B85F" w14:textId="77777777" w:rsidR="00032CB0" w:rsidRDefault="00000000">
      <w:pPr>
        <w:pStyle w:val="Heading2"/>
      </w:pPr>
      <w:r>
        <w:lastRenderedPageBreak/>
        <w:t>Notes and ideas to carry forward</w:t>
      </w:r>
    </w:p>
    <w:p w14:paraId="08F2E37D" w14:textId="77777777" w:rsidR="00032CB0" w:rsidRDefault="00000000">
      <w:pPr>
        <w:spacing w:after="40"/>
      </w:pPr>
      <w:r>
        <w:t>____________________________________________________________________________________________</w:t>
      </w:r>
    </w:p>
    <w:p w14:paraId="690DF71E" w14:textId="77777777" w:rsidR="00032CB0" w:rsidRDefault="00000000">
      <w:pPr>
        <w:spacing w:after="40"/>
      </w:pPr>
      <w:r>
        <w:t>____________________________________________________________________________________________</w:t>
      </w:r>
    </w:p>
    <w:p w14:paraId="57CE2964" w14:textId="77777777" w:rsidR="00032CB0" w:rsidRDefault="00000000">
      <w:pPr>
        <w:spacing w:after="40"/>
      </w:pPr>
      <w:r>
        <w:t>____________________________________________________________________________________________</w:t>
      </w:r>
    </w:p>
    <w:p w14:paraId="1B16C5F6" w14:textId="77777777" w:rsidR="00032CB0" w:rsidRDefault="00000000">
      <w:pPr>
        <w:spacing w:after="40"/>
      </w:pPr>
      <w:r>
        <w:t>____________________________________________________________________________________________</w:t>
      </w:r>
    </w:p>
    <w:p w14:paraId="53B51FAB" w14:textId="77777777" w:rsidR="00032CB0" w:rsidRDefault="00000000">
      <w:r>
        <w:br w:type="page"/>
      </w:r>
    </w:p>
    <w:p w14:paraId="668CD0E4" w14:textId="77777777" w:rsidR="00032CB0" w:rsidRDefault="00000000">
      <w:pPr>
        <w:pStyle w:val="Heading1"/>
      </w:pPr>
      <w:r>
        <w:lastRenderedPageBreak/>
        <w:t>Chapter 25 Workbook | The Step-by-Step Writing Process in Order</w:t>
      </w:r>
    </w:p>
    <w:tbl>
      <w:tblPr>
        <w:tblW w:w="0" w:type="auto"/>
        <w:jc w:val="center"/>
        <w:tblLook w:val="04A0" w:firstRow="1" w:lastRow="0" w:firstColumn="1" w:lastColumn="0" w:noHBand="0" w:noVBand="1"/>
      </w:tblPr>
      <w:tblGrid>
        <w:gridCol w:w="10368"/>
      </w:tblGrid>
      <w:tr w:rsidR="00032CB0" w14:paraId="208A8EF1" w14:textId="77777777">
        <w:trPr>
          <w:jc w:val="center"/>
        </w:trPr>
        <w:tc>
          <w:tcPr>
            <w:tcW w:w="10368" w:type="dxa"/>
            <w:shd w:val="clear" w:color="auto" w:fill="F4F9FC"/>
          </w:tcPr>
          <w:p w14:paraId="433698A3" w14:textId="77777777" w:rsidR="00032CB0" w:rsidRDefault="00000000">
            <w:r>
              <w:rPr>
                <w:b/>
                <w:color w:val="0A1744"/>
              </w:rPr>
              <w:t>Chapter focus</w:t>
            </w:r>
            <w:r>
              <w:rPr>
                <w:sz w:val="20"/>
              </w:rPr>
              <w:br/>
              <w:t>Use the process as a practical build plan.</w:t>
            </w:r>
          </w:p>
        </w:tc>
      </w:tr>
    </w:tbl>
    <w:p w14:paraId="7E9A7256" w14:textId="77777777" w:rsidR="00032CB0" w:rsidRDefault="00032CB0"/>
    <w:p w14:paraId="062155B1" w14:textId="77777777" w:rsidR="00032CB0" w:rsidRDefault="00000000">
      <w:pPr>
        <w:pStyle w:val="Heading2"/>
      </w:pPr>
      <w:r>
        <w:t>Hints &amp; tips before you start</w:t>
      </w:r>
    </w:p>
    <w:p w14:paraId="47E111EF" w14:textId="77777777" w:rsidR="00032CB0" w:rsidRDefault="00000000">
      <w:pPr>
        <w:pStyle w:val="ListBullet"/>
      </w:pPr>
      <w:r>
        <w:t>Use rough notes first. You can polish the wording later.</w:t>
      </w:r>
    </w:p>
    <w:p w14:paraId="2079E53A" w14:textId="77777777" w:rsidR="00032CB0" w:rsidRDefault="00000000">
      <w:pPr>
        <w:pStyle w:val="ListBullet"/>
      </w:pPr>
      <w:r>
        <w:t>Keep your target role in mind so your answers stay relevant.</w:t>
      </w:r>
    </w:p>
    <w:p w14:paraId="7F5BAF05" w14:textId="77777777" w:rsidR="00032CB0" w:rsidRDefault="00000000">
      <w:pPr>
        <w:pStyle w:val="ListBullet"/>
      </w:pPr>
      <w:r>
        <w:t>Do not dismiss something because it feels ordinary to you; ordinary to you may be valuable to an employer.</w:t>
      </w:r>
    </w:p>
    <w:p w14:paraId="7B56418F" w14:textId="77777777" w:rsidR="00032CB0" w:rsidRDefault="00000000">
      <w:pPr>
        <w:pStyle w:val="Heading2"/>
      </w:pPr>
      <w:r>
        <w:t>Workbook exercises</w:t>
      </w:r>
    </w:p>
    <w:p w14:paraId="371DF6C6" w14:textId="77777777" w:rsidR="00032CB0" w:rsidRDefault="00000000">
      <w:pPr>
        <w:pStyle w:val="ListNumber"/>
      </w:pPr>
      <w:r>
        <w:t>Tick off each stage of the CV build.</w:t>
      </w:r>
    </w:p>
    <w:p w14:paraId="1390CC18" w14:textId="77777777" w:rsidR="00032CB0" w:rsidRDefault="00000000">
      <w:pPr>
        <w:spacing w:after="40"/>
      </w:pPr>
      <w:r>
        <w:t>____________________________________________________________________________________________</w:t>
      </w:r>
    </w:p>
    <w:p w14:paraId="34F2771B" w14:textId="77777777" w:rsidR="00032CB0" w:rsidRDefault="00000000">
      <w:pPr>
        <w:spacing w:after="40"/>
      </w:pPr>
      <w:r>
        <w:t>____________________________________________________________________________________________</w:t>
      </w:r>
    </w:p>
    <w:p w14:paraId="54D01E19" w14:textId="77777777" w:rsidR="00032CB0" w:rsidRDefault="00000000">
      <w:pPr>
        <w:pStyle w:val="ListNumber"/>
      </w:pPr>
      <w:r>
        <w:t>Set dates for each remaining stage.</w:t>
      </w:r>
    </w:p>
    <w:p w14:paraId="4F1F965F" w14:textId="77777777" w:rsidR="00032CB0" w:rsidRDefault="00000000">
      <w:pPr>
        <w:spacing w:after="40"/>
      </w:pPr>
      <w:r>
        <w:t>____________________________________________________________________________________________</w:t>
      </w:r>
    </w:p>
    <w:p w14:paraId="09D8ACEE" w14:textId="77777777" w:rsidR="00032CB0" w:rsidRDefault="00000000">
      <w:pPr>
        <w:spacing w:after="40"/>
      </w:pPr>
      <w:r>
        <w:t>____________________________________________________________________________________________</w:t>
      </w:r>
    </w:p>
    <w:p w14:paraId="586EE7F2" w14:textId="77777777" w:rsidR="00032CB0" w:rsidRDefault="00000000">
      <w:pPr>
        <w:pStyle w:val="ListNumber"/>
      </w:pPr>
      <w:r>
        <w:t>Decide what support or evidence you still need.</w:t>
      </w:r>
    </w:p>
    <w:p w14:paraId="31C525AD" w14:textId="77777777" w:rsidR="00032CB0" w:rsidRDefault="00000000">
      <w:pPr>
        <w:spacing w:after="40"/>
      </w:pPr>
      <w:r>
        <w:t>____________________________________________________________________________________________</w:t>
      </w:r>
    </w:p>
    <w:p w14:paraId="734333DD" w14:textId="77777777" w:rsidR="00032CB0" w:rsidRDefault="00000000">
      <w:pPr>
        <w:spacing w:after="40"/>
      </w:pPr>
      <w:r>
        <w:t>____________________________________________________________________________________________</w:t>
      </w:r>
    </w:p>
    <w:p w14:paraId="74299334" w14:textId="77777777" w:rsidR="00032CB0" w:rsidRDefault="00000000">
      <w:pPr>
        <w:pStyle w:val="Heading2"/>
      </w:pPr>
      <w:r>
        <w:t>Reflection</w:t>
      </w:r>
    </w:p>
    <w:p w14:paraId="7A011DB6" w14:textId="77777777" w:rsidR="00032CB0" w:rsidRDefault="00000000">
      <w:r>
        <w:rPr>
          <w:b/>
        </w:rPr>
        <w:t>Which step are you tempted to skip?</w:t>
      </w:r>
    </w:p>
    <w:p w14:paraId="17DDB7A5" w14:textId="77777777" w:rsidR="00032CB0" w:rsidRDefault="00000000">
      <w:pPr>
        <w:spacing w:after="40"/>
      </w:pPr>
      <w:r>
        <w:t>____________________________________________________________________________________________</w:t>
      </w:r>
    </w:p>
    <w:p w14:paraId="2FDAF767" w14:textId="77777777" w:rsidR="00032CB0" w:rsidRDefault="00000000">
      <w:pPr>
        <w:spacing w:after="40"/>
      </w:pPr>
      <w:r>
        <w:t>____________________________________________________________________________________________</w:t>
      </w:r>
    </w:p>
    <w:p w14:paraId="7E5208AD" w14:textId="77777777" w:rsidR="00032CB0" w:rsidRDefault="00000000">
      <w:r>
        <w:rPr>
          <w:b/>
        </w:rPr>
        <w:t>Where do you need more time?</w:t>
      </w:r>
    </w:p>
    <w:p w14:paraId="2C23C205" w14:textId="77777777" w:rsidR="00032CB0" w:rsidRDefault="00000000">
      <w:pPr>
        <w:spacing w:after="40"/>
      </w:pPr>
      <w:r>
        <w:t>____________________________________________________________________________________________</w:t>
      </w:r>
    </w:p>
    <w:p w14:paraId="72D70651" w14:textId="77777777" w:rsidR="00032CB0" w:rsidRDefault="00000000">
      <w:pPr>
        <w:spacing w:after="40"/>
      </w:pPr>
      <w:r>
        <w:t>____________________________________________________________________________________________</w:t>
      </w:r>
    </w:p>
    <w:p w14:paraId="3E1A3CB9" w14:textId="77777777" w:rsidR="00032CB0" w:rsidRDefault="00000000">
      <w:r>
        <w:rPr>
          <w:b/>
        </w:rPr>
        <w:t>What is your next specific action?</w:t>
      </w:r>
    </w:p>
    <w:p w14:paraId="0F98633F" w14:textId="77777777" w:rsidR="00032CB0" w:rsidRDefault="00000000">
      <w:pPr>
        <w:spacing w:after="40"/>
      </w:pPr>
      <w:r>
        <w:t>____________________________________________________________________________________________</w:t>
      </w:r>
    </w:p>
    <w:p w14:paraId="642419C9" w14:textId="77777777" w:rsidR="00032CB0" w:rsidRDefault="00000000">
      <w:pPr>
        <w:spacing w:after="40"/>
      </w:pPr>
      <w:r>
        <w:t>____________________________________________________________________________________________</w:t>
      </w:r>
    </w:p>
    <w:p w14:paraId="57FE332C" w14:textId="77777777" w:rsidR="00032CB0" w:rsidRDefault="00000000">
      <w:pPr>
        <w:pStyle w:val="Heading2"/>
      </w:pPr>
      <w:r>
        <w:t>Notes and ideas to carry forward</w:t>
      </w:r>
    </w:p>
    <w:p w14:paraId="4DFE0230" w14:textId="77777777" w:rsidR="00032CB0" w:rsidRDefault="00000000">
      <w:pPr>
        <w:spacing w:after="40"/>
      </w:pPr>
      <w:r>
        <w:t>____________________________________________________________________________________________</w:t>
      </w:r>
    </w:p>
    <w:p w14:paraId="24A6D829" w14:textId="77777777" w:rsidR="00032CB0" w:rsidRDefault="00000000">
      <w:pPr>
        <w:spacing w:after="40"/>
      </w:pPr>
      <w:r>
        <w:t>____________________________________________________________________________________________</w:t>
      </w:r>
    </w:p>
    <w:p w14:paraId="2FBF65E0" w14:textId="77777777" w:rsidR="00032CB0" w:rsidRDefault="00000000">
      <w:pPr>
        <w:spacing w:after="40"/>
      </w:pPr>
      <w:r>
        <w:t>____________________________________________________________________________________________</w:t>
      </w:r>
    </w:p>
    <w:p w14:paraId="5CB41911" w14:textId="77777777" w:rsidR="00032CB0" w:rsidRDefault="00000000">
      <w:pPr>
        <w:spacing w:after="40"/>
      </w:pPr>
      <w:r>
        <w:t>____________________________________________________________________________________________</w:t>
      </w:r>
    </w:p>
    <w:p w14:paraId="04328117" w14:textId="77777777" w:rsidR="00032CB0" w:rsidRDefault="00000000">
      <w:r>
        <w:br w:type="page"/>
      </w:r>
    </w:p>
    <w:p w14:paraId="208EEFA7" w14:textId="77777777" w:rsidR="00032CB0" w:rsidRDefault="00000000">
      <w:pPr>
        <w:pStyle w:val="Heading1"/>
      </w:pPr>
      <w:r>
        <w:lastRenderedPageBreak/>
        <w:t>Chapter 26 Workbook | How to review your CV properly BEFORE you send it</w:t>
      </w:r>
    </w:p>
    <w:tbl>
      <w:tblPr>
        <w:tblW w:w="0" w:type="auto"/>
        <w:jc w:val="center"/>
        <w:tblLook w:val="04A0" w:firstRow="1" w:lastRow="0" w:firstColumn="1" w:lastColumn="0" w:noHBand="0" w:noVBand="1"/>
      </w:tblPr>
      <w:tblGrid>
        <w:gridCol w:w="10368"/>
      </w:tblGrid>
      <w:tr w:rsidR="00032CB0" w14:paraId="7AB62319" w14:textId="77777777">
        <w:trPr>
          <w:jc w:val="center"/>
        </w:trPr>
        <w:tc>
          <w:tcPr>
            <w:tcW w:w="10368" w:type="dxa"/>
            <w:shd w:val="clear" w:color="auto" w:fill="F4F9FC"/>
          </w:tcPr>
          <w:p w14:paraId="268C9829" w14:textId="77777777" w:rsidR="00032CB0" w:rsidRDefault="00000000">
            <w:r>
              <w:rPr>
                <w:b/>
                <w:color w:val="0A1744"/>
              </w:rPr>
              <w:t>Chapter focus</w:t>
            </w:r>
            <w:r>
              <w:rPr>
                <w:sz w:val="20"/>
              </w:rPr>
              <w:br/>
              <w:t>Review the CV strategically before using it.</w:t>
            </w:r>
          </w:p>
        </w:tc>
      </w:tr>
    </w:tbl>
    <w:p w14:paraId="386D7DDA" w14:textId="77777777" w:rsidR="00032CB0" w:rsidRDefault="00032CB0"/>
    <w:p w14:paraId="5B81F321" w14:textId="77777777" w:rsidR="00032CB0" w:rsidRDefault="00000000">
      <w:pPr>
        <w:pStyle w:val="Heading2"/>
      </w:pPr>
      <w:r>
        <w:t>Hints &amp; tips before you start</w:t>
      </w:r>
    </w:p>
    <w:p w14:paraId="23591826" w14:textId="77777777" w:rsidR="00032CB0" w:rsidRDefault="00000000">
      <w:pPr>
        <w:pStyle w:val="ListBullet"/>
      </w:pPr>
      <w:r>
        <w:t>Use rough notes first. You can polish the wording later.</w:t>
      </w:r>
    </w:p>
    <w:p w14:paraId="2C003782" w14:textId="77777777" w:rsidR="00032CB0" w:rsidRDefault="00000000">
      <w:pPr>
        <w:pStyle w:val="ListBullet"/>
      </w:pPr>
      <w:r>
        <w:t>Keep your target role in mind so your answers stay relevant.</w:t>
      </w:r>
    </w:p>
    <w:p w14:paraId="1F5E3791" w14:textId="77777777" w:rsidR="00032CB0" w:rsidRDefault="00000000">
      <w:pPr>
        <w:pStyle w:val="ListBullet"/>
      </w:pPr>
      <w:r>
        <w:t>Do not dismiss something because it feels ordinary to you; ordinary to you may be valuable to an employer.</w:t>
      </w:r>
    </w:p>
    <w:p w14:paraId="7C867822" w14:textId="77777777" w:rsidR="00032CB0" w:rsidRDefault="00000000">
      <w:pPr>
        <w:pStyle w:val="Heading2"/>
      </w:pPr>
      <w:r>
        <w:t>Workbook exercises</w:t>
      </w:r>
    </w:p>
    <w:p w14:paraId="4DBBB4F9" w14:textId="77777777" w:rsidR="00032CB0" w:rsidRDefault="00000000">
      <w:pPr>
        <w:pStyle w:val="ListNumber"/>
      </w:pPr>
      <w:r>
        <w:t>Use the final CV review checklist.</w:t>
      </w:r>
    </w:p>
    <w:p w14:paraId="351AA1C7" w14:textId="77777777" w:rsidR="00032CB0" w:rsidRDefault="00000000">
      <w:pPr>
        <w:spacing w:after="40"/>
      </w:pPr>
      <w:r>
        <w:t>____________________________________________________________________________________________</w:t>
      </w:r>
    </w:p>
    <w:p w14:paraId="59BD29A8" w14:textId="77777777" w:rsidR="00032CB0" w:rsidRDefault="00000000">
      <w:pPr>
        <w:spacing w:after="40"/>
      </w:pPr>
      <w:r>
        <w:t>____________________________________________________________________________________________</w:t>
      </w:r>
    </w:p>
    <w:p w14:paraId="48F3EE1E" w14:textId="77777777" w:rsidR="00032CB0" w:rsidRDefault="00000000">
      <w:pPr>
        <w:pStyle w:val="ListNumber"/>
      </w:pPr>
      <w:r>
        <w:t>Read the top third as if you were a recruiter.</w:t>
      </w:r>
    </w:p>
    <w:p w14:paraId="5102D7CE" w14:textId="77777777" w:rsidR="00032CB0" w:rsidRDefault="00000000">
      <w:pPr>
        <w:spacing w:after="40"/>
      </w:pPr>
      <w:r>
        <w:t>____________________________________________________________________________________________</w:t>
      </w:r>
    </w:p>
    <w:p w14:paraId="751DCAAE" w14:textId="77777777" w:rsidR="00032CB0" w:rsidRDefault="00000000">
      <w:pPr>
        <w:spacing w:after="40"/>
      </w:pPr>
      <w:r>
        <w:t>____________________________________________________________________________________________</w:t>
      </w:r>
    </w:p>
    <w:p w14:paraId="12F5750B" w14:textId="77777777" w:rsidR="00032CB0" w:rsidRDefault="00000000">
      <w:pPr>
        <w:pStyle w:val="ListNumber"/>
      </w:pPr>
      <w:r>
        <w:t>Check the CV against one live vacancy.</w:t>
      </w:r>
    </w:p>
    <w:p w14:paraId="6D97D5F9" w14:textId="77777777" w:rsidR="00032CB0" w:rsidRDefault="00000000">
      <w:pPr>
        <w:spacing w:after="40"/>
      </w:pPr>
      <w:r>
        <w:t>____________________________________________________________________________________________</w:t>
      </w:r>
    </w:p>
    <w:p w14:paraId="74F8AD63" w14:textId="77777777" w:rsidR="00032CB0" w:rsidRDefault="00000000">
      <w:pPr>
        <w:spacing w:after="40"/>
      </w:pPr>
      <w:r>
        <w:t>____________________________________________________________________________________________</w:t>
      </w:r>
    </w:p>
    <w:p w14:paraId="03209998" w14:textId="77777777" w:rsidR="00032CB0" w:rsidRDefault="00000000">
      <w:pPr>
        <w:pStyle w:val="Heading2"/>
      </w:pPr>
      <w:r>
        <w:t>Reflection</w:t>
      </w:r>
    </w:p>
    <w:p w14:paraId="14B0FB9E" w14:textId="77777777" w:rsidR="00032CB0" w:rsidRDefault="00000000">
      <w:r>
        <w:rPr>
          <w:b/>
        </w:rPr>
        <w:t>Would you understand your value in 10 seconds?</w:t>
      </w:r>
    </w:p>
    <w:p w14:paraId="64B193FF" w14:textId="77777777" w:rsidR="00032CB0" w:rsidRDefault="00000000">
      <w:pPr>
        <w:spacing w:after="40"/>
      </w:pPr>
      <w:r>
        <w:t>____________________________________________________________________________________________</w:t>
      </w:r>
    </w:p>
    <w:p w14:paraId="0B8785F1" w14:textId="77777777" w:rsidR="00032CB0" w:rsidRDefault="00000000">
      <w:pPr>
        <w:spacing w:after="40"/>
      </w:pPr>
      <w:r>
        <w:t>____________________________________________________________________________________________</w:t>
      </w:r>
    </w:p>
    <w:p w14:paraId="692A1C08" w14:textId="77777777" w:rsidR="00032CB0" w:rsidRDefault="00000000">
      <w:r>
        <w:rPr>
          <w:b/>
        </w:rPr>
        <w:t>Is anything still unclear?</w:t>
      </w:r>
    </w:p>
    <w:p w14:paraId="0F824290" w14:textId="77777777" w:rsidR="00032CB0" w:rsidRDefault="00000000">
      <w:pPr>
        <w:spacing w:after="40"/>
      </w:pPr>
      <w:r>
        <w:t>____________________________________________________________________________________________</w:t>
      </w:r>
    </w:p>
    <w:p w14:paraId="1340581F" w14:textId="77777777" w:rsidR="00032CB0" w:rsidRDefault="00000000">
      <w:pPr>
        <w:spacing w:after="40"/>
      </w:pPr>
      <w:r>
        <w:t>____________________________________________________________________________________________</w:t>
      </w:r>
    </w:p>
    <w:p w14:paraId="26814D84" w14:textId="77777777" w:rsidR="00032CB0" w:rsidRDefault="00000000">
      <w:r>
        <w:rPr>
          <w:b/>
        </w:rPr>
        <w:t>What would you ask yourself in an interview based on this CV?</w:t>
      </w:r>
    </w:p>
    <w:p w14:paraId="498799E5" w14:textId="77777777" w:rsidR="00032CB0" w:rsidRDefault="00000000">
      <w:pPr>
        <w:spacing w:after="40"/>
      </w:pPr>
      <w:r>
        <w:t>____________________________________________________________________________________________</w:t>
      </w:r>
    </w:p>
    <w:p w14:paraId="7227B0F8" w14:textId="77777777" w:rsidR="00032CB0" w:rsidRDefault="00000000">
      <w:pPr>
        <w:spacing w:after="40"/>
      </w:pPr>
      <w:r>
        <w:t>____________________________________________________________________________________________</w:t>
      </w:r>
    </w:p>
    <w:p w14:paraId="77BCFE92" w14:textId="77777777" w:rsidR="00032CB0" w:rsidRDefault="00000000">
      <w:pPr>
        <w:pStyle w:val="Heading2"/>
      </w:pPr>
      <w:r>
        <w:t>Notes and ideas to carry forward</w:t>
      </w:r>
    </w:p>
    <w:p w14:paraId="287F1735" w14:textId="77777777" w:rsidR="00032CB0" w:rsidRDefault="00000000">
      <w:pPr>
        <w:spacing w:after="40"/>
      </w:pPr>
      <w:r>
        <w:t>____________________________________________________________________________________________</w:t>
      </w:r>
    </w:p>
    <w:p w14:paraId="2EAA22F3" w14:textId="77777777" w:rsidR="00032CB0" w:rsidRDefault="00000000">
      <w:pPr>
        <w:spacing w:after="40"/>
      </w:pPr>
      <w:r>
        <w:t>____________________________________________________________________________________________</w:t>
      </w:r>
    </w:p>
    <w:p w14:paraId="500B7DD2" w14:textId="77777777" w:rsidR="00032CB0" w:rsidRDefault="00000000">
      <w:pPr>
        <w:spacing w:after="40"/>
      </w:pPr>
      <w:r>
        <w:t>____________________________________________________________________________________________</w:t>
      </w:r>
    </w:p>
    <w:p w14:paraId="63E6CE4F" w14:textId="77777777" w:rsidR="00032CB0" w:rsidRDefault="00000000">
      <w:pPr>
        <w:spacing w:after="40"/>
      </w:pPr>
      <w:r>
        <w:t>____________________________________________________________________________________________</w:t>
      </w:r>
    </w:p>
    <w:p w14:paraId="2885918E" w14:textId="77777777" w:rsidR="00032CB0" w:rsidRDefault="00000000">
      <w:r>
        <w:br w:type="page"/>
      </w:r>
    </w:p>
    <w:p w14:paraId="272DBACC" w14:textId="77777777" w:rsidR="00032CB0" w:rsidRDefault="00000000">
      <w:pPr>
        <w:pStyle w:val="Heading1"/>
      </w:pPr>
      <w:r>
        <w:lastRenderedPageBreak/>
        <w:t>Chapter 27 Workbook | Final Thoughts</w:t>
      </w:r>
    </w:p>
    <w:tbl>
      <w:tblPr>
        <w:tblW w:w="0" w:type="auto"/>
        <w:jc w:val="center"/>
        <w:tblLook w:val="04A0" w:firstRow="1" w:lastRow="0" w:firstColumn="1" w:lastColumn="0" w:noHBand="0" w:noVBand="1"/>
      </w:tblPr>
      <w:tblGrid>
        <w:gridCol w:w="10368"/>
      </w:tblGrid>
      <w:tr w:rsidR="00032CB0" w14:paraId="3274BA1A" w14:textId="77777777">
        <w:trPr>
          <w:jc w:val="center"/>
        </w:trPr>
        <w:tc>
          <w:tcPr>
            <w:tcW w:w="10368" w:type="dxa"/>
            <w:shd w:val="clear" w:color="auto" w:fill="F4F9FC"/>
          </w:tcPr>
          <w:p w14:paraId="2063DF28" w14:textId="77777777" w:rsidR="00032CB0" w:rsidRDefault="00000000">
            <w:r>
              <w:rPr>
                <w:b/>
                <w:color w:val="0A1744"/>
              </w:rPr>
              <w:t>Chapter focus</w:t>
            </w:r>
            <w:r>
              <w:rPr>
                <w:sz w:val="20"/>
              </w:rPr>
              <w:br/>
              <w:t>Reflect on what you now understand about your value and how your CV should work.</w:t>
            </w:r>
          </w:p>
        </w:tc>
      </w:tr>
    </w:tbl>
    <w:p w14:paraId="4314569B" w14:textId="77777777" w:rsidR="00032CB0" w:rsidRDefault="00032CB0"/>
    <w:p w14:paraId="7E4B4601" w14:textId="77777777" w:rsidR="00032CB0" w:rsidRDefault="00000000">
      <w:pPr>
        <w:pStyle w:val="Heading2"/>
      </w:pPr>
      <w:r>
        <w:t>Hints &amp; tips before you start</w:t>
      </w:r>
    </w:p>
    <w:p w14:paraId="28C9A26E" w14:textId="77777777" w:rsidR="00032CB0" w:rsidRDefault="00000000">
      <w:pPr>
        <w:pStyle w:val="ListBullet"/>
      </w:pPr>
      <w:r>
        <w:t>Use rough notes first. You can polish the wording later.</w:t>
      </w:r>
    </w:p>
    <w:p w14:paraId="5A69186C" w14:textId="77777777" w:rsidR="00032CB0" w:rsidRDefault="00000000">
      <w:pPr>
        <w:pStyle w:val="ListBullet"/>
      </w:pPr>
      <w:r>
        <w:t>Keep your target role in mind so your answers stay relevant.</w:t>
      </w:r>
    </w:p>
    <w:p w14:paraId="0CDAC57F" w14:textId="77777777" w:rsidR="00032CB0" w:rsidRDefault="00000000">
      <w:pPr>
        <w:pStyle w:val="ListBullet"/>
      </w:pPr>
      <w:r>
        <w:t>Do not dismiss something because it feels ordinary to you; ordinary to you may be valuable to an employer.</w:t>
      </w:r>
    </w:p>
    <w:p w14:paraId="3FD75FF2" w14:textId="77777777" w:rsidR="00032CB0" w:rsidRDefault="00000000">
      <w:pPr>
        <w:pStyle w:val="Heading2"/>
      </w:pPr>
      <w:r>
        <w:t>Workbook exercises</w:t>
      </w:r>
    </w:p>
    <w:p w14:paraId="44889357" w14:textId="77777777" w:rsidR="00032CB0" w:rsidRDefault="00000000">
      <w:pPr>
        <w:pStyle w:val="ListNumber"/>
      </w:pPr>
      <w:r>
        <w:t>Write your key takeaways from this process.</w:t>
      </w:r>
    </w:p>
    <w:p w14:paraId="468954EF" w14:textId="77777777" w:rsidR="00032CB0" w:rsidRDefault="00000000">
      <w:pPr>
        <w:spacing w:after="40"/>
      </w:pPr>
      <w:r>
        <w:t>____________________________________________________________________________________________</w:t>
      </w:r>
    </w:p>
    <w:p w14:paraId="1D8C36FC" w14:textId="77777777" w:rsidR="00032CB0" w:rsidRDefault="00000000">
      <w:pPr>
        <w:spacing w:after="40"/>
      </w:pPr>
      <w:r>
        <w:t>____________________________________________________________________________________________</w:t>
      </w:r>
    </w:p>
    <w:p w14:paraId="27261314" w14:textId="77777777" w:rsidR="00032CB0" w:rsidRDefault="00000000">
      <w:pPr>
        <w:pStyle w:val="ListNumber"/>
      </w:pPr>
      <w:r>
        <w:t>Record the strongest evidence you discovered.</w:t>
      </w:r>
    </w:p>
    <w:p w14:paraId="7AB69C36" w14:textId="77777777" w:rsidR="00032CB0" w:rsidRDefault="00000000">
      <w:pPr>
        <w:spacing w:after="40"/>
      </w:pPr>
      <w:r>
        <w:t>____________________________________________________________________________________________</w:t>
      </w:r>
    </w:p>
    <w:p w14:paraId="4A93BB6D" w14:textId="77777777" w:rsidR="00032CB0" w:rsidRDefault="00000000">
      <w:pPr>
        <w:spacing w:after="40"/>
      </w:pPr>
      <w:r>
        <w:t>____________________________________________________________________________________________</w:t>
      </w:r>
    </w:p>
    <w:p w14:paraId="208A2F86" w14:textId="77777777" w:rsidR="00032CB0" w:rsidRDefault="00000000">
      <w:pPr>
        <w:pStyle w:val="ListNumber"/>
      </w:pPr>
      <w:r>
        <w:t>Plan your next step: tailor, apply, LinkedIn update or recruiter outreach.</w:t>
      </w:r>
    </w:p>
    <w:p w14:paraId="704DE2DF" w14:textId="77777777" w:rsidR="00032CB0" w:rsidRDefault="00000000">
      <w:pPr>
        <w:spacing w:after="40"/>
      </w:pPr>
      <w:r>
        <w:t>____________________________________________________________________________________________</w:t>
      </w:r>
    </w:p>
    <w:p w14:paraId="770571E1" w14:textId="77777777" w:rsidR="00032CB0" w:rsidRDefault="00000000">
      <w:pPr>
        <w:spacing w:after="40"/>
      </w:pPr>
      <w:r>
        <w:t>____________________________________________________________________________________________</w:t>
      </w:r>
    </w:p>
    <w:p w14:paraId="26EEC218" w14:textId="77777777" w:rsidR="00032CB0" w:rsidRDefault="00000000">
      <w:pPr>
        <w:pStyle w:val="Heading2"/>
      </w:pPr>
      <w:r>
        <w:t>Reflection</w:t>
      </w:r>
    </w:p>
    <w:p w14:paraId="3098E837" w14:textId="77777777" w:rsidR="00032CB0" w:rsidRDefault="00000000">
      <w:r>
        <w:rPr>
          <w:b/>
        </w:rPr>
        <w:t>What do you now see differently about your career?</w:t>
      </w:r>
    </w:p>
    <w:p w14:paraId="7511431E" w14:textId="77777777" w:rsidR="00032CB0" w:rsidRDefault="00000000">
      <w:pPr>
        <w:spacing w:after="40"/>
      </w:pPr>
      <w:r>
        <w:t>____________________________________________________________________________________________</w:t>
      </w:r>
    </w:p>
    <w:p w14:paraId="3248DE7E" w14:textId="77777777" w:rsidR="00032CB0" w:rsidRDefault="00000000">
      <w:pPr>
        <w:spacing w:after="40"/>
      </w:pPr>
      <w:r>
        <w:t>____________________________________________________________________________________________</w:t>
      </w:r>
    </w:p>
    <w:p w14:paraId="308C66B5" w14:textId="77777777" w:rsidR="00032CB0" w:rsidRDefault="00000000">
      <w:r>
        <w:rPr>
          <w:b/>
        </w:rPr>
        <w:t>What will you stop doing in future CVs?</w:t>
      </w:r>
    </w:p>
    <w:p w14:paraId="154D0CEA" w14:textId="77777777" w:rsidR="00032CB0" w:rsidRDefault="00000000">
      <w:pPr>
        <w:spacing w:after="40"/>
      </w:pPr>
      <w:r>
        <w:t>____________________________________________________________________________________________</w:t>
      </w:r>
    </w:p>
    <w:p w14:paraId="47F53AB5" w14:textId="77777777" w:rsidR="00032CB0" w:rsidRDefault="00000000">
      <w:pPr>
        <w:spacing w:after="40"/>
      </w:pPr>
      <w:r>
        <w:t>____________________________________________________________________________________________</w:t>
      </w:r>
    </w:p>
    <w:p w14:paraId="25DA1975" w14:textId="77777777" w:rsidR="00032CB0" w:rsidRDefault="00000000">
      <w:r>
        <w:rPr>
          <w:b/>
        </w:rPr>
        <w:t>What are you proud to include?</w:t>
      </w:r>
    </w:p>
    <w:p w14:paraId="3B0F5FF7" w14:textId="77777777" w:rsidR="00032CB0" w:rsidRDefault="00000000">
      <w:pPr>
        <w:spacing w:after="40"/>
      </w:pPr>
      <w:r>
        <w:t>____________________________________________________________________________________________</w:t>
      </w:r>
    </w:p>
    <w:p w14:paraId="57E164FD" w14:textId="77777777" w:rsidR="00032CB0" w:rsidRDefault="00000000">
      <w:pPr>
        <w:spacing w:after="40"/>
      </w:pPr>
      <w:r>
        <w:t>____________________________________________________________________________________________</w:t>
      </w:r>
    </w:p>
    <w:p w14:paraId="7CEC2B14" w14:textId="77777777" w:rsidR="00032CB0" w:rsidRDefault="00000000">
      <w:pPr>
        <w:pStyle w:val="Heading2"/>
      </w:pPr>
      <w:r>
        <w:t>Notes and ideas to carry forward</w:t>
      </w:r>
    </w:p>
    <w:p w14:paraId="0B3D910F" w14:textId="77777777" w:rsidR="00032CB0" w:rsidRDefault="00000000">
      <w:pPr>
        <w:spacing w:after="40"/>
      </w:pPr>
      <w:r>
        <w:t>____________________________________________________________________________________________</w:t>
      </w:r>
    </w:p>
    <w:p w14:paraId="53F2AA6A" w14:textId="77777777" w:rsidR="00032CB0" w:rsidRDefault="00000000">
      <w:pPr>
        <w:spacing w:after="40"/>
      </w:pPr>
      <w:r>
        <w:t>____________________________________________________________________________________________</w:t>
      </w:r>
    </w:p>
    <w:p w14:paraId="1F8086AB" w14:textId="77777777" w:rsidR="00032CB0" w:rsidRDefault="00000000">
      <w:pPr>
        <w:spacing w:after="40"/>
      </w:pPr>
      <w:r>
        <w:t>____________________________________________________________________________________________</w:t>
      </w:r>
    </w:p>
    <w:p w14:paraId="20BAFFA7" w14:textId="77777777" w:rsidR="00032CB0" w:rsidRDefault="00000000">
      <w:pPr>
        <w:spacing w:after="40"/>
      </w:pPr>
      <w:r>
        <w:t>____________________________________________________________________________________________</w:t>
      </w:r>
    </w:p>
    <w:p w14:paraId="40EE5F9E" w14:textId="77777777" w:rsidR="00032CB0" w:rsidRDefault="00000000">
      <w:r>
        <w:br w:type="page"/>
      </w:r>
    </w:p>
    <w:p w14:paraId="13D701D9" w14:textId="2AC7EE66" w:rsidR="00032CB0" w:rsidRDefault="00000000">
      <w:pPr>
        <w:pStyle w:val="Heading1"/>
      </w:pPr>
      <w:r>
        <w:lastRenderedPageBreak/>
        <w:t>Master CV Build Tracker</w:t>
      </w:r>
    </w:p>
    <w:tbl>
      <w:tblPr>
        <w:tblStyle w:val="TableGrid"/>
        <w:tblW w:w="0" w:type="auto"/>
        <w:jc w:val="center"/>
        <w:tblLook w:val="04A0" w:firstRow="1" w:lastRow="0" w:firstColumn="1" w:lastColumn="0" w:noHBand="0" w:noVBand="1"/>
      </w:tblPr>
      <w:tblGrid>
        <w:gridCol w:w="3456"/>
        <w:gridCol w:w="3456"/>
        <w:gridCol w:w="3456"/>
      </w:tblGrid>
      <w:tr w:rsidR="00032CB0" w14:paraId="0FC3FC2D" w14:textId="77777777">
        <w:trPr>
          <w:jc w:val="center"/>
        </w:trPr>
        <w:tc>
          <w:tcPr>
            <w:tcW w:w="3456" w:type="dxa"/>
            <w:shd w:val="clear" w:color="auto" w:fill="0A1744"/>
            <w:vAlign w:val="center"/>
          </w:tcPr>
          <w:p w14:paraId="3A6EA651" w14:textId="77777777" w:rsidR="00032CB0" w:rsidRDefault="00000000">
            <w:r>
              <w:rPr>
                <w:b/>
                <w:color w:val="FFFFFF"/>
                <w:sz w:val="18"/>
              </w:rPr>
              <w:t>Stage</w:t>
            </w:r>
          </w:p>
        </w:tc>
        <w:tc>
          <w:tcPr>
            <w:tcW w:w="3456" w:type="dxa"/>
            <w:shd w:val="clear" w:color="auto" w:fill="0A1744"/>
            <w:vAlign w:val="center"/>
          </w:tcPr>
          <w:p w14:paraId="41EF4C04" w14:textId="77777777" w:rsidR="00032CB0" w:rsidRDefault="00000000">
            <w:r>
              <w:rPr>
                <w:b/>
                <w:color w:val="FFFFFF"/>
                <w:sz w:val="18"/>
              </w:rPr>
              <w:t>Complete</w:t>
            </w:r>
          </w:p>
        </w:tc>
        <w:tc>
          <w:tcPr>
            <w:tcW w:w="3456" w:type="dxa"/>
            <w:shd w:val="clear" w:color="auto" w:fill="0A1744"/>
            <w:vAlign w:val="center"/>
          </w:tcPr>
          <w:p w14:paraId="14440016" w14:textId="77777777" w:rsidR="00032CB0" w:rsidRDefault="00000000">
            <w:r>
              <w:rPr>
                <w:b/>
                <w:color w:val="FFFFFF"/>
                <w:sz w:val="18"/>
              </w:rPr>
              <w:t>Notes</w:t>
            </w:r>
          </w:p>
        </w:tc>
      </w:tr>
      <w:tr w:rsidR="00032CB0" w14:paraId="227F034E" w14:textId="77777777">
        <w:trPr>
          <w:jc w:val="center"/>
        </w:trPr>
        <w:tc>
          <w:tcPr>
            <w:tcW w:w="3456" w:type="dxa"/>
          </w:tcPr>
          <w:p w14:paraId="6CADF5F4" w14:textId="77777777" w:rsidR="00032CB0" w:rsidRDefault="00000000">
            <w:r>
              <w:rPr>
                <w:sz w:val="18"/>
              </w:rPr>
              <w:t>Target direction chosen</w:t>
            </w:r>
          </w:p>
        </w:tc>
        <w:tc>
          <w:tcPr>
            <w:tcW w:w="3456" w:type="dxa"/>
          </w:tcPr>
          <w:p w14:paraId="68C186E7" w14:textId="77777777" w:rsidR="00032CB0" w:rsidRDefault="00000000">
            <w:r>
              <w:rPr>
                <w:sz w:val="18"/>
              </w:rPr>
              <w:t>☐</w:t>
            </w:r>
          </w:p>
        </w:tc>
        <w:tc>
          <w:tcPr>
            <w:tcW w:w="3456" w:type="dxa"/>
          </w:tcPr>
          <w:p w14:paraId="63613018" w14:textId="77777777" w:rsidR="00032CB0" w:rsidRDefault="00032CB0"/>
        </w:tc>
      </w:tr>
      <w:tr w:rsidR="00032CB0" w14:paraId="29083270" w14:textId="77777777">
        <w:trPr>
          <w:jc w:val="center"/>
        </w:trPr>
        <w:tc>
          <w:tcPr>
            <w:tcW w:w="3456" w:type="dxa"/>
          </w:tcPr>
          <w:p w14:paraId="7DAE811A" w14:textId="77777777" w:rsidR="00032CB0" w:rsidRDefault="00000000">
            <w:r>
              <w:rPr>
                <w:sz w:val="18"/>
              </w:rPr>
              <w:t>Raw material gathered</w:t>
            </w:r>
          </w:p>
        </w:tc>
        <w:tc>
          <w:tcPr>
            <w:tcW w:w="3456" w:type="dxa"/>
          </w:tcPr>
          <w:p w14:paraId="2A9BC45F" w14:textId="77777777" w:rsidR="00032CB0" w:rsidRDefault="00000000">
            <w:r>
              <w:rPr>
                <w:sz w:val="18"/>
              </w:rPr>
              <w:t>☐</w:t>
            </w:r>
          </w:p>
        </w:tc>
        <w:tc>
          <w:tcPr>
            <w:tcW w:w="3456" w:type="dxa"/>
          </w:tcPr>
          <w:p w14:paraId="34C94927" w14:textId="77777777" w:rsidR="00032CB0" w:rsidRDefault="00032CB0"/>
        </w:tc>
      </w:tr>
      <w:tr w:rsidR="00032CB0" w14:paraId="6B17B3E5" w14:textId="77777777">
        <w:trPr>
          <w:jc w:val="center"/>
        </w:trPr>
        <w:tc>
          <w:tcPr>
            <w:tcW w:w="3456" w:type="dxa"/>
          </w:tcPr>
          <w:p w14:paraId="3A83C14A" w14:textId="77777777" w:rsidR="00032CB0" w:rsidRDefault="00000000">
            <w:r>
              <w:rPr>
                <w:sz w:val="18"/>
              </w:rPr>
              <w:t>Role breakdowns completed</w:t>
            </w:r>
          </w:p>
        </w:tc>
        <w:tc>
          <w:tcPr>
            <w:tcW w:w="3456" w:type="dxa"/>
          </w:tcPr>
          <w:p w14:paraId="6B9AFC1D" w14:textId="77777777" w:rsidR="00032CB0" w:rsidRDefault="00000000">
            <w:r>
              <w:rPr>
                <w:sz w:val="18"/>
              </w:rPr>
              <w:t>☐</w:t>
            </w:r>
          </w:p>
        </w:tc>
        <w:tc>
          <w:tcPr>
            <w:tcW w:w="3456" w:type="dxa"/>
          </w:tcPr>
          <w:p w14:paraId="33C6C246" w14:textId="77777777" w:rsidR="00032CB0" w:rsidRDefault="00032CB0"/>
        </w:tc>
      </w:tr>
      <w:tr w:rsidR="00032CB0" w14:paraId="1D5BF62B" w14:textId="77777777">
        <w:trPr>
          <w:jc w:val="center"/>
        </w:trPr>
        <w:tc>
          <w:tcPr>
            <w:tcW w:w="3456" w:type="dxa"/>
          </w:tcPr>
          <w:p w14:paraId="075D4870" w14:textId="77777777" w:rsidR="00032CB0" w:rsidRDefault="00000000">
            <w:r>
              <w:rPr>
                <w:sz w:val="18"/>
              </w:rPr>
              <w:t>Achievements extracted</w:t>
            </w:r>
          </w:p>
        </w:tc>
        <w:tc>
          <w:tcPr>
            <w:tcW w:w="3456" w:type="dxa"/>
          </w:tcPr>
          <w:p w14:paraId="20B0A810" w14:textId="77777777" w:rsidR="00032CB0" w:rsidRDefault="00000000">
            <w:r>
              <w:rPr>
                <w:sz w:val="18"/>
              </w:rPr>
              <w:t>☐</w:t>
            </w:r>
          </w:p>
        </w:tc>
        <w:tc>
          <w:tcPr>
            <w:tcW w:w="3456" w:type="dxa"/>
          </w:tcPr>
          <w:p w14:paraId="342C2A35" w14:textId="77777777" w:rsidR="00032CB0" w:rsidRDefault="00032CB0"/>
        </w:tc>
      </w:tr>
      <w:tr w:rsidR="00032CB0" w14:paraId="24811840" w14:textId="77777777">
        <w:trPr>
          <w:jc w:val="center"/>
        </w:trPr>
        <w:tc>
          <w:tcPr>
            <w:tcW w:w="3456" w:type="dxa"/>
          </w:tcPr>
          <w:p w14:paraId="6BFF8AF6" w14:textId="77777777" w:rsidR="00032CB0" w:rsidRDefault="00000000">
            <w:r>
              <w:rPr>
                <w:sz w:val="18"/>
              </w:rPr>
              <w:t>Professional story defined</w:t>
            </w:r>
          </w:p>
        </w:tc>
        <w:tc>
          <w:tcPr>
            <w:tcW w:w="3456" w:type="dxa"/>
          </w:tcPr>
          <w:p w14:paraId="4582FA2D" w14:textId="77777777" w:rsidR="00032CB0" w:rsidRDefault="00000000">
            <w:r>
              <w:rPr>
                <w:sz w:val="18"/>
              </w:rPr>
              <w:t>☐</w:t>
            </w:r>
          </w:p>
        </w:tc>
        <w:tc>
          <w:tcPr>
            <w:tcW w:w="3456" w:type="dxa"/>
          </w:tcPr>
          <w:p w14:paraId="4CC45F19" w14:textId="77777777" w:rsidR="00032CB0" w:rsidRDefault="00032CB0"/>
        </w:tc>
      </w:tr>
      <w:tr w:rsidR="00032CB0" w14:paraId="2EAED54A" w14:textId="77777777">
        <w:trPr>
          <w:jc w:val="center"/>
        </w:trPr>
        <w:tc>
          <w:tcPr>
            <w:tcW w:w="3456" w:type="dxa"/>
          </w:tcPr>
          <w:p w14:paraId="078C24BF" w14:textId="77777777" w:rsidR="00032CB0" w:rsidRDefault="00000000">
            <w:r>
              <w:rPr>
                <w:sz w:val="18"/>
              </w:rPr>
              <w:t>Structure mapped</w:t>
            </w:r>
          </w:p>
        </w:tc>
        <w:tc>
          <w:tcPr>
            <w:tcW w:w="3456" w:type="dxa"/>
          </w:tcPr>
          <w:p w14:paraId="266A7088" w14:textId="77777777" w:rsidR="00032CB0" w:rsidRDefault="00000000">
            <w:r>
              <w:rPr>
                <w:sz w:val="18"/>
              </w:rPr>
              <w:t>☐</w:t>
            </w:r>
          </w:p>
        </w:tc>
        <w:tc>
          <w:tcPr>
            <w:tcW w:w="3456" w:type="dxa"/>
          </w:tcPr>
          <w:p w14:paraId="5C6BCD46" w14:textId="77777777" w:rsidR="00032CB0" w:rsidRDefault="00032CB0"/>
        </w:tc>
      </w:tr>
      <w:tr w:rsidR="00032CB0" w14:paraId="721077C0" w14:textId="77777777">
        <w:trPr>
          <w:jc w:val="center"/>
        </w:trPr>
        <w:tc>
          <w:tcPr>
            <w:tcW w:w="3456" w:type="dxa"/>
          </w:tcPr>
          <w:p w14:paraId="04395014" w14:textId="77777777" w:rsidR="00032CB0" w:rsidRDefault="00000000">
            <w:r>
              <w:rPr>
                <w:sz w:val="18"/>
              </w:rPr>
              <w:t>Headline drafted</w:t>
            </w:r>
          </w:p>
        </w:tc>
        <w:tc>
          <w:tcPr>
            <w:tcW w:w="3456" w:type="dxa"/>
          </w:tcPr>
          <w:p w14:paraId="25C1BABA" w14:textId="77777777" w:rsidR="00032CB0" w:rsidRDefault="00000000">
            <w:r>
              <w:rPr>
                <w:sz w:val="18"/>
              </w:rPr>
              <w:t>☐</w:t>
            </w:r>
          </w:p>
        </w:tc>
        <w:tc>
          <w:tcPr>
            <w:tcW w:w="3456" w:type="dxa"/>
          </w:tcPr>
          <w:p w14:paraId="14253289" w14:textId="77777777" w:rsidR="00032CB0" w:rsidRDefault="00032CB0"/>
        </w:tc>
      </w:tr>
      <w:tr w:rsidR="00032CB0" w14:paraId="5B4C6609" w14:textId="77777777">
        <w:trPr>
          <w:jc w:val="center"/>
        </w:trPr>
        <w:tc>
          <w:tcPr>
            <w:tcW w:w="3456" w:type="dxa"/>
          </w:tcPr>
          <w:p w14:paraId="7CCEF39D" w14:textId="77777777" w:rsidR="00032CB0" w:rsidRDefault="00000000">
            <w:r>
              <w:rPr>
                <w:sz w:val="18"/>
              </w:rPr>
              <w:t>Hook drafted</w:t>
            </w:r>
          </w:p>
        </w:tc>
        <w:tc>
          <w:tcPr>
            <w:tcW w:w="3456" w:type="dxa"/>
          </w:tcPr>
          <w:p w14:paraId="2A64B969" w14:textId="77777777" w:rsidR="00032CB0" w:rsidRDefault="00000000">
            <w:r>
              <w:rPr>
                <w:sz w:val="18"/>
              </w:rPr>
              <w:t>☐</w:t>
            </w:r>
          </w:p>
        </w:tc>
        <w:tc>
          <w:tcPr>
            <w:tcW w:w="3456" w:type="dxa"/>
          </w:tcPr>
          <w:p w14:paraId="7529AFDB" w14:textId="77777777" w:rsidR="00032CB0" w:rsidRDefault="00032CB0"/>
        </w:tc>
      </w:tr>
      <w:tr w:rsidR="00032CB0" w14:paraId="18CB542C" w14:textId="77777777">
        <w:trPr>
          <w:jc w:val="center"/>
        </w:trPr>
        <w:tc>
          <w:tcPr>
            <w:tcW w:w="3456" w:type="dxa"/>
          </w:tcPr>
          <w:p w14:paraId="1CF33C51" w14:textId="77777777" w:rsidR="00032CB0" w:rsidRDefault="00000000">
            <w:r>
              <w:rPr>
                <w:sz w:val="18"/>
              </w:rPr>
              <w:t>Profile paragraph drafted</w:t>
            </w:r>
          </w:p>
        </w:tc>
        <w:tc>
          <w:tcPr>
            <w:tcW w:w="3456" w:type="dxa"/>
          </w:tcPr>
          <w:p w14:paraId="3A5DA91F" w14:textId="77777777" w:rsidR="00032CB0" w:rsidRDefault="00000000">
            <w:r>
              <w:rPr>
                <w:sz w:val="18"/>
              </w:rPr>
              <w:t>☐</w:t>
            </w:r>
          </w:p>
        </w:tc>
        <w:tc>
          <w:tcPr>
            <w:tcW w:w="3456" w:type="dxa"/>
          </w:tcPr>
          <w:p w14:paraId="362DDEDB" w14:textId="77777777" w:rsidR="00032CB0" w:rsidRDefault="00032CB0"/>
        </w:tc>
      </w:tr>
      <w:tr w:rsidR="00032CB0" w14:paraId="1110EDA1" w14:textId="77777777">
        <w:trPr>
          <w:jc w:val="center"/>
        </w:trPr>
        <w:tc>
          <w:tcPr>
            <w:tcW w:w="3456" w:type="dxa"/>
          </w:tcPr>
          <w:p w14:paraId="4B68E2F1" w14:textId="77777777" w:rsidR="00032CB0" w:rsidRDefault="00000000">
            <w:r>
              <w:rPr>
                <w:sz w:val="18"/>
              </w:rPr>
              <w:t>Top 4 proof points selected</w:t>
            </w:r>
          </w:p>
        </w:tc>
        <w:tc>
          <w:tcPr>
            <w:tcW w:w="3456" w:type="dxa"/>
          </w:tcPr>
          <w:p w14:paraId="11D711EB" w14:textId="77777777" w:rsidR="00032CB0" w:rsidRDefault="00000000">
            <w:r>
              <w:rPr>
                <w:sz w:val="18"/>
              </w:rPr>
              <w:t>☐</w:t>
            </w:r>
          </w:p>
        </w:tc>
        <w:tc>
          <w:tcPr>
            <w:tcW w:w="3456" w:type="dxa"/>
          </w:tcPr>
          <w:p w14:paraId="02D71A19" w14:textId="77777777" w:rsidR="00032CB0" w:rsidRDefault="00032CB0"/>
        </w:tc>
      </w:tr>
      <w:tr w:rsidR="00032CB0" w14:paraId="7CEB3886" w14:textId="77777777">
        <w:trPr>
          <w:jc w:val="center"/>
        </w:trPr>
        <w:tc>
          <w:tcPr>
            <w:tcW w:w="3456" w:type="dxa"/>
          </w:tcPr>
          <w:p w14:paraId="5178E3F9" w14:textId="77777777" w:rsidR="00032CB0" w:rsidRDefault="00000000">
            <w:r>
              <w:rPr>
                <w:sz w:val="18"/>
              </w:rPr>
              <w:t>Skills selected</w:t>
            </w:r>
          </w:p>
        </w:tc>
        <w:tc>
          <w:tcPr>
            <w:tcW w:w="3456" w:type="dxa"/>
          </w:tcPr>
          <w:p w14:paraId="25CEB7ED" w14:textId="77777777" w:rsidR="00032CB0" w:rsidRDefault="00000000">
            <w:r>
              <w:rPr>
                <w:sz w:val="18"/>
              </w:rPr>
              <w:t>☐</w:t>
            </w:r>
          </w:p>
        </w:tc>
        <w:tc>
          <w:tcPr>
            <w:tcW w:w="3456" w:type="dxa"/>
          </w:tcPr>
          <w:p w14:paraId="0672CB3B" w14:textId="77777777" w:rsidR="00032CB0" w:rsidRDefault="00032CB0"/>
        </w:tc>
      </w:tr>
      <w:tr w:rsidR="00032CB0" w14:paraId="2B920B19" w14:textId="77777777">
        <w:trPr>
          <w:jc w:val="center"/>
        </w:trPr>
        <w:tc>
          <w:tcPr>
            <w:tcW w:w="3456" w:type="dxa"/>
          </w:tcPr>
          <w:p w14:paraId="66E45F51" w14:textId="77777777" w:rsidR="00032CB0" w:rsidRDefault="00000000">
            <w:r>
              <w:rPr>
                <w:sz w:val="18"/>
              </w:rPr>
              <w:t>Career entries written</w:t>
            </w:r>
          </w:p>
        </w:tc>
        <w:tc>
          <w:tcPr>
            <w:tcW w:w="3456" w:type="dxa"/>
          </w:tcPr>
          <w:p w14:paraId="6229A354" w14:textId="77777777" w:rsidR="00032CB0" w:rsidRDefault="00000000">
            <w:r>
              <w:rPr>
                <w:sz w:val="18"/>
              </w:rPr>
              <w:t>☐</w:t>
            </w:r>
          </w:p>
        </w:tc>
        <w:tc>
          <w:tcPr>
            <w:tcW w:w="3456" w:type="dxa"/>
          </w:tcPr>
          <w:p w14:paraId="726BC5D9" w14:textId="77777777" w:rsidR="00032CB0" w:rsidRDefault="00032CB0"/>
        </w:tc>
      </w:tr>
      <w:tr w:rsidR="00032CB0" w14:paraId="52A76760" w14:textId="77777777">
        <w:trPr>
          <w:jc w:val="center"/>
        </w:trPr>
        <w:tc>
          <w:tcPr>
            <w:tcW w:w="3456" w:type="dxa"/>
          </w:tcPr>
          <w:p w14:paraId="1CC07BE6" w14:textId="77777777" w:rsidR="00032CB0" w:rsidRDefault="00000000">
            <w:r>
              <w:rPr>
                <w:sz w:val="18"/>
              </w:rPr>
              <w:t>Earlier career decided</w:t>
            </w:r>
          </w:p>
        </w:tc>
        <w:tc>
          <w:tcPr>
            <w:tcW w:w="3456" w:type="dxa"/>
          </w:tcPr>
          <w:p w14:paraId="1F5DFAC7" w14:textId="77777777" w:rsidR="00032CB0" w:rsidRDefault="00000000">
            <w:r>
              <w:rPr>
                <w:sz w:val="18"/>
              </w:rPr>
              <w:t>☐</w:t>
            </w:r>
          </w:p>
        </w:tc>
        <w:tc>
          <w:tcPr>
            <w:tcW w:w="3456" w:type="dxa"/>
          </w:tcPr>
          <w:p w14:paraId="736A5E0F" w14:textId="77777777" w:rsidR="00032CB0" w:rsidRDefault="00032CB0"/>
        </w:tc>
      </w:tr>
      <w:tr w:rsidR="00032CB0" w14:paraId="445636AC" w14:textId="77777777">
        <w:trPr>
          <w:jc w:val="center"/>
        </w:trPr>
        <w:tc>
          <w:tcPr>
            <w:tcW w:w="3456" w:type="dxa"/>
          </w:tcPr>
          <w:p w14:paraId="7B35A683" w14:textId="77777777" w:rsidR="00032CB0" w:rsidRDefault="00000000">
            <w:r>
              <w:rPr>
                <w:sz w:val="18"/>
              </w:rPr>
              <w:t>Qualifications checked</w:t>
            </w:r>
          </w:p>
        </w:tc>
        <w:tc>
          <w:tcPr>
            <w:tcW w:w="3456" w:type="dxa"/>
          </w:tcPr>
          <w:p w14:paraId="5441EB38" w14:textId="77777777" w:rsidR="00032CB0" w:rsidRDefault="00000000">
            <w:r>
              <w:rPr>
                <w:sz w:val="18"/>
              </w:rPr>
              <w:t>☐</w:t>
            </w:r>
          </w:p>
        </w:tc>
        <w:tc>
          <w:tcPr>
            <w:tcW w:w="3456" w:type="dxa"/>
          </w:tcPr>
          <w:p w14:paraId="7FE9B874" w14:textId="77777777" w:rsidR="00032CB0" w:rsidRDefault="00032CB0"/>
        </w:tc>
      </w:tr>
      <w:tr w:rsidR="00032CB0" w14:paraId="1502BFDF" w14:textId="77777777">
        <w:trPr>
          <w:jc w:val="center"/>
        </w:trPr>
        <w:tc>
          <w:tcPr>
            <w:tcW w:w="3456" w:type="dxa"/>
          </w:tcPr>
          <w:p w14:paraId="3A7C3A21" w14:textId="77777777" w:rsidR="00032CB0" w:rsidRDefault="00000000">
            <w:r>
              <w:rPr>
                <w:sz w:val="18"/>
              </w:rPr>
              <w:t>Layout reviewed</w:t>
            </w:r>
          </w:p>
        </w:tc>
        <w:tc>
          <w:tcPr>
            <w:tcW w:w="3456" w:type="dxa"/>
          </w:tcPr>
          <w:p w14:paraId="4ACECF11" w14:textId="77777777" w:rsidR="00032CB0" w:rsidRDefault="00000000">
            <w:r>
              <w:rPr>
                <w:sz w:val="18"/>
              </w:rPr>
              <w:t>☐</w:t>
            </w:r>
          </w:p>
        </w:tc>
        <w:tc>
          <w:tcPr>
            <w:tcW w:w="3456" w:type="dxa"/>
          </w:tcPr>
          <w:p w14:paraId="7AEA9929" w14:textId="77777777" w:rsidR="00032CB0" w:rsidRDefault="00032CB0"/>
        </w:tc>
      </w:tr>
      <w:tr w:rsidR="00032CB0" w14:paraId="066F1386" w14:textId="77777777">
        <w:trPr>
          <w:jc w:val="center"/>
        </w:trPr>
        <w:tc>
          <w:tcPr>
            <w:tcW w:w="3456" w:type="dxa"/>
          </w:tcPr>
          <w:p w14:paraId="258778CC" w14:textId="77777777" w:rsidR="00032CB0" w:rsidRDefault="00000000">
            <w:r>
              <w:rPr>
                <w:sz w:val="18"/>
              </w:rPr>
              <w:t>Tailoring version created</w:t>
            </w:r>
          </w:p>
        </w:tc>
        <w:tc>
          <w:tcPr>
            <w:tcW w:w="3456" w:type="dxa"/>
          </w:tcPr>
          <w:p w14:paraId="5931F915" w14:textId="77777777" w:rsidR="00032CB0" w:rsidRDefault="00000000">
            <w:r>
              <w:rPr>
                <w:sz w:val="18"/>
              </w:rPr>
              <w:t>☐</w:t>
            </w:r>
          </w:p>
        </w:tc>
        <w:tc>
          <w:tcPr>
            <w:tcW w:w="3456" w:type="dxa"/>
          </w:tcPr>
          <w:p w14:paraId="6D2D85B3" w14:textId="77777777" w:rsidR="00032CB0" w:rsidRDefault="00032CB0"/>
        </w:tc>
      </w:tr>
      <w:tr w:rsidR="00032CB0" w14:paraId="7F6EC451" w14:textId="77777777">
        <w:trPr>
          <w:jc w:val="center"/>
        </w:trPr>
        <w:tc>
          <w:tcPr>
            <w:tcW w:w="3456" w:type="dxa"/>
          </w:tcPr>
          <w:p w14:paraId="6E4CB9F1" w14:textId="77777777" w:rsidR="00032CB0" w:rsidRDefault="00000000">
            <w:r>
              <w:rPr>
                <w:sz w:val="18"/>
              </w:rPr>
              <w:t>Final review completed</w:t>
            </w:r>
          </w:p>
        </w:tc>
        <w:tc>
          <w:tcPr>
            <w:tcW w:w="3456" w:type="dxa"/>
          </w:tcPr>
          <w:p w14:paraId="10865095" w14:textId="77777777" w:rsidR="00032CB0" w:rsidRDefault="00000000">
            <w:r>
              <w:rPr>
                <w:sz w:val="18"/>
              </w:rPr>
              <w:t>☐</w:t>
            </w:r>
          </w:p>
        </w:tc>
        <w:tc>
          <w:tcPr>
            <w:tcW w:w="3456" w:type="dxa"/>
          </w:tcPr>
          <w:p w14:paraId="0BCE2BB0" w14:textId="77777777" w:rsidR="00032CB0" w:rsidRDefault="00032CB0"/>
        </w:tc>
      </w:tr>
    </w:tbl>
    <w:p w14:paraId="576E5F45" w14:textId="77777777" w:rsidR="00032CB0" w:rsidRDefault="00032CB0"/>
    <w:p w14:paraId="4049C00B" w14:textId="2103CDA7" w:rsidR="00032CB0" w:rsidRDefault="00000000">
      <w:pPr>
        <w:pStyle w:val="Heading1"/>
      </w:pPr>
      <w:r>
        <w:t>Job Advert Analysis Sheet</w:t>
      </w:r>
    </w:p>
    <w:tbl>
      <w:tblPr>
        <w:tblStyle w:val="TableGrid"/>
        <w:tblW w:w="0" w:type="auto"/>
        <w:jc w:val="center"/>
        <w:tblLook w:val="04A0" w:firstRow="1" w:lastRow="0" w:firstColumn="1" w:lastColumn="0" w:noHBand="0" w:noVBand="1"/>
      </w:tblPr>
      <w:tblGrid>
        <w:gridCol w:w="5184"/>
        <w:gridCol w:w="5184"/>
      </w:tblGrid>
      <w:tr w:rsidR="00032CB0" w14:paraId="6AADBFFA" w14:textId="77777777">
        <w:trPr>
          <w:jc w:val="center"/>
        </w:trPr>
        <w:tc>
          <w:tcPr>
            <w:tcW w:w="5184" w:type="dxa"/>
            <w:shd w:val="clear" w:color="auto" w:fill="0A1744"/>
            <w:vAlign w:val="center"/>
          </w:tcPr>
          <w:p w14:paraId="68594800" w14:textId="77777777" w:rsidR="00032CB0" w:rsidRDefault="00000000">
            <w:r>
              <w:rPr>
                <w:b/>
                <w:color w:val="FFFFFF"/>
                <w:sz w:val="18"/>
              </w:rPr>
              <w:t>Advert detail</w:t>
            </w:r>
          </w:p>
        </w:tc>
        <w:tc>
          <w:tcPr>
            <w:tcW w:w="5184" w:type="dxa"/>
            <w:shd w:val="clear" w:color="auto" w:fill="0A1744"/>
            <w:vAlign w:val="center"/>
          </w:tcPr>
          <w:p w14:paraId="442C1851" w14:textId="77777777" w:rsidR="00032CB0" w:rsidRDefault="00000000">
            <w:r>
              <w:rPr>
                <w:b/>
                <w:color w:val="FFFFFF"/>
                <w:sz w:val="18"/>
              </w:rPr>
              <w:t>Notes</w:t>
            </w:r>
          </w:p>
        </w:tc>
      </w:tr>
      <w:tr w:rsidR="00032CB0" w14:paraId="0FDBB2ED" w14:textId="77777777">
        <w:trPr>
          <w:jc w:val="center"/>
        </w:trPr>
        <w:tc>
          <w:tcPr>
            <w:tcW w:w="5184" w:type="dxa"/>
          </w:tcPr>
          <w:p w14:paraId="26AAD0E2" w14:textId="77777777" w:rsidR="00032CB0" w:rsidRDefault="00000000">
            <w:r>
              <w:rPr>
                <w:sz w:val="18"/>
              </w:rPr>
              <w:t>Job title</w:t>
            </w:r>
          </w:p>
        </w:tc>
        <w:tc>
          <w:tcPr>
            <w:tcW w:w="5184" w:type="dxa"/>
          </w:tcPr>
          <w:p w14:paraId="021C39A2" w14:textId="77777777" w:rsidR="00032CB0" w:rsidRDefault="00032CB0"/>
        </w:tc>
      </w:tr>
      <w:tr w:rsidR="00032CB0" w14:paraId="5A6ECA45" w14:textId="77777777">
        <w:trPr>
          <w:jc w:val="center"/>
        </w:trPr>
        <w:tc>
          <w:tcPr>
            <w:tcW w:w="5184" w:type="dxa"/>
          </w:tcPr>
          <w:p w14:paraId="7A6BF4FB" w14:textId="77777777" w:rsidR="00032CB0" w:rsidRDefault="00000000">
            <w:r>
              <w:rPr>
                <w:sz w:val="18"/>
              </w:rPr>
              <w:t>Company</w:t>
            </w:r>
          </w:p>
        </w:tc>
        <w:tc>
          <w:tcPr>
            <w:tcW w:w="5184" w:type="dxa"/>
          </w:tcPr>
          <w:p w14:paraId="1AA22B96" w14:textId="77777777" w:rsidR="00032CB0" w:rsidRDefault="00032CB0"/>
        </w:tc>
      </w:tr>
      <w:tr w:rsidR="00032CB0" w14:paraId="4425B525" w14:textId="77777777">
        <w:trPr>
          <w:jc w:val="center"/>
        </w:trPr>
        <w:tc>
          <w:tcPr>
            <w:tcW w:w="5184" w:type="dxa"/>
          </w:tcPr>
          <w:p w14:paraId="67529C6B" w14:textId="77777777" w:rsidR="00032CB0" w:rsidRDefault="00000000">
            <w:r>
              <w:rPr>
                <w:sz w:val="18"/>
              </w:rPr>
              <w:t>Top required skills</w:t>
            </w:r>
          </w:p>
        </w:tc>
        <w:tc>
          <w:tcPr>
            <w:tcW w:w="5184" w:type="dxa"/>
          </w:tcPr>
          <w:p w14:paraId="6747AF87" w14:textId="77777777" w:rsidR="00032CB0" w:rsidRDefault="00032CB0"/>
        </w:tc>
      </w:tr>
      <w:tr w:rsidR="00032CB0" w14:paraId="551B870E" w14:textId="77777777">
        <w:trPr>
          <w:jc w:val="center"/>
        </w:trPr>
        <w:tc>
          <w:tcPr>
            <w:tcW w:w="5184" w:type="dxa"/>
          </w:tcPr>
          <w:p w14:paraId="75A323E1" w14:textId="77777777" w:rsidR="00032CB0" w:rsidRDefault="00000000">
            <w:r>
              <w:rPr>
                <w:sz w:val="18"/>
              </w:rPr>
              <w:t>Top responsibilities</w:t>
            </w:r>
          </w:p>
        </w:tc>
        <w:tc>
          <w:tcPr>
            <w:tcW w:w="5184" w:type="dxa"/>
          </w:tcPr>
          <w:p w14:paraId="0EA46DF8" w14:textId="77777777" w:rsidR="00032CB0" w:rsidRDefault="00032CB0"/>
        </w:tc>
      </w:tr>
      <w:tr w:rsidR="00032CB0" w14:paraId="5C43890F" w14:textId="77777777">
        <w:trPr>
          <w:jc w:val="center"/>
        </w:trPr>
        <w:tc>
          <w:tcPr>
            <w:tcW w:w="5184" w:type="dxa"/>
          </w:tcPr>
          <w:p w14:paraId="1C18F443" w14:textId="77777777" w:rsidR="00032CB0" w:rsidRDefault="00000000">
            <w:r>
              <w:rPr>
                <w:sz w:val="18"/>
              </w:rPr>
              <w:t>Problems this role is hired to solve</w:t>
            </w:r>
          </w:p>
        </w:tc>
        <w:tc>
          <w:tcPr>
            <w:tcW w:w="5184" w:type="dxa"/>
          </w:tcPr>
          <w:p w14:paraId="045F6F75" w14:textId="77777777" w:rsidR="00032CB0" w:rsidRDefault="00032CB0"/>
        </w:tc>
      </w:tr>
      <w:tr w:rsidR="00032CB0" w14:paraId="03875E7D" w14:textId="77777777">
        <w:trPr>
          <w:jc w:val="center"/>
        </w:trPr>
        <w:tc>
          <w:tcPr>
            <w:tcW w:w="5184" w:type="dxa"/>
          </w:tcPr>
          <w:p w14:paraId="25EDEF13" w14:textId="77777777" w:rsidR="00032CB0" w:rsidRDefault="00000000">
            <w:r>
              <w:rPr>
                <w:sz w:val="18"/>
              </w:rPr>
              <w:t>Evidence I should show</w:t>
            </w:r>
          </w:p>
        </w:tc>
        <w:tc>
          <w:tcPr>
            <w:tcW w:w="5184" w:type="dxa"/>
          </w:tcPr>
          <w:p w14:paraId="33F97196" w14:textId="77777777" w:rsidR="00032CB0" w:rsidRDefault="00032CB0"/>
        </w:tc>
      </w:tr>
      <w:tr w:rsidR="00032CB0" w14:paraId="6397A2A1" w14:textId="77777777">
        <w:trPr>
          <w:jc w:val="center"/>
        </w:trPr>
        <w:tc>
          <w:tcPr>
            <w:tcW w:w="5184" w:type="dxa"/>
          </w:tcPr>
          <w:p w14:paraId="7B409076" w14:textId="77777777" w:rsidR="00032CB0" w:rsidRDefault="00000000">
            <w:r>
              <w:rPr>
                <w:sz w:val="18"/>
              </w:rPr>
              <w:t>Keywords to consider</w:t>
            </w:r>
          </w:p>
        </w:tc>
        <w:tc>
          <w:tcPr>
            <w:tcW w:w="5184" w:type="dxa"/>
          </w:tcPr>
          <w:p w14:paraId="76F301C4" w14:textId="77777777" w:rsidR="00032CB0" w:rsidRDefault="00032CB0"/>
        </w:tc>
      </w:tr>
      <w:tr w:rsidR="00032CB0" w14:paraId="7CC7CDC4" w14:textId="77777777">
        <w:trPr>
          <w:jc w:val="center"/>
        </w:trPr>
        <w:tc>
          <w:tcPr>
            <w:tcW w:w="5184" w:type="dxa"/>
          </w:tcPr>
          <w:p w14:paraId="4B46E004" w14:textId="77777777" w:rsidR="00032CB0" w:rsidRDefault="00000000">
            <w:r>
              <w:rPr>
                <w:sz w:val="18"/>
              </w:rPr>
              <w:t>CV sections to tailor</w:t>
            </w:r>
          </w:p>
        </w:tc>
        <w:tc>
          <w:tcPr>
            <w:tcW w:w="5184" w:type="dxa"/>
          </w:tcPr>
          <w:p w14:paraId="790CD802" w14:textId="77777777" w:rsidR="00032CB0" w:rsidRDefault="00032CB0"/>
        </w:tc>
      </w:tr>
    </w:tbl>
    <w:p w14:paraId="182DE0F3" w14:textId="77777777" w:rsidR="00032CB0" w:rsidRDefault="00032CB0"/>
    <w:p w14:paraId="331B90C9" w14:textId="554703F6" w:rsidR="00032CB0" w:rsidRDefault="00000000">
      <w:pPr>
        <w:pStyle w:val="Heading1"/>
      </w:pPr>
      <w:r>
        <w:t>Achievement Bank</w:t>
      </w:r>
    </w:p>
    <w:tbl>
      <w:tblPr>
        <w:tblStyle w:val="TableGrid"/>
        <w:tblW w:w="0" w:type="auto"/>
        <w:jc w:val="center"/>
        <w:tblLook w:val="04A0" w:firstRow="1" w:lastRow="0" w:firstColumn="1" w:lastColumn="0" w:noHBand="0" w:noVBand="1"/>
      </w:tblPr>
      <w:tblGrid>
        <w:gridCol w:w="2592"/>
        <w:gridCol w:w="2592"/>
        <w:gridCol w:w="2592"/>
        <w:gridCol w:w="2592"/>
      </w:tblGrid>
      <w:tr w:rsidR="00032CB0" w14:paraId="2DCD7EEB" w14:textId="77777777">
        <w:trPr>
          <w:jc w:val="center"/>
        </w:trPr>
        <w:tc>
          <w:tcPr>
            <w:tcW w:w="2592" w:type="dxa"/>
            <w:shd w:val="clear" w:color="auto" w:fill="0A1744"/>
            <w:vAlign w:val="center"/>
          </w:tcPr>
          <w:p w14:paraId="438E45F0" w14:textId="77777777" w:rsidR="00032CB0" w:rsidRDefault="00000000">
            <w:r>
              <w:rPr>
                <w:b/>
                <w:color w:val="FFFFFF"/>
                <w:sz w:val="18"/>
              </w:rPr>
              <w:t>Role</w:t>
            </w:r>
          </w:p>
        </w:tc>
        <w:tc>
          <w:tcPr>
            <w:tcW w:w="2592" w:type="dxa"/>
            <w:shd w:val="clear" w:color="auto" w:fill="0A1744"/>
            <w:vAlign w:val="center"/>
          </w:tcPr>
          <w:p w14:paraId="441DD6A3" w14:textId="77777777" w:rsidR="00032CB0" w:rsidRDefault="00000000">
            <w:r>
              <w:rPr>
                <w:b/>
                <w:color w:val="FFFFFF"/>
                <w:sz w:val="18"/>
              </w:rPr>
              <w:t>Achievement</w:t>
            </w:r>
          </w:p>
        </w:tc>
        <w:tc>
          <w:tcPr>
            <w:tcW w:w="2592" w:type="dxa"/>
            <w:shd w:val="clear" w:color="auto" w:fill="0A1744"/>
            <w:vAlign w:val="center"/>
          </w:tcPr>
          <w:p w14:paraId="47C00BDF" w14:textId="77777777" w:rsidR="00032CB0" w:rsidRDefault="00000000">
            <w:r>
              <w:rPr>
                <w:b/>
                <w:color w:val="FFFFFF"/>
                <w:sz w:val="18"/>
              </w:rPr>
              <w:t>Metric / evidence</w:t>
            </w:r>
          </w:p>
        </w:tc>
        <w:tc>
          <w:tcPr>
            <w:tcW w:w="2592" w:type="dxa"/>
            <w:shd w:val="clear" w:color="auto" w:fill="0A1744"/>
            <w:vAlign w:val="center"/>
          </w:tcPr>
          <w:p w14:paraId="2D944FFE" w14:textId="77777777" w:rsidR="00032CB0" w:rsidRDefault="00000000">
            <w:r>
              <w:rPr>
                <w:b/>
                <w:color w:val="FFFFFF"/>
                <w:sz w:val="18"/>
              </w:rPr>
              <w:t>Relevant to which target role?</w:t>
            </w:r>
          </w:p>
        </w:tc>
      </w:tr>
      <w:tr w:rsidR="00032CB0" w14:paraId="71D2618E" w14:textId="77777777">
        <w:trPr>
          <w:jc w:val="center"/>
        </w:trPr>
        <w:tc>
          <w:tcPr>
            <w:tcW w:w="2592" w:type="dxa"/>
          </w:tcPr>
          <w:p w14:paraId="3F8AC753" w14:textId="77777777" w:rsidR="00032CB0" w:rsidRDefault="00032CB0"/>
        </w:tc>
        <w:tc>
          <w:tcPr>
            <w:tcW w:w="2592" w:type="dxa"/>
          </w:tcPr>
          <w:p w14:paraId="4A0D9FB5" w14:textId="77777777" w:rsidR="00032CB0" w:rsidRDefault="00032CB0"/>
        </w:tc>
        <w:tc>
          <w:tcPr>
            <w:tcW w:w="2592" w:type="dxa"/>
          </w:tcPr>
          <w:p w14:paraId="07B4B375" w14:textId="77777777" w:rsidR="00032CB0" w:rsidRDefault="00032CB0"/>
        </w:tc>
        <w:tc>
          <w:tcPr>
            <w:tcW w:w="2592" w:type="dxa"/>
          </w:tcPr>
          <w:p w14:paraId="3A5534AB" w14:textId="77777777" w:rsidR="00032CB0" w:rsidRDefault="00032CB0"/>
        </w:tc>
      </w:tr>
      <w:tr w:rsidR="00032CB0" w14:paraId="2716C5AA" w14:textId="77777777">
        <w:trPr>
          <w:jc w:val="center"/>
        </w:trPr>
        <w:tc>
          <w:tcPr>
            <w:tcW w:w="2592" w:type="dxa"/>
          </w:tcPr>
          <w:p w14:paraId="2EF571D5" w14:textId="77777777" w:rsidR="00032CB0" w:rsidRDefault="00032CB0"/>
        </w:tc>
        <w:tc>
          <w:tcPr>
            <w:tcW w:w="2592" w:type="dxa"/>
          </w:tcPr>
          <w:p w14:paraId="191CCBED" w14:textId="77777777" w:rsidR="00032CB0" w:rsidRDefault="00032CB0"/>
        </w:tc>
        <w:tc>
          <w:tcPr>
            <w:tcW w:w="2592" w:type="dxa"/>
          </w:tcPr>
          <w:p w14:paraId="00C80AE2" w14:textId="77777777" w:rsidR="00032CB0" w:rsidRDefault="00032CB0"/>
        </w:tc>
        <w:tc>
          <w:tcPr>
            <w:tcW w:w="2592" w:type="dxa"/>
          </w:tcPr>
          <w:p w14:paraId="15563408" w14:textId="77777777" w:rsidR="00032CB0" w:rsidRDefault="00032CB0"/>
        </w:tc>
      </w:tr>
      <w:tr w:rsidR="00032CB0" w14:paraId="62F7F5C4" w14:textId="77777777">
        <w:trPr>
          <w:jc w:val="center"/>
        </w:trPr>
        <w:tc>
          <w:tcPr>
            <w:tcW w:w="2592" w:type="dxa"/>
          </w:tcPr>
          <w:p w14:paraId="2FA9D6EC" w14:textId="77777777" w:rsidR="00032CB0" w:rsidRDefault="00032CB0"/>
        </w:tc>
        <w:tc>
          <w:tcPr>
            <w:tcW w:w="2592" w:type="dxa"/>
          </w:tcPr>
          <w:p w14:paraId="21A6FADC" w14:textId="77777777" w:rsidR="00032CB0" w:rsidRDefault="00032CB0"/>
        </w:tc>
        <w:tc>
          <w:tcPr>
            <w:tcW w:w="2592" w:type="dxa"/>
          </w:tcPr>
          <w:p w14:paraId="1DF280F6" w14:textId="77777777" w:rsidR="00032CB0" w:rsidRDefault="00032CB0"/>
        </w:tc>
        <w:tc>
          <w:tcPr>
            <w:tcW w:w="2592" w:type="dxa"/>
          </w:tcPr>
          <w:p w14:paraId="7B4A0D95" w14:textId="77777777" w:rsidR="00032CB0" w:rsidRDefault="00032CB0"/>
        </w:tc>
      </w:tr>
      <w:tr w:rsidR="00032CB0" w14:paraId="63E0C9AC" w14:textId="77777777">
        <w:trPr>
          <w:jc w:val="center"/>
        </w:trPr>
        <w:tc>
          <w:tcPr>
            <w:tcW w:w="2592" w:type="dxa"/>
          </w:tcPr>
          <w:p w14:paraId="5D9C4056" w14:textId="77777777" w:rsidR="00032CB0" w:rsidRDefault="00032CB0"/>
        </w:tc>
        <w:tc>
          <w:tcPr>
            <w:tcW w:w="2592" w:type="dxa"/>
          </w:tcPr>
          <w:p w14:paraId="4E5CFECE" w14:textId="77777777" w:rsidR="00032CB0" w:rsidRDefault="00032CB0"/>
        </w:tc>
        <w:tc>
          <w:tcPr>
            <w:tcW w:w="2592" w:type="dxa"/>
          </w:tcPr>
          <w:p w14:paraId="60A7FD53" w14:textId="77777777" w:rsidR="00032CB0" w:rsidRDefault="00032CB0"/>
        </w:tc>
        <w:tc>
          <w:tcPr>
            <w:tcW w:w="2592" w:type="dxa"/>
          </w:tcPr>
          <w:p w14:paraId="27AE46D9" w14:textId="77777777" w:rsidR="00032CB0" w:rsidRDefault="00032CB0"/>
        </w:tc>
      </w:tr>
      <w:tr w:rsidR="00032CB0" w14:paraId="63B54BFB" w14:textId="77777777">
        <w:trPr>
          <w:jc w:val="center"/>
        </w:trPr>
        <w:tc>
          <w:tcPr>
            <w:tcW w:w="2592" w:type="dxa"/>
          </w:tcPr>
          <w:p w14:paraId="41A5B954" w14:textId="77777777" w:rsidR="00032CB0" w:rsidRDefault="00032CB0"/>
        </w:tc>
        <w:tc>
          <w:tcPr>
            <w:tcW w:w="2592" w:type="dxa"/>
          </w:tcPr>
          <w:p w14:paraId="0DC3B04C" w14:textId="77777777" w:rsidR="00032CB0" w:rsidRDefault="00032CB0"/>
        </w:tc>
        <w:tc>
          <w:tcPr>
            <w:tcW w:w="2592" w:type="dxa"/>
          </w:tcPr>
          <w:p w14:paraId="274F12DA" w14:textId="77777777" w:rsidR="00032CB0" w:rsidRDefault="00032CB0"/>
        </w:tc>
        <w:tc>
          <w:tcPr>
            <w:tcW w:w="2592" w:type="dxa"/>
          </w:tcPr>
          <w:p w14:paraId="1F92F45D" w14:textId="77777777" w:rsidR="00032CB0" w:rsidRDefault="00032CB0"/>
        </w:tc>
      </w:tr>
      <w:tr w:rsidR="00032CB0" w14:paraId="10389924" w14:textId="77777777">
        <w:trPr>
          <w:jc w:val="center"/>
        </w:trPr>
        <w:tc>
          <w:tcPr>
            <w:tcW w:w="2592" w:type="dxa"/>
          </w:tcPr>
          <w:p w14:paraId="3D30BEDD" w14:textId="77777777" w:rsidR="00032CB0" w:rsidRDefault="00032CB0"/>
        </w:tc>
        <w:tc>
          <w:tcPr>
            <w:tcW w:w="2592" w:type="dxa"/>
          </w:tcPr>
          <w:p w14:paraId="12170698" w14:textId="77777777" w:rsidR="00032CB0" w:rsidRDefault="00032CB0"/>
        </w:tc>
        <w:tc>
          <w:tcPr>
            <w:tcW w:w="2592" w:type="dxa"/>
          </w:tcPr>
          <w:p w14:paraId="1864B4B0" w14:textId="77777777" w:rsidR="00032CB0" w:rsidRDefault="00032CB0"/>
        </w:tc>
        <w:tc>
          <w:tcPr>
            <w:tcW w:w="2592" w:type="dxa"/>
          </w:tcPr>
          <w:p w14:paraId="6A7471A4" w14:textId="77777777" w:rsidR="00032CB0" w:rsidRDefault="00032CB0"/>
        </w:tc>
      </w:tr>
      <w:tr w:rsidR="00032CB0" w14:paraId="2F0D05C8" w14:textId="77777777">
        <w:trPr>
          <w:jc w:val="center"/>
        </w:trPr>
        <w:tc>
          <w:tcPr>
            <w:tcW w:w="2592" w:type="dxa"/>
          </w:tcPr>
          <w:p w14:paraId="6657B784" w14:textId="77777777" w:rsidR="00032CB0" w:rsidRDefault="00032CB0"/>
        </w:tc>
        <w:tc>
          <w:tcPr>
            <w:tcW w:w="2592" w:type="dxa"/>
          </w:tcPr>
          <w:p w14:paraId="4E28410F" w14:textId="77777777" w:rsidR="00032CB0" w:rsidRDefault="00032CB0"/>
        </w:tc>
        <w:tc>
          <w:tcPr>
            <w:tcW w:w="2592" w:type="dxa"/>
          </w:tcPr>
          <w:p w14:paraId="7954AAD2" w14:textId="77777777" w:rsidR="00032CB0" w:rsidRDefault="00032CB0"/>
        </w:tc>
        <w:tc>
          <w:tcPr>
            <w:tcW w:w="2592" w:type="dxa"/>
          </w:tcPr>
          <w:p w14:paraId="402A3A58" w14:textId="77777777" w:rsidR="00032CB0" w:rsidRDefault="00032CB0"/>
        </w:tc>
      </w:tr>
      <w:tr w:rsidR="00032CB0" w14:paraId="5D2BE125" w14:textId="77777777">
        <w:trPr>
          <w:jc w:val="center"/>
        </w:trPr>
        <w:tc>
          <w:tcPr>
            <w:tcW w:w="2592" w:type="dxa"/>
          </w:tcPr>
          <w:p w14:paraId="21A38BE5" w14:textId="77777777" w:rsidR="00032CB0" w:rsidRDefault="00032CB0"/>
        </w:tc>
        <w:tc>
          <w:tcPr>
            <w:tcW w:w="2592" w:type="dxa"/>
          </w:tcPr>
          <w:p w14:paraId="1A3A998D" w14:textId="77777777" w:rsidR="00032CB0" w:rsidRDefault="00032CB0"/>
        </w:tc>
        <w:tc>
          <w:tcPr>
            <w:tcW w:w="2592" w:type="dxa"/>
          </w:tcPr>
          <w:p w14:paraId="55216307" w14:textId="77777777" w:rsidR="00032CB0" w:rsidRDefault="00032CB0"/>
        </w:tc>
        <w:tc>
          <w:tcPr>
            <w:tcW w:w="2592" w:type="dxa"/>
          </w:tcPr>
          <w:p w14:paraId="7CE0F535" w14:textId="77777777" w:rsidR="00032CB0" w:rsidRDefault="00032CB0"/>
        </w:tc>
      </w:tr>
      <w:tr w:rsidR="00032CB0" w14:paraId="6DE5CBB6" w14:textId="77777777">
        <w:trPr>
          <w:jc w:val="center"/>
        </w:trPr>
        <w:tc>
          <w:tcPr>
            <w:tcW w:w="2592" w:type="dxa"/>
          </w:tcPr>
          <w:p w14:paraId="7769420C" w14:textId="77777777" w:rsidR="00032CB0" w:rsidRDefault="00032CB0"/>
        </w:tc>
        <w:tc>
          <w:tcPr>
            <w:tcW w:w="2592" w:type="dxa"/>
          </w:tcPr>
          <w:p w14:paraId="1C17BEFF" w14:textId="77777777" w:rsidR="00032CB0" w:rsidRDefault="00032CB0"/>
        </w:tc>
        <w:tc>
          <w:tcPr>
            <w:tcW w:w="2592" w:type="dxa"/>
          </w:tcPr>
          <w:p w14:paraId="56070132" w14:textId="77777777" w:rsidR="00032CB0" w:rsidRDefault="00032CB0"/>
        </w:tc>
        <w:tc>
          <w:tcPr>
            <w:tcW w:w="2592" w:type="dxa"/>
          </w:tcPr>
          <w:p w14:paraId="65C5BCB8" w14:textId="77777777" w:rsidR="00032CB0" w:rsidRDefault="00032CB0"/>
        </w:tc>
      </w:tr>
      <w:tr w:rsidR="00032CB0" w14:paraId="1A10D541" w14:textId="77777777">
        <w:trPr>
          <w:jc w:val="center"/>
        </w:trPr>
        <w:tc>
          <w:tcPr>
            <w:tcW w:w="2592" w:type="dxa"/>
          </w:tcPr>
          <w:p w14:paraId="23C50266" w14:textId="77777777" w:rsidR="00032CB0" w:rsidRDefault="00032CB0"/>
        </w:tc>
        <w:tc>
          <w:tcPr>
            <w:tcW w:w="2592" w:type="dxa"/>
          </w:tcPr>
          <w:p w14:paraId="57F9D181" w14:textId="77777777" w:rsidR="00032CB0" w:rsidRDefault="00032CB0"/>
        </w:tc>
        <w:tc>
          <w:tcPr>
            <w:tcW w:w="2592" w:type="dxa"/>
          </w:tcPr>
          <w:p w14:paraId="25E72286" w14:textId="77777777" w:rsidR="00032CB0" w:rsidRDefault="00032CB0"/>
        </w:tc>
        <w:tc>
          <w:tcPr>
            <w:tcW w:w="2592" w:type="dxa"/>
          </w:tcPr>
          <w:p w14:paraId="2F242E4C" w14:textId="77777777" w:rsidR="00032CB0" w:rsidRDefault="00032CB0"/>
        </w:tc>
      </w:tr>
    </w:tbl>
    <w:p w14:paraId="12D1E892" w14:textId="77777777" w:rsidR="00032CB0" w:rsidRDefault="00032CB0"/>
    <w:p w14:paraId="19D3E73B" w14:textId="39D18577" w:rsidR="00032CB0" w:rsidRDefault="00000000">
      <w:pPr>
        <w:pStyle w:val="Heading1"/>
      </w:pPr>
      <w:r>
        <w:lastRenderedPageBreak/>
        <w:t>CV Tailoring Log</w:t>
      </w:r>
    </w:p>
    <w:tbl>
      <w:tblPr>
        <w:tblStyle w:val="TableGrid"/>
        <w:tblW w:w="0" w:type="auto"/>
        <w:jc w:val="center"/>
        <w:tblLook w:val="04A0" w:firstRow="1" w:lastRow="0" w:firstColumn="1" w:lastColumn="0" w:noHBand="0" w:noVBand="1"/>
      </w:tblPr>
      <w:tblGrid>
        <w:gridCol w:w="2074"/>
        <w:gridCol w:w="2074"/>
        <w:gridCol w:w="2074"/>
        <w:gridCol w:w="2074"/>
        <w:gridCol w:w="2074"/>
      </w:tblGrid>
      <w:tr w:rsidR="00032CB0" w14:paraId="55DA2739" w14:textId="77777777">
        <w:trPr>
          <w:jc w:val="center"/>
        </w:trPr>
        <w:tc>
          <w:tcPr>
            <w:tcW w:w="2074" w:type="dxa"/>
            <w:shd w:val="clear" w:color="auto" w:fill="0A1744"/>
            <w:vAlign w:val="center"/>
          </w:tcPr>
          <w:p w14:paraId="715A9321" w14:textId="77777777" w:rsidR="00032CB0" w:rsidRDefault="00000000">
            <w:r>
              <w:rPr>
                <w:b/>
                <w:color w:val="FFFFFF"/>
                <w:sz w:val="18"/>
              </w:rPr>
              <w:t>Role applied for</w:t>
            </w:r>
          </w:p>
        </w:tc>
        <w:tc>
          <w:tcPr>
            <w:tcW w:w="2074" w:type="dxa"/>
            <w:shd w:val="clear" w:color="auto" w:fill="0A1744"/>
            <w:vAlign w:val="center"/>
          </w:tcPr>
          <w:p w14:paraId="3ACB4AE1" w14:textId="77777777" w:rsidR="00032CB0" w:rsidRDefault="00000000">
            <w:r>
              <w:rPr>
                <w:b/>
                <w:color w:val="FFFFFF"/>
                <w:sz w:val="18"/>
              </w:rPr>
              <w:t>Date</w:t>
            </w:r>
          </w:p>
        </w:tc>
        <w:tc>
          <w:tcPr>
            <w:tcW w:w="2074" w:type="dxa"/>
            <w:shd w:val="clear" w:color="auto" w:fill="0A1744"/>
            <w:vAlign w:val="center"/>
          </w:tcPr>
          <w:p w14:paraId="2404772D" w14:textId="77777777" w:rsidR="00032CB0" w:rsidRDefault="00000000">
            <w:r>
              <w:rPr>
                <w:b/>
                <w:color w:val="FFFFFF"/>
                <w:sz w:val="18"/>
              </w:rPr>
              <w:t>What I tailored</w:t>
            </w:r>
          </w:p>
        </w:tc>
        <w:tc>
          <w:tcPr>
            <w:tcW w:w="2074" w:type="dxa"/>
            <w:shd w:val="clear" w:color="auto" w:fill="0A1744"/>
            <w:vAlign w:val="center"/>
          </w:tcPr>
          <w:p w14:paraId="5A5CC03B" w14:textId="77777777" w:rsidR="00032CB0" w:rsidRDefault="00000000">
            <w:r>
              <w:rPr>
                <w:b/>
                <w:color w:val="FFFFFF"/>
                <w:sz w:val="18"/>
              </w:rPr>
              <w:t>Follow-up date</w:t>
            </w:r>
          </w:p>
        </w:tc>
        <w:tc>
          <w:tcPr>
            <w:tcW w:w="2074" w:type="dxa"/>
            <w:shd w:val="clear" w:color="auto" w:fill="0A1744"/>
            <w:vAlign w:val="center"/>
          </w:tcPr>
          <w:p w14:paraId="33476AD4" w14:textId="77777777" w:rsidR="00032CB0" w:rsidRDefault="00000000">
            <w:r>
              <w:rPr>
                <w:b/>
                <w:color w:val="FFFFFF"/>
                <w:sz w:val="18"/>
              </w:rPr>
              <w:t>Outcome</w:t>
            </w:r>
          </w:p>
        </w:tc>
      </w:tr>
      <w:tr w:rsidR="00032CB0" w14:paraId="3C7CFAC3" w14:textId="77777777">
        <w:trPr>
          <w:jc w:val="center"/>
        </w:trPr>
        <w:tc>
          <w:tcPr>
            <w:tcW w:w="2074" w:type="dxa"/>
          </w:tcPr>
          <w:p w14:paraId="2D1F983D" w14:textId="77777777" w:rsidR="00032CB0" w:rsidRDefault="00032CB0"/>
        </w:tc>
        <w:tc>
          <w:tcPr>
            <w:tcW w:w="2074" w:type="dxa"/>
          </w:tcPr>
          <w:p w14:paraId="30203088" w14:textId="77777777" w:rsidR="00032CB0" w:rsidRDefault="00032CB0"/>
        </w:tc>
        <w:tc>
          <w:tcPr>
            <w:tcW w:w="2074" w:type="dxa"/>
          </w:tcPr>
          <w:p w14:paraId="5DF2991C" w14:textId="77777777" w:rsidR="00032CB0" w:rsidRDefault="00032CB0"/>
        </w:tc>
        <w:tc>
          <w:tcPr>
            <w:tcW w:w="2074" w:type="dxa"/>
          </w:tcPr>
          <w:p w14:paraId="3EE8C0DB" w14:textId="77777777" w:rsidR="00032CB0" w:rsidRDefault="00032CB0"/>
        </w:tc>
        <w:tc>
          <w:tcPr>
            <w:tcW w:w="2074" w:type="dxa"/>
          </w:tcPr>
          <w:p w14:paraId="023B6ACD" w14:textId="77777777" w:rsidR="00032CB0" w:rsidRDefault="00032CB0"/>
        </w:tc>
      </w:tr>
      <w:tr w:rsidR="00032CB0" w14:paraId="5EE62999" w14:textId="77777777">
        <w:trPr>
          <w:jc w:val="center"/>
        </w:trPr>
        <w:tc>
          <w:tcPr>
            <w:tcW w:w="2074" w:type="dxa"/>
          </w:tcPr>
          <w:p w14:paraId="21ACDED7" w14:textId="77777777" w:rsidR="00032CB0" w:rsidRDefault="00032CB0"/>
        </w:tc>
        <w:tc>
          <w:tcPr>
            <w:tcW w:w="2074" w:type="dxa"/>
          </w:tcPr>
          <w:p w14:paraId="7FED99F8" w14:textId="77777777" w:rsidR="00032CB0" w:rsidRDefault="00032CB0"/>
        </w:tc>
        <w:tc>
          <w:tcPr>
            <w:tcW w:w="2074" w:type="dxa"/>
          </w:tcPr>
          <w:p w14:paraId="5938C451" w14:textId="77777777" w:rsidR="00032CB0" w:rsidRDefault="00032CB0"/>
        </w:tc>
        <w:tc>
          <w:tcPr>
            <w:tcW w:w="2074" w:type="dxa"/>
          </w:tcPr>
          <w:p w14:paraId="71D02FC3" w14:textId="77777777" w:rsidR="00032CB0" w:rsidRDefault="00032CB0"/>
        </w:tc>
        <w:tc>
          <w:tcPr>
            <w:tcW w:w="2074" w:type="dxa"/>
          </w:tcPr>
          <w:p w14:paraId="5AC551F6" w14:textId="77777777" w:rsidR="00032CB0" w:rsidRDefault="00032CB0"/>
        </w:tc>
      </w:tr>
      <w:tr w:rsidR="00032CB0" w14:paraId="1716AC8C" w14:textId="77777777">
        <w:trPr>
          <w:jc w:val="center"/>
        </w:trPr>
        <w:tc>
          <w:tcPr>
            <w:tcW w:w="2074" w:type="dxa"/>
          </w:tcPr>
          <w:p w14:paraId="3ED6CD9D" w14:textId="77777777" w:rsidR="00032CB0" w:rsidRDefault="00032CB0"/>
        </w:tc>
        <w:tc>
          <w:tcPr>
            <w:tcW w:w="2074" w:type="dxa"/>
          </w:tcPr>
          <w:p w14:paraId="519AE39D" w14:textId="77777777" w:rsidR="00032CB0" w:rsidRDefault="00032CB0"/>
        </w:tc>
        <w:tc>
          <w:tcPr>
            <w:tcW w:w="2074" w:type="dxa"/>
          </w:tcPr>
          <w:p w14:paraId="3E1AE73C" w14:textId="77777777" w:rsidR="00032CB0" w:rsidRDefault="00032CB0"/>
        </w:tc>
        <w:tc>
          <w:tcPr>
            <w:tcW w:w="2074" w:type="dxa"/>
          </w:tcPr>
          <w:p w14:paraId="2925C389" w14:textId="77777777" w:rsidR="00032CB0" w:rsidRDefault="00032CB0"/>
        </w:tc>
        <w:tc>
          <w:tcPr>
            <w:tcW w:w="2074" w:type="dxa"/>
          </w:tcPr>
          <w:p w14:paraId="28CB3756" w14:textId="77777777" w:rsidR="00032CB0" w:rsidRDefault="00032CB0"/>
        </w:tc>
      </w:tr>
      <w:tr w:rsidR="00032CB0" w14:paraId="37097A83" w14:textId="77777777">
        <w:trPr>
          <w:jc w:val="center"/>
        </w:trPr>
        <w:tc>
          <w:tcPr>
            <w:tcW w:w="2074" w:type="dxa"/>
          </w:tcPr>
          <w:p w14:paraId="5BE62337" w14:textId="77777777" w:rsidR="00032CB0" w:rsidRDefault="00032CB0"/>
        </w:tc>
        <w:tc>
          <w:tcPr>
            <w:tcW w:w="2074" w:type="dxa"/>
          </w:tcPr>
          <w:p w14:paraId="26E1E334" w14:textId="77777777" w:rsidR="00032CB0" w:rsidRDefault="00032CB0"/>
        </w:tc>
        <w:tc>
          <w:tcPr>
            <w:tcW w:w="2074" w:type="dxa"/>
          </w:tcPr>
          <w:p w14:paraId="42D5FCC9" w14:textId="77777777" w:rsidR="00032CB0" w:rsidRDefault="00032CB0"/>
        </w:tc>
        <w:tc>
          <w:tcPr>
            <w:tcW w:w="2074" w:type="dxa"/>
          </w:tcPr>
          <w:p w14:paraId="264F7C05" w14:textId="77777777" w:rsidR="00032CB0" w:rsidRDefault="00032CB0"/>
        </w:tc>
        <w:tc>
          <w:tcPr>
            <w:tcW w:w="2074" w:type="dxa"/>
          </w:tcPr>
          <w:p w14:paraId="52558CDA" w14:textId="77777777" w:rsidR="00032CB0" w:rsidRDefault="00032CB0"/>
        </w:tc>
      </w:tr>
      <w:tr w:rsidR="00032CB0" w14:paraId="6DA48E51" w14:textId="77777777">
        <w:trPr>
          <w:jc w:val="center"/>
        </w:trPr>
        <w:tc>
          <w:tcPr>
            <w:tcW w:w="2074" w:type="dxa"/>
          </w:tcPr>
          <w:p w14:paraId="01ADBBFA" w14:textId="77777777" w:rsidR="00032CB0" w:rsidRDefault="00032CB0"/>
        </w:tc>
        <w:tc>
          <w:tcPr>
            <w:tcW w:w="2074" w:type="dxa"/>
          </w:tcPr>
          <w:p w14:paraId="011104C5" w14:textId="77777777" w:rsidR="00032CB0" w:rsidRDefault="00032CB0"/>
        </w:tc>
        <w:tc>
          <w:tcPr>
            <w:tcW w:w="2074" w:type="dxa"/>
          </w:tcPr>
          <w:p w14:paraId="04F0ADB9" w14:textId="77777777" w:rsidR="00032CB0" w:rsidRDefault="00032CB0"/>
        </w:tc>
        <w:tc>
          <w:tcPr>
            <w:tcW w:w="2074" w:type="dxa"/>
          </w:tcPr>
          <w:p w14:paraId="20454681" w14:textId="77777777" w:rsidR="00032CB0" w:rsidRDefault="00032CB0"/>
        </w:tc>
        <w:tc>
          <w:tcPr>
            <w:tcW w:w="2074" w:type="dxa"/>
          </w:tcPr>
          <w:p w14:paraId="1CAE8156" w14:textId="77777777" w:rsidR="00032CB0" w:rsidRDefault="00032CB0"/>
        </w:tc>
      </w:tr>
      <w:tr w:rsidR="00032CB0" w14:paraId="71E7236A" w14:textId="77777777">
        <w:trPr>
          <w:jc w:val="center"/>
        </w:trPr>
        <w:tc>
          <w:tcPr>
            <w:tcW w:w="2074" w:type="dxa"/>
          </w:tcPr>
          <w:p w14:paraId="5CF49D9A" w14:textId="77777777" w:rsidR="00032CB0" w:rsidRDefault="00032CB0"/>
        </w:tc>
        <w:tc>
          <w:tcPr>
            <w:tcW w:w="2074" w:type="dxa"/>
          </w:tcPr>
          <w:p w14:paraId="2F4F179B" w14:textId="77777777" w:rsidR="00032CB0" w:rsidRDefault="00032CB0"/>
        </w:tc>
        <w:tc>
          <w:tcPr>
            <w:tcW w:w="2074" w:type="dxa"/>
          </w:tcPr>
          <w:p w14:paraId="0849560D" w14:textId="77777777" w:rsidR="00032CB0" w:rsidRDefault="00032CB0"/>
        </w:tc>
        <w:tc>
          <w:tcPr>
            <w:tcW w:w="2074" w:type="dxa"/>
          </w:tcPr>
          <w:p w14:paraId="0076E1CE" w14:textId="77777777" w:rsidR="00032CB0" w:rsidRDefault="00032CB0"/>
        </w:tc>
        <w:tc>
          <w:tcPr>
            <w:tcW w:w="2074" w:type="dxa"/>
          </w:tcPr>
          <w:p w14:paraId="6BC14E56" w14:textId="77777777" w:rsidR="00032CB0" w:rsidRDefault="00032CB0"/>
        </w:tc>
      </w:tr>
      <w:tr w:rsidR="00032CB0" w14:paraId="3991C49E" w14:textId="77777777">
        <w:trPr>
          <w:jc w:val="center"/>
        </w:trPr>
        <w:tc>
          <w:tcPr>
            <w:tcW w:w="2074" w:type="dxa"/>
          </w:tcPr>
          <w:p w14:paraId="4B468DB9" w14:textId="77777777" w:rsidR="00032CB0" w:rsidRDefault="00032CB0"/>
        </w:tc>
        <w:tc>
          <w:tcPr>
            <w:tcW w:w="2074" w:type="dxa"/>
          </w:tcPr>
          <w:p w14:paraId="6CB7C18E" w14:textId="77777777" w:rsidR="00032CB0" w:rsidRDefault="00032CB0"/>
        </w:tc>
        <w:tc>
          <w:tcPr>
            <w:tcW w:w="2074" w:type="dxa"/>
          </w:tcPr>
          <w:p w14:paraId="60894C23" w14:textId="77777777" w:rsidR="00032CB0" w:rsidRDefault="00032CB0"/>
        </w:tc>
        <w:tc>
          <w:tcPr>
            <w:tcW w:w="2074" w:type="dxa"/>
          </w:tcPr>
          <w:p w14:paraId="0E3AB5C2" w14:textId="77777777" w:rsidR="00032CB0" w:rsidRDefault="00032CB0"/>
        </w:tc>
        <w:tc>
          <w:tcPr>
            <w:tcW w:w="2074" w:type="dxa"/>
          </w:tcPr>
          <w:p w14:paraId="7D5B7B2F" w14:textId="77777777" w:rsidR="00032CB0" w:rsidRDefault="00032CB0"/>
        </w:tc>
      </w:tr>
      <w:tr w:rsidR="00032CB0" w14:paraId="1D272B72" w14:textId="77777777">
        <w:trPr>
          <w:jc w:val="center"/>
        </w:trPr>
        <w:tc>
          <w:tcPr>
            <w:tcW w:w="2074" w:type="dxa"/>
          </w:tcPr>
          <w:p w14:paraId="2830B5B2" w14:textId="77777777" w:rsidR="00032CB0" w:rsidRDefault="00032CB0"/>
        </w:tc>
        <w:tc>
          <w:tcPr>
            <w:tcW w:w="2074" w:type="dxa"/>
          </w:tcPr>
          <w:p w14:paraId="6FB72E66" w14:textId="77777777" w:rsidR="00032CB0" w:rsidRDefault="00032CB0"/>
        </w:tc>
        <w:tc>
          <w:tcPr>
            <w:tcW w:w="2074" w:type="dxa"/>
          </w:tcPr>
          <w:p w14:paraId="617BFCDC" w14:textId="77777777" w:rsidR="00032CB0" w:rsidRDefault="00032CB0"/>
        </w:tc>
        <w:tc>
          <w:tcPr>
            <w:tcW w:w="2074" w:type="dxa"/>
          </w:tcPr>
          <w:p w14:paraId="6CA05CDC" w14:textId="77777777" w:rsidR="00032CB0" w:rsidRDefault="00032CB0"/>
        </w:tc>
        <w:tc>
          <w:tcPr>
            <w:tcW w:w="2074" w:type="dxa"/>
          </w:tcPr>
          <w:p w14:paraId="5F175510" w14:textId="77777777" w:rsidR="00032CB0" w:rsidRDefault="00032CB0"/>
        </w:tc>
      </w:tr>
    </w:tbl>
    <w:p w14:paraId="02BA65B9" w14:textId="77777777" w:rsidR="00032CB0" w:rsidRDefault="00032CB0"/>
    <w:p w14:paraId="43DD0B40" w14:textId="658F337A" w:rsidR="00032CB0" w:rsidRDefault="00000000">
      <w:pPr>
        <w:pStyle w:val="Heading1"/>
      </w:pPr>
      <w:r>
        <w:t>Confidence Notes</w:t>
      </w:r>
    </w:p>
    <w:p w14:paraId="12057411" w14:textId="77777777" w:rsidR="00032CB0" w:rsidRDefault="00000000">
      <w:r>
        <w:t>Use this page to capture what you now understand better about your experience. Confidence often comes from seeing your own evidence clearly.</w:t>
      </w:r>
    </w:p>
    <w:p w14:paraId="7642642C" w14:textId="77777777" w:rsidR="00032CB0" w:rsidRDefault="00000000">
      <w:pPr>
        <w:spacing w:after="40"/>
      </w:pPr>
      <w:r>
        <w:t>____________________________________________________________________________________________</w:t>
      </w:r>
    </w:p>
    <w:p w14:paraId="6C09EE6F" w14:textId="77777777" w:rsidR="00032CB0" w:rsidRDefault="00000000">
      <w:pPr>
        <w:spacing w:after="40"/>
      </w:pPr>
      <w:r>
        <w:t>____________________________________________________________________________________________</w:t>
      </w:r>
    </w:p>
    <w:p w14:paraId="540CFB4E" w14:textId="77777777" w:rsidR="00032CB0" w:rsidRDefault="00000000">
      <w:pPr>
        <w:spacing w:after="40"/>
      </w:pPr>
      <w:r>
        <w:t>____________________________________________________________________________________________</w:t>
      </w:r>
    </w:p>
    <w:p w14:paraId="1111B73B" w14:textId="77777777" w:rsidR="00032CB0" w:rsidRDefault="00000000">
      <w:pPr>
        <w:spacing w:after="40"/>
      </w:pPr>
      <w:r>
        <w:t>____________________________________________________________________________________________</w:t>
      </w:r>
    </w:p>
    <w:p w14:paraId="6FAF0861" w14:textId="77777777" w:rsidR="00032CB0" w:rsidRDefault="00000000">
      <w:pPr>
        <w:spacing w:after="40"/>
      </w:pPr>
      <w:r>
        <w:t>____________________________________________________________________________________________</w:t>
      </w:r>
    </w:p>
    <w:p w14:paraId="28E1690D" w14:textId="77777777" w:rsidR="00032CB0" w:rsidRDefault="00000000">
      <w:pPr>
        <w:spacing w:after="40"/>
      </w:pPr>
      <w:r>
        <w:t>____________________________________________________________________________________________</w:t>
      </w:r>
    </w:p>
    <w:p w14:paraId="6A87DC48" w14:textId="77777777" w:rsidR="00032CB0" w:rsidRDefault="00000000">
      <w:pPr>
        <w:spacing w:after="40"/>
      </w:pPr>
      <w:r>
        <w:t>____________________________________________________________________________________________</w:t>
      </w:r>
    </w:p>
    <w:p w14:paraId="791A97B6" w14:textId="77777777" w:rsidR="00032CB0" w:rsidRDefault="00000000">
      <w:pPr>
        <w:spacing w:after="40"/>
      </w:pPr>
      <w:r>
        <w:t>____________________________________________________________________________________________</w:t>
      </w:r>
    </w:p>
    <w:p w14:paraId="0C3B0DFE" w14:textId="77777777" w:rsidR="00032CB0" w:rsidRDefault="00000000">
      <w:pPr>
        <w:spacing w:after="40"/>
      </w:pPr>
      <w:r>
        <w:t>____________________________________________________________________________________________</w:t>
      </w:r>
    </w:p>
    <w:p w14:paraId="509479E7" w14:textId="77777777" w:rsidR="00032CB0" w:rsidRDefault="00000000">
      <w:pPr>
        <w:spacing w:after="40"/>
      </w:pPr>
      <w:r>
        <w:t>____________________________________________________________________________________________</w:t>
      </w:r>
    </w:p>
    <w:p w14:paraId="6B156855" w14:textId="77777777" w:rsidR="00032CB0" w:rsidRDefault="00000000">
      <w:pPr>
        <w:spacing w:after="40"/>
      </w:pPr>
      <w:r>
        <w:t>____________________________________________________________________________________________</w:t>
      </w:r>
    </w:p>
    <w:p w14:paraId="2F5087C8" w14:textId="77777777" w:rsidR="00032CB0" w:rsidRDefault="00000000">
      <w:pPr>
        <w:spacing w:after="40"/>
      </w:pPr>
      <w:r>
        <w:t>____________________________________________________________________________________________</w:t>
      </w:r>
    </w:p>
    <w:p w14:paraId="3F75C3B8" w14:textId="77777777" w:rsidR="00032CB0" w:rsidRDefault="00000000">
      <w:pPr>
        <w:pStyle w:val="Heading1"/>
      </w:pPr>
      <w:r>
        <w:t>Final Note</w:t>
      </w:r>
    </w:p>
    <w:p w14:paraId="23E24F4C" w14:textId="77777777" w:rsidR="00032CB0" w:rsidRDefault="00000000">
      <w:r>
        <w:t>This workbook is not about creating the perfect CV in one sitting. It is about building the thinking, evidence, structure and confidence needed to create a CV that helps other people understand your value properly.</w:t>
      </w:r>
    </w:p>
    <w:sectPr w:rsidR="00032CB0" w:rsidSect="003B7E0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361A3" w14:textId="77777777" w:rsidR="00920E75" w:rsidRDefault="00920E75">
      <w:pPr>
        <w:spacing w:after="0" w:line="240" w:lineRule="auto"/>
      </w:pPr>
      <w:r>
        <w:separator/>
      </w:r>
    </w:p>
  </w:endnote>
  <w:endnote w:type="continuationSeparator" w:id="0">
    <w:p w14:paraId="046FAAFA" w14:textId="77777777" w:rsidR="00920E75" w:rsidRDefault="0092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CE4E" w14:textId="77777777" w:rsidR="00032CB0" w:rsidRDefault="00000000">
    <w:pPr>
      <w:pStyle w:val="Footer"/>
      <w:jc w:val="center"/>
    </w:pPr>
    <w:r>
      <w:rPr>
        <w:color w:val="646464"/>
        <w:sz w:val="16"/>
      </w:rPr>
      <w:t>Career Social | CV Writing Workbook | For member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BC089" w14:textId="77777777" w:rsidR="00920E75" w:rsidRDefault="00920E75">
      <w:pPr>
        <w:spacing w:after="0" w:line="240" w:lineRule="auto"/>
      </w:pPr>
      <w:r>
        <w:separator/>
      </w:r>
    </w:p>
  </w:footnote>
  <w:footnote w:type="continuationSeparator" w:id="0">
    <w:p w14:paraId="062A866D" w14:textId="77777777" w:rsidR="00920E75" w:rsidRDefault="00920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3837446">
    <w:abstractNumId w:val="8"/>
  </w:num>
  <w:num w:numId="2" w16cid:durableId="1859073945">
    <w:abstractNumId w:val="6"/>
  </w:num>
  <w:num w:numId="3" w16cid:durableId="2067027084">
    <w:abstractNumId w:val="5"/>
  </w:num>
  <w:num w:numId="4" w16cid:durableId="1019891811">
    <w:abstractNumId w:val="4"/>
  </w:num>
  <w:num w:numId="5" w16cid:durableId="170878891">
    <w:abstractNumId w:val="7"/>
  </w:num>
  <w:num w:numId="6" w16cid:durableId="899175436">
    <w:abstractNumId w:val="3"/>
  </w:num>
  <w:num w:numId="7" w16cid:durableId="1208689666">
    <w:abstractNumId w:val="2"/>
  </w:num>
  <w:num w:numId="8" w16cid:durableId="34239643">
    <w:abstractNumId w:val="1"/>
  </w:num>
  <w:num w:numId="9" w16cid:durableId="667054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CB0"/>
    <w:rsid w:val="00034616"/>
    <w:rsid w:val="0006063C"/>
    <w:rsid w:val="0015074B"/>
    <w:rsid w:val="0029639D"/>
    <w:rsid w:val="00326F90"/>
    <w:rsid w:val="003B7E0F"/>
    <w:rsid w:val="00920E75"/>
    <w:rsid w:val="00924AD3"/>
    <w:rsid w:val="00AA1D8D"/>
    <w:rsid w:val="00B44F11"/>
    <w:rsid w:val="00B47730"/>
    <w:rsid w:val="00BE23A6"/>
    <w:rsid w:val="00CB0664"/>
    <w:rsid w:val="00E05C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5E66A8"/>
  <w14:defaultImageDpi w14:val="300"/>
  <w15:docId w15:val="{312A62CF-4E63-E648-8483-C827EF7F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A174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A174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A174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A17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44F11"/>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41</Pages>
  <Words>10747</Words>
  <Characters>58250</Characters>
  <Application>Microsoft Office Word</Application>
  <DocSecurity>0</DocSecurity>
  <Lines>2080</Lines>
  <Paragraphs>1437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Claire Lyon</cp:lastModifiedBy>
  <cp:revision>6</cp:revision>
  <dcterms:created xsi:type="dcterms:W3CDTF">2026-05-03T10:40:00Z</dcterms:created>
  <dcterms:modified xsi:type="dcterms:W3CDTF">2026-05-03T10:57:00Z</dcterms:modified>
  <cp:category/>
</cp:coreProperties>
</file>