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ABE2" w14:textId="280AE7F1" w:rsidR="00DF21B5" w:rsidRDefault="00BD759D" w:rsidP="00DF21B5">
      <w:pPr>
        <w:rPr>
          <w:b/>
          <w:color w:val="071B4D"/>
        </w:rPr>
      </w:pPr>
      <w:r>
        <w:rPr>
          <w:b/>
          <w:noProof/>
          <w:color w:val="071B4D"/>
        </w:rPr>
        <w:drawing>
          <wp:inline distT="0" distB="0" distL="0" distR="0" wp14:anchorId="4570D79A" wp14:editId="609A3934">
            <wp:extent cx="6459855" cy="9144000"/>
            <wp:effectExtent l="0" t="0" r="4445" b="0"/>
            <wp:docPr id="650137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137060" name="Picture 650137060"/>
                    <pic:cNvPicPr/>
                  </pic:nvPicPr>
                  <pic:blipFill>
                    <a:blip r:embed="rId8"/>
                    <a:stretch>
                      <a:fillRect/>
                    </a:stretch>
                  </pic:blipFill>
                  <pic:spPr>
                    <a:xfrm>
                      <a:off x="0" y="0"/>
                      <a:ext cx="6459855" cy="9144000"/>
                    </a:xfrm>
                    <a:prstGeom prst="rect">
                      <a:avLst/>
                    </a:prstGeom>
                  </pic:spPr>
                </pic:pic>
              </a:graphicData>
            </a:graphic>
          </wp:inline>
        </w:drawing>
      </w:r>
    </w:p>
    <w:p w14:paraId="194EB89B" w14:textId="63755BC7" w:rsidR="00BA6165" w:rsidRDefault="00000000" w:rsidP="00DF21B5">
      <w:r>
        <w:rPr>
          <w:b/>
          <w:color w:val="071B4D"/>
          <w:sz w:val="28"/>
        </w:rPr>
        <w:lastRenderedPageBreak/>
        <w:t>How to Write a Cover Letter That Gets You Considered</w:t>
      </w:r>
    </w:p>
    <w:tbl>
      <w:tblPr>
        <w:tblW w:w="0" w:type="auto"/>
        <w:tblLook w:val="04A0" w:firstRow="1" w:lastRow="0" w:firstColumn="1" w:lastColumn="0" w:noHBand="0" w:noVBand="1"/>
      </w:tblPr>
      <w:tblGrid>
        <w:gridCol w:w="10368"/>
      </w:tblGrid>
      <w:tr w:rsidR="00BA6165" w14:paraId="48A9D65A" w14:textId="77777777">
        <w:tc>
          <w:tcPr>
            <w:tcW w:w="10368" w:type="dxa"/>
            <w:shd w:val="clear" w:color="auto" w:fill="EAF7E5"/>
            <w:tcMar>
              <w:top w:w="160" w:type="dxa"/>
              <w:left w:w="160" w:type="dxa"/>
              <w:bottom w:w="160" w:type="dxa"/>
              <w:right w:w="160" w:type="dxa"/>
            </w:tcMar>
          </w:tcPr>
          <w:p w14:paraId="7C0CE028" w14:textId="77777777" w:rsidR="00BA6165" w:rsidRDefault="00000000">
            <w:r>
              <w:rPr>
                <w:b/>
                <w:color w:val="071B4D"/>
                <w:sz w:val="20"/>
              </w:rPr>
              <w:t>Purpose of this workbook</w:t>
            </w:r>
          </w:p>
          <w:p w14:paraId="1500542C" w14:textId="77777777" w:rsidR="00BA6165" w:rsidRDefault="00000000">
            <w:pPr>
              <w:spacing w:after="0"/>
            </w:pPr>
            <w:r>
              <w:rPr>
                <w:sz w:val="18"/>
              </w:rPr>
              <w:t>This workbook is designed to help you apply the Cover Letter Writing Guide step by step. It helps you decide whether a cover letter is needed, understand the role, identify the right evidence, build a structured letter, tailor it properly and review it before sending. This is a working document, not a polished final draft.</w:t>
            </w:r>
          </w:p>
        </w:tc>
      </w:tr>
    </w:tbl>
    <w:p w14:paraId="369127A4" w14:textId="77777777" w:rsidR="00BA6165" w:rsidRDefault="00000000">
      <w:pPr>
        <w:pStyle w:val="Heading1"/>
      </w:pPr>
      <w:r>
        <w:rPr>
          <w:color w:val="071B4D"/>
          <w:sz w:val="32"/>
        </w:rPr>
        <w:t>How to Use This Workbook</w:t>
      </w:r>
    </w:p>
    <w:tbl>
      <w:tblPr>
        <w:tblW w:w="0" w:type="auto"/>
        <w:tblLook w:val="04A0" w:firstRow="1" w:lastRow="0" w:firstColumn="1" w:lastColumn="0" w:noHBand="0" w:noVBand="1"/>
      </w:tblPr>
      <w:tblGrid>
        <w:gridCol w:w="10368"/>
      </w:tblGrid>
      <w:tr w:rsidR="00BA6165" w14:paraId="60FC8DFB" w14:textId="77777777">
        <w:tc>
          <w:tcPr>
            <w:tcW w:w="10368" w:type="dxa"/>
            <w:shd w:val="clear" w:color="auto" w:fill="F7FBF5"/>
            <w:tcMar>
              <w:top w:w="160" w:type="dxa"/>
              <w:left w:w="160" w:type="dxa"/>
              <w:bottom w:w="160" w:type="dxa"/>
              <w:right w:w="160" w:type="dxa"/>
            </w:tcMar>
          </w:tcPr>
          <w:p w14:paraId="79AA9C76" w14:textId="77777777" w:rsidR="00BA6165" w:rsidRDefault="00000000">
            <w:r>
              <w:rPr>
                <w:b/>
                <w:color w:val="071B4D"/>
                <w:sz w:val="20"/>
              </w:rPr>
              <w:t>Hints and tips before you start</w:t>
            </w:r>
          </w:p>
          <w:p w14:paraId="21414B90" w14:textId="77777777" w:rsidR="00BA6165" w:rsidRDefault="00000000">
            <w:pPr>
              <w:spacing w:after="0"/>
            </w:pPr>
            <w:r>
              <w:rPr>
                <w:sz w:val="18"/>
              </w:rPr>
              <w:t>Work through the chapters in order. Do not jump straight to the template. The quality of your cover letter depends on the thinking you do before writing. Use rough notes first, then shape them into clear paragraphs. Keep your answers truthful, specific and role-aligned.</w:t>
            </w:r>
          </w:p>
        </w:tc>
      </w:tr>
    </w:tbl>
    <w:p w14:paraId="53DFB8A3" w14:textId="77777777" w:rsidR="00BA6165" w:rsidRDefault="00000000">
      <w:pPr>
        <w:spacing w:after="40"/>
      </w:pPr>
      <w:r>
        <w:rPr>
          <w:sz w:val="18"/>
        </w:rPr>
        <w:t>☐ Have the Cover Letter Writing Guide open beside you.</w:t>
      </w:r>
    </w:p>
    <w:p w14:paraId="48BB38FB" w14:textId="77777777" w:rsidR="00BA6165" w:rsidRDefault="00000000">
      <w:pPr>
        <w:spacing w:after="40"/>
      </w:pPr>
      <w:r>
        <w:rPr>
          <w:sz w:val="18"/>
        </w:rPr>
        <w:t>☐ Have the job advert or role description in front of you.</w:t>
      </w:r>
    </w:p>
    <w:p w14:paraId="5185C103" w14:textId="77777777" w:rsidR="00BA6165" w:rsidRDefault="00000000">
      <w:pPr>
        <w:spacing w:after="40"/>
      </w:pPr>
      <w:r>
        <w:rPr>
          <w:sz w:val="18"/>
        </w:rPr>
        <w:t>☐ Have your CV available so you can select evidence without repeating everything.</w:t>
      </w:r>
    </w:p>
    <w:p w14:paraId="134A630A" w14:textId="77777777" w:rsidR="00BA6165" w:rsidRDefault="00000000">
      <w:pPr>
        <w:spacing w:after="40"/>
      </w:pPr>
      <w:r>
        <w:rPr>
          <w:sz w:val="18"/>
        </w:rPr>
        <w:t>☐ Use this workbook to build a master version and a tailored version.</w:t>
      </w:r>
    </w:p>
    <w:p w14:paraId="550EAA65" w14:textId="60C2F36D" w:rsidR="00BA6165" w:rsidRDefault="00000000" w:rsidP="00BD759D">
      <w:pPr>
        <w:spacing w:after="40"/>
      </w:pPr>
      <w:r>
        <w:rPr>
          <w:sz w:val="18"/>
        </w:rPr>
        <w:t>☐ Do not aim for perfect wording at first; aim for clarity.</w:t>
      </w:r>
    </w:p>
    <w:p w14:paraId="7E180D9F" w14:textId="77777777" w:rsidR="00BD759D" w:rsidRDefault="00BD759D" w:rsidP="00BD759D">
      <w:pPr>
        <w:spacing w:after="40"/>
      </w:pPr>
    </w:p>
    <w:p w14:paraId="2373FE4C" w14:textId="77777777" w:rsidR="00BD759D" w:rsidRDefault="00BD759D" w:rsidP="00BD759D">
      <w:pPr>
        <w:pStyle w:val="Heading1"/>
      </w:pPr>
      <w:r>
        <w:rPr>
          <w:color w:val="071B4D"/>
          <w:sz w:val="32"/>
        </w:rPr>
        <w:t>Disclaimer &amp; Copyright | The legal bit</w:t>
      </w:r>
    </w:p>
    <w:p w14:paraId="33EF60D5" w14:textId="77777777" w:rsidR="00BD759D" w:rsidRDefault="00BD759D" w:rsidP="00BD759D">
      <w:r>
        <w:t>This Cover Letter Writing Workbook is provided as part of the Career Social resource library and is intended for personal learning, reflection and job search preparation only.</w:t>
      </w:r>
    </w:p>
    <w:p w14:paraId="0162A034" w14:textId="77777777" w:rsidR="00BD759D" w:rsidRDefault="00BD759D" w:rsidP="00BD759D">
      <w:r>
        <w:t>No part of this workbook may be reproduced, copied, distributed, shared, stored in a retrieval system, uploaded to third-party platforms, sold, adapted, or transmitted in any form or by any means without prior written permission from PCVW Ltd, except for brief quotations used for non-commercial purposes with appropriate credit.</w:t>
      </w:r>
    </w:p>
    <w:p w14:paraId="3FA88FAE" w14:textId="77777777" w:rsidR="00BD759D" w:rsidRDefault="00BD759D" w:rsidP="00BD759D">
      <w:r>
        <w:t>This workbook is intended for informational and educational purposes only. While every effort has been made to provide practical, relevant and professional guidance, Career Social and PCVW Ltd make no guarantees regarding job search outcomes, interview invitations, job offers, salary increases or employment success.</w:t>
      </w:r>
    </w:p>
    <w:p w14:paraId="409CE72B" w14:textId="77777777" w:rsidR="00BD759D" w:rsidRDefault="00BD759D" w:rsidP="00BD759D">
      <w:r>
        <w:t>The exercises, prompts, examples and templates are designed to support your thinking and preparation. They should be adapted to your own experience, circumstances, career goals and target roles.</w:t>
      </w:r>
    </w:p>
    <w:p w14:paraId="5E5D4392" w14:textId="77777777" w:rsidR="00BD759D" w:rsidRDefault="00BD759D" w:rsidP="00BD759D">
      <w:r>
        <w:t>Career Social and PCVW Ltd accept no responsibility for any loss, damage, missed opportunity or disruption arising from the use of this workbook or any decisions made based on its content.</w:t>
      </w:r>
    </w:p>
    <w:p w14:paraId="3AF627E8" w14:textId="77777777" w:rsidR="00BD759D" w:rsidRDefault="00BD759D" w:rsidP="00BD759D">
      <w:r>
        <w:t>© PCVW Ltd trading as Career Social. All rights reserved.</w:t>
      </w:r>
    </w:p>
    <w:p w14:paraId="122EAB72" w14:textId="77777777" w:rsidR="00BD759D" w:rsidRDefault="00BD759D"/>
    <w:p w14:paraId="64CA0C9E" w14:textId="77777777" w:rsidR="00BD759D" w:rsidRDefault="00BD759D"/>
    <w:p w14:paraId="24FB6BCD" w14:textId="77777777" w:rsidR="00BD759D" w:rsidRDefault="00BD759D"/>
    <w:p w14:paraId="2EABCBCB" w14:textId="77777777" w:rsidR="00BA6165" w:rsidRDefault="00000000">
      <w:pPr>
        <w:pStyle w:val="Heading1"/>
      </w:pPr>
      <w:r>
        <w:rPr>
          <w:color w:val="071B4D"/>
          <w:sz w:val="32"/>
        </w:rPr>
        <w:lastRenderedPageBreak/>
        <w:t>Workbook Contents</w:t>
      </w:r>
    </w:p>
    <w:p w14:paraId="0FB60231" w14:textId="77777777" w:rsidR="00BA6165" w:rsidRDefault="00000000">
      <w:r>
        <w:t>Chapter 1 | What a Cover Letter Actually Needs to Do</w:t>
      </w:r>
    </w:p>
    <w:p w14:paraId="547EC44D" w14:textId="77777777" w:rsidR="00BA6165" w:rsidRDefault="00000000">
      <w:r>
        <w:t>Chapter 2 | Why Most Cover Letters Don’t Work</w:t>
      </w:r>
    </w:p>
    <w:p w14:paraId="1E3DA826" w14:textId="77777777" w:rsidR="00BA6165" w:rsidRDefault="00000000">
      <w:r>
        <w:t>Chapter 3 | When You Should and Shouldn’t Use One</w:t>
      </w:r>
    </w:p>
    <w:p w14:paraId="3E687C0B" w14:textId="77777777" w:rsidR="00BA6165" w:rsidRDefault="00000000">
      <w:r>
        <w:t>Chapter 4 | Understanding the Role Before You Write</w:t>
      </w:r>
    </w:p>
    <w:p w14:paraId="496B7B5A" w14:textId="77777777" w:rsidR="00BA6165" w:rsidRDefault="00000000">
      <w:r>
        <w:t>Chapter 5 | Identifying What You Need to Show</w:t>
      </w:r>
    </w:p>
    <w:p w14:paraId="3B67FEDE" w14:textId="77777777" w:rsidR="00BA6165" w:rsidRDefault="00000000">
      <w:r>
        <w:t>Chapter 6 | The Structure of a Strong Cover Letter</w:t>
      </w:r>
    </w:p>
    <w:p w14:paraId="1FA955F4" w14:textId="77777777" w:rsidR="00BA6165" w:rsidRDefault="00000000">
      <w:r>
        <w:t>Chapter 7 | Opening Paragraph: Getting Straight to the Point</w:t>
      </w:r>
    </w:p>
    <w:p w14:paraId="3E533A2C" w14:textId="77777777" w:rsidR="00BA6165" w:rsidRDefault="00000000">
      <w:r>
        <w:t>Chapter 8 | Middle Section: Showing Relevance and Fit</w:t>
      </w:r>
    </w:p>
    <w:p w14:paraId="19EB7D3B" w14:textId="77777777" w:rsidR="00BA6165" w:rsidRDefault="00000000">
      <w:r>
        <w:t>Chapter 9 | Evidence: Using Your Experience Properly</w:t>
      </w:r>
    </w:p>
    <w:p w14:paraId="7A3012B4" w14:textId="77777777" w:rsidR="00BA6165" w:rsidRDefault="00000000">
      <w:r>
        <w:t>Chapter 10 | Closing Paragraph: Ending with Intent</w:t>
      </w:r>
    </w:p>
    <w:p w14:paraId="214A6E2A" w14:textId="77777777" w:rsidR="00BA6165" w:rsidRDefault="00000000">
      <w:r>
        <w:t>Chapter 11 | Tone, Style and Length</w:t>
      </w:r>
    </w:p>
    <w:p w14:paraId="3F7114F4" w14:textId="77777777" w:rsidR="00BA6165" w:rsidRDefault="00000000">
      <w:r>
        <w:t>Chapter 12 | Tailoring Without Starting From Scratch</w:t>
      </w:r>
    </w:p>
    <w:p w14:paraId="703DAA5B" w14:textId="77777777" w:rsidR="00BA6165" w:rsidRDefault="00000000">
      <w:r>
        <w:t>Chapter 13 | Using AI Properly Without Sounding Generic</w:t>
      </w:r>
    </w:p>
    <w:p w14:paraId="08BD5D79" w14:textId="77777777" w:rsidR="00BA6165" w:rsidRDefault="00000000">
      <w:r>
        <w:t>Chapter 14 | Common Mistakes to Avoid</w:t>
      </w:r>
    </w:p>
    <w:p w14:paraId="63B79A89" w14:textId="77777777" w:rsidR="00BA6165" w:rsidRDefault="00000000">
      <w:r>
        <w:t>Chapter 15 | Final Review Before Sending</w:t>
      </w:r>
    </w:p>
    <w:p w14:paraId="01783688" w14:textId="77777777" w:rsidR="00BA6165" w:rsidRDefault="00000000">
      <w:r>
        <w:br w:type="page"/>
      </w:r>
    </w:p>
    <w:p w14:paraId="7BD0B0A1" w14:textId="77777777" w:rsidR="00BA6165" w:rsidRDefault="00000000">
      <w:pPr>
        <w:pStyle w:val="Heading1"/>
      </w:pPr>
      <w:r>
        <w:rPr>
          <w:color w:val="071B4D"/>
          <w:sz w:val="32"/>
        </w:rPr>
        <w:lastRenderedPageBreak/>
        <w:t>Chapter 1 | What a Cover Letter Actually Needs to Do</w:t>
      </w:r>
    </w:p>
    <w:tbl>
      <w:tblPr>
        <w:tblW w:w="0" w:type="auto"/>
        <w:tblLook w:val="04A0" w:firstRow="1" w:lastRow="0" w:firstColumn="1" w:lastColumn="0" w:noHBand="0" w:noVBand="1"/>
      </w:tblPr>
      <w:tblGrid>
        <w:gridCol w:w="10368"/>
      </w:tblGrid>
      <w:tr w:rsidR="00BA6165" w14:paraId="74109003" w14:textId="77777777">
        <w:tc>
          <w:tcPr>
            <w:tcW w:w="10368" w:type="dxa"/>
            <w:shd w:val="clear" w:color="auto" w:fill="EAF7E5"/>
            <w:tcMar>
              <w:top w:w="160" w:type="dxa"/>
              <w:left w:w="160" w:type="dxa"/>
              <w:bottom w:w="160" w:type="dxa"/>
              <w:right w:w="160" w:type="dxa"/>
            </w:tcMar>
          </w:tcPr>
          <w:p w14:paraId="10151DA8" w14:textId="77777777" w:rsidR="00BA6165" w:rsidRDefault="00000000">
            <w:r>
              <w:rPr>
                <w:b/>
                <w:color w:val="071B4D"/>
                <w:sz w:val="20"/>
              </w:rPr>
              <w:t>Chapter focus</w:t>
            </w:r>
          </w:p>
          <w:p w14:paraId="151F7D24" w14:textId="77777777" w:rsidR="00BA6165" w:rsidRDefault="00000000">
            <w:pPr>
              <w:spacing w:after="0"/>
            </w:pPr>
            <w:r>
              <w:rPr>
                <w:sz w:val="18"/>
              </w:rPr>
              <w:t>Understand the role of a cover letter before trying to write one. Your aim is not to repeat the CV, but to frame your relevance and help the reader understand why your application makes sense.</w:t>
            </w:r>
          </w:p>
        </w:tc>
      </w:tr>
      <w:tr w:rsidR="00BA6165" w14:paraId="6C4C0A60" w14:textId="77777777">
        <w:tc>
          <w:tcPr>
            <w:tcW w:w="10368" w:type="dxa"/>
            <w:shd w:val="clear" w:color="auto" w:fill="F7FBF5"/>
            <w:tcMar>
              <w:top w:w="160" w:type="dxa"/>
              <w:left w:w="160" w:type="dxa"/>
              <w:bottom w:w="160" w:type="dxa"/>
              <w:right w:w="160" w:type="dxa"/>
            </w:tcMar>
          </w:tcPr>
          <w:p w14:paraId="3A71BD4C" w14:textId="77777777" w:rsidR="00BA6165" w:rsidRDefault="00000000">
            <w:r>
              <w:rPr>
                <w:b/>
                <w:color w:val="071B4D"/>
                <w:sz w:val="20"/>
              </w:rPr>
              <w:t>Hint / Tip</w:t>
            </w:r>
          </w:p>
          <w:p w14:paraId="3877F057" w14:textId="77777777" w:rsidR="00BA6165" w:rsidRDefault="00000000">
            <w:pPr>
              <w:spacing w:after="0"/>
            </w:pPr>
            <w:r>
              <w:rPr>
                <w:sz w:val="18"/>
              </w:rPr>
              <w:t>A cover letter should answer: Why this role? Why you? Why now? If it does not answer these questions, it is likely too generic.</w:t>
            </w:r>
          </w:p>
        </w:tc>
      </w:tr>
    </w:tbl>
    <w:p w14:paraId="3C36FDBC"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49C3AB03" w14:textId="77777777">
        <w:tc>
          <w:tcPr>
            <w:tcW w:w="10368" w:type="dxa"/>
            <w:shd w:val="clear" w:color="auto" w:fill="FFFFFF"/>
            <w:tcMar>
              <w:top w:w="160" w:type="dxa"/>
              <w:left w:w="160" w:type="dxa"/>
              <w:bottom w:w="160" w:type="dxa"/>
              <w:right w:w="160" w:type="dxa"/>
            </w:tcMar>
          </w:tcPr>
          <w:p w14:paraId="24B0EEB0" w14:textId="77777777" w:rsidR="00BA6165" w:rsidRDefault="00000000">
            <w:r>
              <w:rPr>
                <w:b/>
                <w:color w:val="071B4D"/>
                <w:sz w:val="20"/>
              </w:rPr>
              <w:t>Why this role?</w:t>
            </w:r>
          </w:p>
          <w:p w14:paraId="32C1A42A" w14:textId="77777777" w:rsidR="00BA6165" w:rsidRDefault="00000000">
            <w:pPr>
              <w:spacing w:after="0"/>
            </w:pPr>
            <w:r>
              <w:rPr>
                <w:sz w:val="18"/>
              </w:rPr>
              <w:t>Write practical reasons why this role makes sense for you. Focus on role fit, sector alignment, responsibilities and direction of travel.</w:t>
            </w:r>
          </w:p>
        </w:tc>
      </w:tr>
    </w:tbl>
    <w:p w14:paraId="72845E10" w14:textId="77777777" w:rsidR="00BA6165" w:rsidRDefault="00BA6165">
      <w:pPr>
        <w:pBdr>
          <w:bottom w:val="single" w:sz="4" w:space="1" w:color="BFBFBF"/>
        </w:pBdr>
        <w:spacing w:after="0"/>
      </w:pPr>
    </w:p>
    <w:p w14:paraId="5B19930F" w14:textId="77777777" w:rsidR="00BA6165" w:rsidRDefault="00BA6165">
      <w:pPr>
        <w:pBdr>
          <w:bottom w:val="single" w:sz="4" w:space="1" w:color="BFBFBF"/>
        </w:pBdr>
        <w:spacing w:after="0"/>
      </w:pPr>
    </w:p>
    <w:p w14:paraId="7F2B7B0A" w14:textId="77777777" w:rsidR="00BA6165" w:rsidRDefault="00BA6165">
      <w:pPr>
        <w:pBdr>
          <w:bottom w:val="single" w:sz="4" w:space="1" w:color="BFBFBF"/>
        </w:pBdr>
        <w:spacing w:after="0"/>
      </w:pPr>
    </w:p>
    <w:p w14:paraId="421C319C"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41BAED48" w14:textId="77777777">
        <w:tc>
          <w:tcPr>
            <w:tcW w:w="10368" w:type="dxa"/>
            <w:shd w:val="clear" w:color="auto" w:fill="FFFFFF"/>
            <w:tcMar>
              <w:top w:w="160" w:type="dxa"/>
              <w:left w:w="160" w:type="dxa"/>
              <w:bottom w:w="160" w:type="dxa"/>
              <w:right w:w="160" w:type="dxa"/>
            </w:tcMar>
          </w:tcPr>
          <w:p w14:paraId="4EA7F4A1" w14:textId="77777777" w:rsidR="00BA6165" w:rsidRDefault="00000000">
            <w:r>
              <w:rPr>
                <w:b/>
                <w:color w:val="071B4D"/>
                <w:sz w:val="20"/>
              </w:rPr>
              <w:t>Why you?</w:t>
            </w:r>
          </w:p>
          <w:p w14:paraId="1C609EDB" w14:textId="77777777" w:rsidR="00BA6165" w:rsidRDefault="00000000">
            <w:pPr>
              <w:spacing w:after="0"/>
            </w:pPr>
            <w:r>
              <w:rPr>
                <w:sz w:val="18"/>
              </w:rPr>
              <w:t>List the strongest areas of experience that make you credible for this role.</w:t>
            </w:r>
          </w:p>
        </w:tc>
      </w:tr>
    </w:tbl>
    <w:p w14:paraId="3B2DC610" w14:textId="77777777" w:rsidR="00BA6165" w:rsidRDefault="00BA6165">
      <w:pPr>
        <w:pBdr>
          <w:bottom w:val="single" w:sz="4" w:space="1" w:color="BFBFBF"/>
        </w:pBdr>
        <w:spacing w:after="0"/>
      </w:pPr>
    </w:p>
    <w:p w14:paraId="661424A8" w14:textId="77777777" w:rsidR="00BA6165" w:rsidRDefault="00BA6165">
      <w:pPr>
        <w:pBdr>
          <w:bottom w:val="single" w:sz="4" w:space="1" w:color="BFBFBF"/>
        </w:pBdr>
        <w:spacing w:after="0"/>
      </w:pPr>
    </w:p>
    <w:p w14:paraId="2DCF40DC" w14:textId="77777777" w:rsidR="00BA6165" w:rsidRDefault="00BA6165">
      <w:pPr>
        <w:pBdr>
          <w:bottom w:val="single" w:sz="4" w:space="1" w:color="BFBFBF"/>
        </w:pBdr>
        <w:spacing w:after="0"/>
      </w:pPr>
    </w:p>
    <w:p w14:paraId="02F80D1F"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2E2396D6" w14:textId="77777777">
        <w:tc>
          <w:tcPr>
            <w:tcW w:w="10368" w:type="dxa"/>
            <w:shd w:val="clear" w:color="auto" w:fill="FFFFFF"/>
            <w:tcMar>
              <w:top w:w="160" w:type="dxa"/>
              <w:left w:w="160" w:type="dxa"/>
              <w:bottom w:w="160" w:type="dxa"/>
              <w:right w:w="160" w:type="dxa"/>
            </w:tcMar>
          </w:tcPr>
          <w:p w14:paraId="011BFF89" w14:textId="77777777" w:rsidR="00BA6165" w:rsidRDefault="00000000">
            <w:r>
              <w:rPr>
                <w:b/>
                <w:color w:val="071B4D"/>
                <w:sz w:val="20"/>
              </w:rPr>
              <w:t>Why now?</w:t>
            </w:r>
          </w:p>
          <w:p w14:paraId="2A26D0C3" w14:textId="77777777" w:rsidR="00BA6165" w:rsidRDefault="00000000">
            <w:pPr>
              <w:spacing w:after="0"/>
            </w:pPr>
            <w:r>
              <w:rPr>
                <w:sz w:val="18"/>
              </w:rPr>
              <w:t>Write any context that explains timing, transition, step-up, relocation, return to work or change of direction.</w:t>
            </w:r>
          </w:p>
        </w:tc>
      </w:tr>
    </w:tbl>
    <w:p w14:paraId="265E59D0" w14:textId="77777777" w:rsidR="00BA6165" w:rsidRDefault="00BA6165">
      <w:pPr>
        <w:pBdr>
          <w:bottom w:val="single" w:sz="4" w:space="1" w:color="BFBFBF"/>
        </w:pBdr>
        <w:spacing w:after="0"/>
      </w:pPr>
    </w:p>
    <w:p w14:paraId="0CA83607" w14:textId="77777777" w:rsidR="00BA6165" w:rsidRDefault="00BA6165">
      <w:pPr>
        <w:pBdr>
          <w:bottom w:val="single" w:sz="4" w:space="1" w:color="BFBFBF"/>
        </w:pBdr>
        <w:spacing w:after="0"/>
      </w:pPr>
    </w:p>
    <w:p w14:paraId="2C2D61E1" w14:textId="77777777" w:rsidR="00BA6165" w:rsidRDefault="00BA6165">
      <w:pPr>
        <w:pBdr>
          <w:bottom w:val="single" w:sz="4" w:space="1" w:color="BFBFBF"/>
        </w:pBdr>
        <w:spacing w:after="0"/>
      </w:pPr>
    </w:p>
    <w:p w14:paraId="6410C0D3" w14:textId="77777777" w:rsidR="00BA6165" w:rsidRDefault="00BA6165">
      <w:pPr>
        <w:pBdr>
          <w:bottom w:val="single" w:sz="4" w:space="1" w:color="BFBFBF"/>
        </w:pBdr>
        <w:spacing w:after="0"/>
      </w:pPr>
    </w:p>
    <w:p w14:paraId="71C25D2B" w14:textId="77777777" w:rsidR="00BA6165" w:rsidRDefault="00000000">
      <w:pPr>
        <w:pStyle w:val="Heading2"/>
      </w:pPr>
      <w:r>
        <w:rPr>
          <w:color w:val="00A7A8"/>
          <w:sz w:val="24"/>
        </w:rPr>
        <w:t>Reflection</w:t>
      </w:r>
    </w:p>
    <w:p w14:paraId="487D1C2D" w14:textId="77777777" w:rsidR="00BA6165" w:rsidRDefault="00000000">
      <w:r>
        <w:t>What does this letter need to add that the CV cannot fully explain?</w:t>
      </w:r>
    </w:p>
    <w:p w14:paraId="02AED75F" w14:textId="77777777" w:rsidR="00BA6165" w:rsidRDefault="00BA6165">
      <w:pPr>
        <w:pBdr>
          <w:bottom w:val="single" w:sz="4" w:space="1" w:color="BFBFBF"/>
        </w:pBdr>
        <w:spacing w:after="0"/>
      </w:pPr>
    </w:p>
    <w:p w14:paraId="08891601" w14:textId="77777777" w:rsidR="00BA6165" w:rsidRDefault="00BA6165">
      <w:pPr>
        <w:pBdr>
          <w:bottom w:val="single" w:sz="4" w:space="1" w:color="BFBFBF"/>
        </w:pBdr>
        <w:spacing w:after="0"/>
      </w:pPr>
    </w:p>
    <w:p w14:paraId="0E1DEA94" w14:textId="77777777" w:rsidR="00BA6165" w:rsidRDefault="00BA6165">
      <w:pPr>
        <w:pBdr>
          <w:bottom w:val="single" w:sz="4" w:space="1" w:color="BFBFBF"/>
        </w:pBdr>
        <w:spacing w:after="0"/>
      </w:pPr>
    </w:p>
    <w:p w14:paraId="2CBCDB71" w14:textId="77777777" w:rsidR="00BA6165" w:rsidRDefault="00000000">
      <w:r>
        <w:t>What should the reader understand before they even open or review the CV properly?</w:t>
      </w:r>
    </w:p>
    <w:p w14:paraId="643B44AB" w14:textId="77777777" w:rsidR="00BA6165" w:rsidRDefault="00BA6165">
      <w:pPr>
        <w:pBdr>
          <w:bottom w:val="single" w:sz="4" w:space="1" w:color="BFBFBF"/>
        </w:pBdr>
        <w:spacing w:after="0"/>
      </w:pPr>
    </w:p>
    <w:p w14:paraId="50C648AC" w14:textId="77777777" w:rsidR="00BA6165" w:rsidRDefault="00BA6165">
      <w:pPr>
        <w:pBdr>
          <w:bottom w:val="single" w:sz="4" w:space="1" w:color="BFBFBF"/>
        </w:pBdr>
        <w:spacing w:after="0"/>
      </w:pPr>
    </w:p>
    <w:p w14:paraId="61DEC9E5" w14:textId="77777777" w:rsidR="00BA6165" w:rsidRDefault="00BA6165">
      <w:pPr>
        <w:pBdr>
          <w:bottom w:val="single" w:sz="4" w:space="1" w:color="BFBFBF"/>
        </w:pBdr>
        <w:spacing w:after="0"/>
      </w:pPr>
    </w:p>
    <w:p w14:paraId="3AF4471C" w14:textId="77777777" w:rsidR="00BA6165" w:rsidRDefault="00000000">
      <w:pPr>
        <w:pStyle w:val="Heading2"/>
      </w:pPr>
      <w:r>
        <w:rPr>
          <w:color w:val="00A7A8"/>
          <w:sz w:val="24"/>
        </w:rPr>
        <w:t>Chapter Notes</w:t>
      </w:r>
    </w:p>
    <w:p w14:paraId="4858CCBF" w14:textId="77777777" w:rsidR="00BA6165" w:rsidRDefault="00BA6165">
      <w:pPr>
        <w:pBdr>
          <w:bottom w:val="single" w:sz="4" w:space="1" w:color="BFBFBF"/>
        </w:pBdr>
        <w:spacing w:after="0"/>
      </w:pPr>
    </w:p>
    <w:p w14:paraId="11B3917C" w14:textId="77777777" w:rsidR="00BA6165" w:rsidRDefault="00BA6165">
      <w:pPr>
        <w:pBdr>
          <w:bottom w:val="single" w:sz="4" w:space="1" w:color="BFBFBF"/>
        </w:pBdr>
        <w:spacing w:after="0"/>
      </w:pPr>
    </w:p>
    <w:p w14:paraId="30E0EA36" w14:textId="77777777" w:rsidR="00BA6165" w:rsidRDefault="00BA6165">
      <w:pPr>
        <w:pBdr>
          <w:bottom w:val="single" w:sz="4" w:space="1" w:color="BFBFBF"/>
        </w:pBdr>
        <w:spacing w:after="0"/>
      </w:pPr>
    </w:p>
    <w:p w14:paraId="3F85DAE1" w14:textId="77777777" w:rsidR="00BA6165" w:rsidRDefault="00BA6165">
      <w:pPr>
        <w:pBdr>
          <w:bottom w:val="single" w:sz="4" w:space="1" w:color="BFBFBF"/>
        </w:pBdr>
        <w:spacing w:after="0"/>
      </w:pPr>
    </w:p>
    <w:p w14:paraId="0D2ACB99" w14:textId="77777777" w:rsidR="00BA6165" w:rsidRDefault="00BA6165">
      <w:pPr>
        <w:pBdr>
          <w:bottom w:val="single" w:sz="4" w:space="1" w:color="BFBFBF"/>
        </w:pBdr>
        <w:spacing w:after="0"/>
      </w:pPr>
    </w:p>
    <w:p w14:paraId="3DD1689A" w14:textId="77777777" w:rsidR="00BA6165" w:rsidRDefault="00BA6165">
      <w:pPr>
        <w:pBdr>
          <w:bottom w:val="single" w:sz="4" w:space="1" w:color="BFBFBF"/>
        </w:pBdr>
        <w:spacing w:after="0"/>
      </w:pPr>
    </w:p>
    <w:p w14:paraId="25A6A261" w14:textId="77777777" w:rsidR="00BA6165" w:rsidRDefault="00000000">
      <w:pPr>
        <w:pStyle w:val="Heading2"/>
      </w:pPr>
      <w:r>
        <w:rPr>
          <w:color w:val="00A7A8"/>
          <w:sz w:val="24"/>
        </w:rPr>
        <w:t>Chapter Completion Check</w:t>
      </w:r>
    </w:p>
    <w:p w14:paraId="04B03331" w14:textId="77777777" w:rsidR="00BA6165" w:rsidRDefault="00000000">
      <w:pPr>
        <w:spacing w:after="40"/>
      </w:pPr>
      <w:r>
        <w:rPr>
          <w:sz w:val="18"/>
        </w:rPr>
        <w:t>☐ I understand the focus of this chapter.</w:t>
      </w:r>
    </w:p>
    <w:p w14:paraId="76A88B01" w14:textId="77777777" w:rsidR="00BA6165" w:rsidRDefault="00000000">
      <w:pPr>
        <w:spacing w:after="40"/>
      </w:pPr>
      <w:r>
        <w:rPr>
          <w:sz w:val="18"/>
        </w:rPr>
        <w:t>☐ I have completed the workbook tasks for this section.</w:t>
      </w:r>
    </w:p>
    <w:p w14:paraId="3AE9AC03" w14:textId="77777777" w:rsidR="00BA6165" w:rsidRDefault="00000000">
      <w:pPr>
        <w:spacing w:after="40"/>
      </w:pPr>
      <w:r>
        <w:rPr>
          <w:sz w:val="18"/>
        </w:rPr>
        <w:t>☐ I have captured notes I can use in my final cover letter.</w:t>
      </w:r>
    </w:p>
    <w:p w14:paraId="3178B24D" w14:textId="77777777" w:rsidR="00BA6165" w:rsidRDefault="00000000">
      <w:r>
        <w:br w:type="page"/>
      </w:r>
    </w:p>
    <w:p w14:paraId="7E5D0B30" w14:textId="77777777" w:rsidR="00BA6165" w:rsidRDefault="00000000">
      <w:pPr>
        <w:pStyle w:val="Heading1"/>
      </w:pPr>
      <w:r>
        <w:rPr>
          <w:color w:val="071B4D"/>
          <w:sz w:val="32"/>
        </w:rPr>
        <w:lastRenderedPageBreak/>
        <w:t>Chapter 2 | Why Most Cover Letters Don’t Work</w:t>
      </w:r>
    </w:p>
    <w:tbl>
      <w:tblPr>
        <w:tblW w:w="0" w:type="auto"/>
        <w:tblLook w:val="04A0" w:firstRow="1" w:lastRow="0" w:firstColumn="1" w:lastColumn="0" w:noHBand="0" w:noVBand="1"/>
      </w:tblPr>
      <w:tblGrid>
        <w:gridCol w:w="10368"/>
      </w:tblGrid>
      <w:tr w:rsidR="00BA6165" w14:paraId="2FCCE970" w14:textId="77777777">
        <w:tc>
          <w:tcPr>
            <w:tcW w:w="10368" w:type="dxa"/>
            <w:shd w:val="clear" w:color="auto" w:fill="EAF7E5"/>
            <w:tcMar>
              <w:top w:w="160" w:type="dxa"/>
              <w:left w:w="160" w:type="dxa"/>
              <w:bottom w:w="160" w:type="dxa"/>
              <w:right w:w="160" w:type="dxa"/>
            </w:tcMar>
          </w:tcPr>
          <w:p w14:paraId="52831AC3" w14:textId="77777777" w:rsidR="00BA6165" w:rsidRDefault="00000000">
            <w:r>
              <w:rPr>
                <w:b/>
                <w:color w:val="071B4D"/>
                <w:sz w:val="20"/>
              </w:rPr>
              <w:t>Chapter focus</w:t>
            </w:r>
          </w:p>
          <w:p w14:paraId="0AA67B17" w14:textId="77777777" w:rsidR="00BA6165" w:rsidRDefault="00000000">
            <w:pPr>
              <w:spacing w:after="0"/>
            </w:pPr>
            <w:r>
              <w:rPr>
                <w:sz w:val="18"/>
              </w:rPr>
              <w:t>Identify weak cover letter habits before you build your own. Most fail because they are too generic, too long, too repetitive or too focused on what the candidate wants rather than what the role needs.</w:t>
            </w:r>
          </w:p>
        </w:tc>
      </w:tr>
      <w:tr w:rsidR="00BA6165" w14:paraId="3DFCF386" w14:textId="77777777">
        <w:tc>
          <w:tcPr>
            <w:tcW w:w="10368" w:type="dxa"/>
            <w:shd w:val="clear" w:color="auto" w:fill="F7FBF5"/>
            <w:tcMar>
              <w:top w:w="160" w:type="dxa"/>
              <w:left w:w="160" w:type="dxa"/>
              <w:bottom w:w="160" w:type="dxa"/>
              <w:right w:w="160" w:type="dxa"/>
            </w:tcMar>
          </w:tcPr>
          <w:p w14:paraId="63243D7C" w14:textId="77777777" w:rsidR="00BA6165" w:rsidRDefault="00000000">
            <w:r>
              <w:rPr>
                <w:b/>
                <w:color w:val="071B4D"/>
                <w:sz w:val="20"/>
              </w:rPr>
              <w:t>Hint / Tip</w:t>
            </w:r>
          </w:p>
          <w:p w14:paraId="0057A90C" w14:textId="77777777" w:rsidR="00BA6165" w:rsidRDefault="00000000">
            <w:pPr>
              <w:spacing w:after="0"/>
            </w:pPr>
            <w:r>
              <w:rPr>
                <w:sz w:val="18"/>
              </w:rPr>
              <w:t>Do not ask “What can I say about myself?” Ask “What does this role need to believe about me?”</w:t>
            </w:r>
          </w:p>
        </w:tc>
      </w:tr>
    </w:tbl>
    <w:p w14:paraId="2C171E12"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59918ABD" w14:textId="77777777">
        <w:tc>
          <w:tcPr>
            <w:tcW w:w="10368" w:type="dxa"/>
            <w:shd w:val="clear" w:color="auto" w:fill="FFFFFF"/>
            <w:tcMar>
              <w:top w:w="160" w:type="dxa"/>
              <w:left w:w="160" w:type="dxa"/>
              <w:bottom w:w="160" w:type="dxa"/>
              <w:right w:w="160" w:type="dxa"/>
            </w:tcMar>
          </w:tcPr>
          <w:p w14:paraId="0DE957DB" w14:textId="77777777" w:rsidR="00BA6165" w:rsidRDefault="00000000">
            <w:r>
              <w:rPr>
                <w:b/>
                <w:color w:val="071B4D"/>
                <w:sz w:val="20"/>
              </w:rPr>
              <w:t>Current cover letter habits</w:t>
            </w:r>
          </w:p>
          <w:p w14:paraId="4BDC32B1" w14:textId="77777777" w:rsidR="00BA6165" w:rsidRDefault="00000000">
            <w:pPr>
              <w:spacing w:after="0"/>
            </w:pPr>
            <w:r>
              <w:rPr>
                <w:sz w:val="18"/>
              </w:rPr>
              <w:t>If you have used cover letters before, write what you usually include.</w:t>
            </w:r>
          </w:p>
        </w:tc>
      </w:tr>
    </w:tbl>
    <w:p w14:paraId="3F8457B7" w14:textId="77777777" w:rsidR="00BA6165" w:rsidRDefault="00BA6165">
      <w:pPr>
        <w:pBdr>
          <w:bottom w:val="single" w:sz="4" w:space="1" w:color="BFBFBF"/>
        </w:pBdr>
        <w:spacing w:after="0"/>
      </w:pPr>
    </w:p>
    <w:p w14:paraId="5325E644" w14:textId="77777777" w:rsidR="00BA6165" w:rsidRDefault="00BA6165">
      <w:pPr>
        <w:pBdr>
          <w:bottom w:val="single" w:sz="4" w:space="1" w:color="BFBFBF"/>
        </w:pBdr>
        <w:spacing w:after="0"/>
      </w:pPr>
    </w:p>
    <w:p w14:paraId="6FFF8FEC" w14:textId="77777777" w:rsidR="00BA6165" w:rsidRDefault="00BA6165">
      <w:pPr>
        <w:pBdr>
          <w:bottom w:val="single" w:sz="4" w:space="1" w:color="BFBFBF"/>
        </w:pBdr>
        <w:spacing w:after="0"/>
      </w:pPr>
    </w:p>
    <w:p w14:paraId="3A414D0B"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39456FC9" w14:textId="77777777">
        <w:tc>
          <w:tcPr>
            <w:tcW w:w="10368" w:type="dxa"/>
            <w:shd w:val="clear" w:color="auto" w:fill="FFFFFF"/>
            <w:tcMar>
              <w:top w:w="160" w:type="dxa"/>
              <w:left w:w="160" w:type="dxa"/>
              <w:bottom w:w="160" w:type="dxa"/>
              <w:right w:w="160" w:type="dxa"/>
            </w:tcMar>
          </w:tcPr>
          <w:p w14:paraId="76355FA8" w14:textId="77777777" w:rsidR="00BA6165" w:rsidRDefault="00000000">
            <w:r>
              <w:rPr>
                <w:b/>
                <w:color w:val="071B4D"/>
                <w:sz w:val="20"/>
              </w:rPr>
              <w:t>Weak language check</w:t>
            </w:r>
          </w:p>
          <w:p w14:paraId="78A3A6DD" w14:textId="77777777" w:rsidR="00BA6165" w:rsidRDefault="00000000">
            <w:pPr>
              <w:spacing w:after="0"/>
            </w:pPr>
            <w:r>
              <w:rPr>
                <w:sz w:val="18"/>
              </w:rPr>
              <w:t>List any generic phrases you tend to use, such as “hardworking”, “passionate”, “motivated” or “great fit”.</w:t>
            </w:r>
          </w:p>
        </w:tc>
      </w:tr>
    </w:tbl>
    <w:p w14:paraId="37DE4378" w14:textId="77777777" w:rsidR="00BA6165" w:rsidRDefault="00BA6165">
      <w:pPr>
        <w:pBdr>
          <w:bottom w:val="single" w:sz="4" w:space="1" w:color="BFBFBF"/>
        </w:pBdr>
        <w:spacing w:after="0"/>
      </w:pPr>
    </w:p>
    <w:p w14:paraId="64CF1714" w14:textId="77777777" w:rsidR="00BA6165" w:rsidRDefault="00BA6165">
      <w:pPr>
        <w:pBdr>
          <w:bottom w:val="single" w:sz="4" w:space="1" w:color="BFBFBF"/>
        </w:pBdr>
        <w:spacing w:after="0"/>
      </w:pPr>
    </w:p>
    <w:p w14:paraId="77B534DA" w14:textId="77777777" w:rsidR="00BA6165" w:rsidRDefault="00BA6165">
      <w:pPr>
        <w:pBdr>
          <w:bottom w:val="single" w:sz="4" w:space="1" w:color="BFBFBF"/>
        </w:pBdr>
        <w:spacing w:after="0"/>
      </w:pPr>
    </w:p>
    <w:p w14:paraId="7DB9802F"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1E65FF4E" w14:textId="77777777">
        <w:tc>
          <w:tcPr>
            <w:tcW w:w="10368" w:type="dxa"/>
            <w:shd w:val="clear" w:color="auto" w:fill="FFFFFF"/>
            <w:tcMar>
              <w:top w:w="160" w:type="dxa"/>
              <w:left w:w="160" w:type="dxa"/>
              <w:bottom w:w="160" w:type="dxa"/>
              <w:right w:w="160" w:type="dxa"/>
            </w:tcMar>
          </w:tcPr>
          <w:p w14:paraId="507787FB" w14:textId="77777777" w:rsidR="00BA6165" w:rsidRDefault="00000000">
            <w:r>
              <w:rPr>
                <w:b/>
                <w:color w:val="071B4D"/>
                <w:sz w:val="20"/>
              </w:rPr>
              <w:t>Replacement language</w:t>
            </w:r>
          </w:p>
          <w:p w14:paraId="14A87A3C" w14:textId="77777777" w:rsidR="00BA6165" w:rsidRDefault="00000000">
            <w:pPr>
              <w:spacing w:after="0"/>
            </w:pPr>
            <w:r>
              <w:rPr>
                <w:sz w:val="18"/>
              </w:rPr>
              <w:t>Rewrite those phrases so they are evidence-led and role-specific.</w:t>
            </w:r>
          </w:p>
        </w:tc>
      </w:tr>
    </w:tbl>
    <w:p w14:paraId="4A000CF5" w14:textId="77777777" w:rsidR="00BA6165" w:rsidRDefault="00BA6165">
      <w:pPr>
        <w:pBdr>
          <w:bottom w:val="single" w:sz="4" w:space="1" w:color="BFBFBF"/>
        </w:pBdr>
        <w:spacing w:after="0"/>
      </w:pPr>
    </w:p>
    <w:p w14:paraId="7EFDE0A0" w14:textId="77777777" w:rsidR="00BA6165" w:rsidRDefault="00BA6165">
      <w:pPr>
        <w:pBdr>
          <w:bottom w:val="single" w:sz="4" w:space="1" w:color="BFBFBF"/>
        </w:pBdr>
        <w:spacing w:after="0"/>
      </w:pPr>
    </w:p>
    <w:p w14:paraId="6C9F6138" w14:textId="77777777" w:rsidR="00BA6165" w:rsidRDefault="00BA6165">
      <w:pPr>
        <w:pBdr>
          <w:bottom w:val="single" w:sz="4" w:space="1" w:color="BFBFBF"/>
        </w:pBdr>
        <w:spacing w:after="0"/>
      </w:pPr>
    </w:p>
    <w:p w14:paraId="39618E5D" w14:textId="77777777" w:rsidR="00BA6165" w:rsidRDefault="00BA6165">
      <w:pPr>
        <w:pBdr>
          <w:bottom w:val="single" w:sz="4" w:space="1" w:color="BFBFBF"/>
        </w:pBdr>
        <w:spacing w:after="0"/>
      </w:pPr>
    </w:p>
    <w:p w14:paraId="6E9F6AB6" w14:textId="77777777" w:rsidR="00BA6165" w:rsidRDefault="00000000">
      <w:pPr>
        <w:pStyle w:val="Heading2"/>
      </w:pPr>
      <w:r>
        <w:rPr>
          <w:color w:val="00A7A8"/>
          <w:sz w:val="24"/>
        </w:rPr>
        <w:t>Reflection</w:t>
      </w:r>
    </w:p>
    <w:p w14:paraId="74CDBBA7" w14:textId="77777777" w:rsidR="00BA6165" w:rsidRDefault="00000000">
      <w:r>
        <w:t>Where have you been repeating your CV instead of framing your relevance?</w:t>
      </w:r>
    </w:p>
    <w:p w14:paraId="13A4F978" w14:textId="77777777" w:rsidR="00BA6165" w:rsidRDefault="00BA6165">
      <w:pPr>
        <w:pBdr>
          <w:bottom w:val="single" w:sz="4" w:space="1" w:color="BFBFBF"/>
        </w:pBdr>
        <w:spacing w:after="0"/>
      </w:pPr>
    </w:p>
    <w:p w14:paraId="3B03378D" w14:textId="77777777" w:rsidR="00BA6165" w:rsidRDefault="00BA6165">
      <w:pPr>
        <w:pBdr>
          <w:bottom w:val="single" w:sz="4" w:space="1" w:color="BFBFBF"/>
        </w:pBdr>
        <w:spacing w:after="0"/>
      </w:pPr>
    </w:p>
    <w:p w14:paraId="0576F697" w14:textId="77777777" w:rsidR="00BA6165" w:rsidRDefault="00BA6165">
      <w:pPr>
        <w:pBdr>
          <w:bottom w:val="single" w:sz="4" w:space="1" w:color="BFBFBF"/>
        </w:pBdr>
        <w:spacing w:after="0"/>
      </w:pPr>
    </w:p>
    <w:p w14:paraId="3FDEB494" w14:textId="77777777" w:rsidR="00BA6165" w:rsidRDefault="00000000">
      <w:r>
        <w:t>What would make your letter feel more specific to the employer?</w:t>
      </w:r>
    </w:p>
    <w:p w14:paraId="5DC274AB" w14:textId="77777777" w:rsidR="00BA6165" w:rsidRDefault="00BA6165">
      <w:pPr>
        <w:pBdr>
          <w:bottom w:val="single" w:sz="4" w:space="1" w:color="BFBFBF"/>
        </w:pBdr>
        <w:spacing w:after="0"/>
      </w:pPr>
    </w:p>
    <w:p w14:paraId="0802BB56" w14:textId="77777777" w:rsidR="00BA6165" w:rsidRDefault="00BA6165">
      <w:pPr>
        <w:pBdr>
          <w:bottom w:val="single" w:sz="4" w:space="1" w:color="BFBFBF"/>
        </w:pBdr>
        <w:spacing w:after="0"/>
      </w:pPr>
    </w:p>
    <w:p w14:paraId="6BD98557" w14:textId="77777777" w:rsidR="00BA6165" w:rsidRDefault="00BA6165">
      <w:pPr>
        <w:pBdr>
          <w:bottom w:val="single" w:sz="4" w:space="1" w:color="BFBFBF"/>
        </w:pBdr>
        <w:spacing w:after="0"/>
      </w:pPr>
    </w:p>
    <w:p w14:paraId="12DD562A" w14:textId="77777777" w:rsidR="00BA6165" w:rsidRDefault="00000000">
      <w:pPr>
        <w:pStyle w:val="Heading2"/>
      </w:pPr>
      <w:r>
        <w:rPr>
          <w:color w:val="00A7A8"/>
          <w:sz w:val="24"/>
        </w:rPr>
        <w:t>Chapter Notes</w:t>
      </w:r>
    </w:p>
    <w:p w14:paraId="503F50F7" w14:textId="77777777" w:rsidR="00BA6165" w:rsidRDefault="00BA6165">
      <w:pPr>
        <w:pBdr>
          <w:bottom w:val="single" w:sz="4" w:space="1" w:color="BFBFBF"/>
        </w:pBdr>
        <w:spacing w:after="0"/>
      </w:pPr>
    </w:p>
    <w:p w14:paraId="2811E70D" w14:textId="77777777" w:rsidR="00BA6165" w:rsidRDefault="00BA6165">
      <w:pPr>
        <w:pBdr>
          <w:bottom w:val="single" w:sz="4" w:space="1" w:color="BFBFBF"/>
        </w:pBdr>
        <w:spacing w:after="0"/>
      </w:pPr>
    </w:p>
    <w:p w14:paraId="51D9B6F6" w14:textId="77777777" w:rsidR="00BA6165" w:rsidRDefault="00BA6165">
      <w:pPr>
        <w:pBdr>
          <w:bottom w:val="single" w:sz="4" w:space="1" w:color="BFBFBF"/>
        </w:pBdr>
        <w:spacing w:after="0"/>
      </w:pPr>
    </w:p>
    <w:p w14:paraId="284CE205" w14:textId="77777777" w:rsidR="00BA6165" w:rsidRDefault="00BA6165">
      <w:pPr>
        <w:pBdr>
          <w:bottom w:val="single" w:sz="4" w:space="1" w:color="BFBFBF"/>
        </w:pBdr>
        <w:spacing w:after="0"/>
      </w:pPr>
    </w:p>
    <w:p w14:paraId="2887ADD0" w14:textId="77777777" w:rsidR="00BA6165" w:rsidRDefault="00BA6165">
      <w:pPr>
        <w:pBdr>
          <w:bottom w:val="single" w:sz="4" w:space="1" w:color="BFBFBF"/>
        </w:pBdr>
        <w:spacing w:after="0"/>
      </w:pPr>
    </w:p>
    <w:p w14:paraId="7823CFCA" w14:textId="77777777" w:rsidR="00BA6165" w:rsidRDefault="00BA6165">
      <w:pPr>
        <w:pBdr>
          <w:bottom w:val="single" w:sz="4" w:space="1" w:color="BFBFBF"/>
        </w:pBdr>
        <w:spacing w:after="0"/>
      </w:pPr>
    </w:p>
    <w:p w14:paraId="10E76050" w14:textId="77777777" w:rsidR="00BA6165" w:rsidRDefault="00000000">
      <w:pPr>
        <w:pStyle w:val="Heading2"/>
      </w:pPr>
      <w:r>
        <w:rPr>
          <w:color w:val="00A7A8"/>
          <w:sz w:val="24"/>
        </w:rPr>
        <w:t>Chapter Completion Check</w:t>
      </w:r>
    </w:p>
    <w:p w14:paraId="17668E25" w14:textId="77777777" w:rsidR="00BA6165" w:rsidRDefault="00000000">
      <w:pPr>
        <w:spacing w:after="40"/>
      </w:pPr>
      <w:r>
        <w:rPr>
          <w:sz w:val="18"/>
        </w:rPr>
        <w:t>☐ I understand the focus of this chapter.</w:t>
      </w:r>
    </w:p>
    <w:p w14:paraId="5467D3F1" w14:textId="77777777" w:rsidR="00BA6165" w:rsidRDefault="00000000">
      <w:pPr>
        <w:spacing w:after="40"/>
      </w:pPr>
      <w:r>
        <w:rPr>
          <w:sz w:val="18"/>
        </w:rPr>
        <w:t>☐ I have completed the workbook tasks for this section.</w:t>
      </w:r>
    </w:p>
    <w:p w14:paraId="2E3AAEBA" w14:textId="77777777" w:rsidR="00BA6165" w:rsidRDefault="00000000">
      <w:pPr>
        <w:spacing w:after="40"/>
      </w:pPr>
      <w:r>
        <w:rPr>
          <w:sz w:val="18"/>
        </w:rPr>
        <w:t>☐ I have captured notes I can use in my final cover letter.</w:t>
      </w:r>
    </w:p>
    <w:p w14:paraId="1C4DD7CF" w14:textId="77777777" w:rsidR="00BA6165" w:rsidRDefault="00000000">
      <w:r>
        <w:br w:type="page"/>
      </w:r>
    </w:p>
    <w:p w14:paraId="715CE98D" w14:textId="77777777" w:rsidR="00BA6165" w:rsidRDefault="00000000">
      <w:pPr>
        <w:pStyle w:val="Heading1"/>
      </w:pPr>
      <w:r>
        <w:rPr>
          <w:color w:val="071B4D"/>
          <w:sz w:val="32"/>
        </w:rPr>
        <w:lastRenderedPageBreak/>
        <w:t>Chapter 3 | When You Should and Shouldn’t Use One</w:t>
      </w:r>
    </w:p>
    <w:tbl>
      <w:tblPr>
        <w:tblW w:w="0" w:type="auto"/>
        <w:tblLook w:val="04A0" w:firstRow="1" w:lastRow="0" w:firstColumn="1" w:lastColumn="0" w:noHBand="0" w:noVBand="1"/>
      </w:tblPr>
      <w:tblGrid>
        <w:gridCol w:w="10368"/>
      </w:tblGrid>
      <w:tr w:rsidR="00BA6165" w14:paraId="6904C0ED" w14:textId="77777777">
        <w:tc>
          <w:tcPr>
            <w:tcW w:w="10368" w:type="dxa"/>
            <w:shd w:val="clear" w:color="auto" w:fill="EAF7E5"/>
            <w:tcMar>
              <w:top w:w="160" w:type="dxa"/>
              <w:left w:w="160" w:type="dxa"/>
              <w:bottom w:w="160" w:type="dxa"/>
              <w:right w:w="160" w:type="dxa"/>
            </w:tcMar>
          </w:tcPr>
          <w:p w14:paraId="1478BFC2" w14:textId="77777777" w:rsidR="00BA6165" w:rsidRDefault="00000000">
            <w:r>
              <w:rPr>
                <w:b/>
                <w:color w:val="071B4D"/>
                <w:sz w:val="20"/>
              </w:rPr>
              <w:t>Chapter focus</w:t>
            </w:r>
          </w:p>
          <w:p w14:paraId="776140ED" w14:textId="77777777" w:rsidR="00BA6165" w:rsidRDefault="00000000">
            <w:pPr>
              <w:spacing w:after="0"/>
            </w:pPr>
            <w:r>
              <w:rPr>
                <w:sz w:val="18"/>
              </w:rPr>
              <w:t>Decide whether the situation requires a full cover letter, a short cover message, or no letter at all.</w:t>
            </w:r>
          </w:p>
        </w:tc>
      </w:tr>
      <w:tr w:rsidR="00BA6165" w14:paraId="4C3AF3E9" w14:textId="77777777">
        <w:tc>
          <w:tcPr>
            <w:tcW w:w="10368" w:type="dxa"/>
            <w:shd w:val="clear" w:color="auto" w:fill="F7FBF5"/>
            <w:tcMar>
              <w:top w:w="160" w:type="dxa"/>
              <w:left w:w="160" w:type="dxa"/>
              <w:bottom w:w="160" w:type="dxa"/>
              <w:right w:w="160" w:type="dxa"/>
            </w:tcMar>
          </w:tcPr>
          <w:p w14:paraId="766A359C" w14:textId="77777777" w:rsidR="00BA6165" w:rsidRDefault="00000000">
            <w:r>
              <w:rPr>
                <w:b/>
                <w:color w:val="071B4D"/>
                <w:sz w:val="20"/>
              </w:rPr>
              <w:t>Hint / Tip</w:t>
            </w:r>
          </w:p>
          <w:p w14:paraId="6397A8FE" w14:textId="77777777" w:rsidR="00BA6165" w:rsidRDefault="00000000">
            <w:pPr>
              <w:spacing w:after="0"/>
            </w:pPr>
            <w:r>
              <w:rPr>
                <w:sz w:val="18"/>
              </w:rPr>
              <w:t>Do not waste time writing long letters for applications where they are unlikely to be read. Use the right level of effort for the situation.</w:t>
            </w:r>
          </w:p>
        </w:tc>
      </w:tr>
    </w:tbl>
    <w:p w14:paraId="0CAC111B"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3D11D43B" w14:textId="77777777">
        <w:tc>
          <w:tcPr>
            <w:tcW w:w="10368" w:type="dxa"/>
            <w:shd w:val="clear" w:color="auto" w:fill="FFFFFF"/>
            <w:tcMar>
              <w:top w:w="160" w:type="dxa"/>
              <w:left w:w="160" w:type="dxa"/>
              <w:bottom w:w="160" w:type="dxa"/>
              <w:right w:w="160" w:type="dxa"/>
            </w:tcMar>
          </w:tcPr>
          <w:p w14:paraId="4018FC05" w14:textId="77777777" w:rsidR="00BA6165" w:rsidRDefault="00000000">
            <w:r>
              <w:rPr>
                <w:b/>
                <w:color w:val="071B4D"/>
                <w:sz w:val="20"/>
              </w:rPr>
              <w:t>Application situation</w:t>
            </w:r>
          </w:p>
          <w:p w14:paraId="19892309" w14:textId="77777777" w:rsidR="00BA6165" w:rsidRDefault="00000000">
            <w:pPr>
              <w:spacing w:after="0"/>
            </w:pPr>
            <w:r>
              <w:rPr>
                <w:sz w:val="18"/>
              </w:rPr>
              <w:t>Tick or describe the application context: requested cover letter, direct email, recruiter submission, quick apply, career change, gap, relocation, senior role.</w:t>
            </w:r>
          </w:p>
        </w:tc>
      </w:tr>
    </w:tbl>
    <w:p w14:paraId="7007AB9B" w14:textId="77777777" w:rsidR="00BA6165" w:rsidRDefault="00BA6165">
      <w:pPr>
        <w:pBdr>
          <w:bottom w:val="single" w:sz="4" w:space="1" w:color="BFBFBF"/>
        </w:pBdr>
        <w:spacing w:after="0"/>
      </w:pPr>
    </w:p>
    <w:p w14:paraId="714F40C8" w14:textId="77777777" w:rsidR="00BA6165" w:rsidRDefault="00BA6165">
      <w:pPr>
        <w:pBdr>
          <w:bottom w:val="single" w:sz="4" w:space="1" w:color="BFBFBF"/>
        </w:pBdr>
        <w:spacing w:after="0"/>
      </w:pPr>
    </w:p>
    <w:p w14:paraId="08753305" w14:textId="77777777" w:rsidR="00BA6165" w:rsidRDefault="00BA6165">
      <w:pPr>
        <w:pBdr>
          <w:bottom w:val="single" w:sz="4" w:space="1" w:color="BFBFBF"/>
        </w:pBdr>
        <w:spacing w:after="0"/>
      </w:pPr>
    </w:p>
    <w:p w14:paraId="1332EBC2"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59B2EFBA" w14:textId="77777777">
        <w:tc>
          <w:tcPr>
            <w:tcW w:w="10368" w:type="dxa"/>
            <w:shd w:val="clear" w:color="auto" w:fill="FFFFFF"/>
            <w:tcMar>
              <w:top w:w="160" w:type="dxa"/>
              <w:left w:w="160" w:type="dxa"/>
              <w:bottom w:w="160" w:type="dxa"/>
              <w:right w:w="160" w:type="dxa"/>
            </w:tcMar>
          </w:tcPr>
          <w:p w14:paraId="238B3A02" w14:textId="77777777" w:rsidR="00BA6165" w:rsidRDefault="00000000">
            <w:r>
              <w:rPr>
                <w:b/>
                <w:color w:val="071B4D"/>
                <w:sz w:val="20"/>
              </w:rPr>
              <w:t>Format decision</w:t>
            </w:r>
          </w:p>
          <w:p w14:paraId="2F3D31F9" w14:textId="77777777" w:rsidR="00BA6165" w:rsidRDefault="00000000">
            <w:pPr>
              <w:spacing w:after="0"/>
            </w:pPr>
            <w:r>
              <w:rPr>
                <w:sz w:val="18"/>
              </w:rPr>
              <w:t>Decide whether this needs a full letter, short message or no letter.</w:t>
            </w:r>
          </w:p>
        </w:tc>
      </w:tr>
    </w:tbl>
    <w:p w14:paraId="40A39D58" w14:textId="77777777" w:rsidR="00BA6165" w:rsidRDefault="00BA6165">
      <w:pPr>
        <w:pBdr>
          <w:bottom w:val="single" w:sz="4" w:space="1" w:color="BFBFBF"/>
        </w:pBdr>
        <w:spacing w:after="0"/>
      </w:pPr>
    </w:p>
    <w:p w14:paraId="5FD80C96" w14:textId="77777777" w:rsidR="00BA6165" w:rsidRDefault="00BA6165">
      <w:pPr>
        <w:pBdr>
          <w:bottom w:val="single" w:sz="4" w:space="1" w:color="BFBFBF"/>
        </w:pBdr>
        <w:spacing w:after="0"/>
      </w:pPr>
    </w:p>
    <w:p w14:paraId="7E67CB9A" w14:textId="77777777" w:rsidR="00BA6165" w:rsidRDefault="00BA6165">
      <w:pPr>
        <w:pBdr>
          <w:bottom w:val="single" w:sz="4" w:space="1" w:color="BFBFBF"/>
        </w:pBdr>
        <w:spacing w:after="0"/>
      </w:pPr>
    </w:p>
    <w:p w14:paraId="6EFACF79"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14F6510" w14:textId="77777777">
        <w:tc>
          <w:tcPr>
            <w:tcW w:w="10368" w:type="dxa"/>
            <w:shd w:val="clear" w:color="auto" w:fill="FFFFFF"/>
            <w:tcMar>
              <w:top w:w="160" w:type="dxa"/>
              <w:left w:w="160" w:type="dxa"/>
              <w:bottom w:w="160" w:type="dxa"/>
              <w:right w:w="160" w:type="dxa"/>
            </w:tcMar>
          </w:tcPr>
          <w:p w14:paraId="26F650F7" w14:textId="77777777" w:rsidR="00BA6165" w:rsidRDefault="00000000">
            <w:r>
              <w:rPr>
                <w:b/>
                <w:color w:val="071B4D"/>
                <w:sz w:val="20"/>
              </w:rPr>
              <w:t>Reason for decision</w:t>
            </w:r>
          </w:p>
          <w:p w14:paraId="528CDEE2" w14:textId="77777777" w:rsidR="00BA6165" w:rsidRDefault="00000000">
            <w:pPr>
              <w:spacing w:after="0"/>
            </w:pPr>
            <w:r>
              <w:rPr>
                <w:sz w:val="18"/>
              </w:rPr>
              <w:t>Explain why this format is appropriate.</w:t>
            </w:r>
          </w:p>
        </w:tc>
      </w:tr>
    </w:tbl>
    <w:p w14:paraId="5DE4CBEF" w14:textId="77777777" w:rsidR="00BA6165" w:rsidRDefault="00BA6165">
      <w:pPr>
        <w:pBdr>
          <w:bottom w:val="single" w:sz="4" w:space="1" w:color="BFBFBF"/>
        </w:pBdr>
        <w:spacing w:after="0"/>
      </w:pPr>
    </w:p>
    <w:p w14:paraId="2D7087B6" w14:textId="77777777" w:rsidR="00BA6165" w:rsidRDefault="00BA6165">
      <w:pPr>
        <w:pBdr>
          <w:bottom w:val="single" w:sz="4" w:space="1" w:color="BFBFBF"/>
        </w:pBdr>
        <w:spacing w:after="0"/>
      </w:pPr>
    </w:p>
    <w:p w14:paraId="51132809" w14:textId="77777777" w:rsidR="00BA6165" w:rsidRDefault="00BA6165">
      <w:pPr>
        <w:pBdr>
          <w:bottom w:val="single" w:sz="4" w:space="1" w:color="BFBFBF"/>
        </w:pBdr>
        <w:spacing w:after="0"/>
      </w:pPr>
    </w:p>
    <w:p w14:paraId="66F3AFB8" w14:textId="77777777" w:rsidR="00BA6165" w:rsidRDefault="00BA6165">
      <w:pPr>
        <w:pBdr>
          <w:bottom w:val="single" w:sz="4" w:space="1" w:color="BFBFBF"/>
        </w:pBdr>
        <w:spacing w:after="0"/>
      </w:pPr>
    </w:p>
    <w:p w14:paraId="2DA90681" w14:textId="77777777" w:rsidR="00BA6165" w:rsidRDefault="00000000">
      <w:pPr>
        <w:pStyle w:val="Heading2"/>
      </w:pPr>
      <w:r>
        <w:rPr>
          <w:color w:val="00A7A8"/>
          <w:sz w:val="24"/>
        </w:rPr>
        <w:t>Reflection</w:t>
      </w:r>
    </w:p>
    <w:p w14:paraId="486B427A" w14:textId="77777777" w:rsidR="00BA6165" w:rsidRDefault="00000000">
      <w:r>
        <w:t>Are you writing this because it is useful, or because you feel you “should”?</w:t>
      </w:r>
    </w:p>
    <w:p w14:paraId="55E22453" w14:textId="77777777" w:rsidR="00BA6165" w:rsidRDefault="00BA6165">
      <w:pPr>
        <w:pBdr>
          <w:bottom w:val="single" w:sz="4" w:space="1" w:color="BFBFBF"/>
        </w:pBdr>
        <w:spacing w:after="0"/>
      </w:pPr>
    </w:p>
    <w:p w14:paraId="5F987478" w14:textId="77777777" w:rsidR="00BA6165" w:rsidRDefault="00BA6165">
      <w:pPr>
        <w:pBdr>
          <w:bottom w:val="single" w:sz="4" w:space="1" w:color="BFBFBF"/>
        </w:pBdr>
        <w:spacing w:after="0"/>
      </w:pPr>
    </w:p>
    <w:p w14:paraId="76B90425" w14:textId="77777777" w:rsidR="00BA6165" w:rsidRDefault="00BA6165">
      <w:pPr>
        <w:pBdr>
          <w:bottom w:val="single" w:sz="4" w:space="1" w:color="BFBFBF"/>
        </w:pBdr>
        <w:spacing w:after="0"/>
      </w:pPr>
    </w:p>
    <w:p w14:paraId="32E0F681" w14:textId="77777777" w:rsidR="00BA6165" w:rsidRDefault="00000000">
      <w:r>
        <w:t>Would a short message be more effective than a full letter in this situation?</w:t>
      </w:r>
    </w:p>
    <w:p w14:paraId="7B5D7E76" w14:textId="77777777" w:rsidR="00BA6165" w:rsidRDefault="00BA6165">
      <w:pPr>
        <w:pBdr>
          <w:bottom w:val="single" w:sz="4" w:space="1" w:color="BFBFBF"/>
        </w:pBdr>
        <w:spacing w:after="0"/>
      </w:pPr>
    </w:p>
    <w:p w14:paraId="4CC97FA2" w14:textId="77777777" w:rsidR="00BA6165" w:rsidRDefault="00BA6165">
      <w:pPr>
        <w:pBdr>
          <w:bottom w:val="single" w:sz="4" w:space="1" w:color="BFBFBF"/>
        </w:pBdr>
        <w:spacing w:after="0"/>
      </w:pPr>
    </w:p>
    <w:p w14:paraId="693252F9" w14:textId="77777777" w:rsidR="00BA6165" w:rsidRDefault="00BA6165">
      <w:pPr>
        <w:pBdr>
          <w:bottom w:val="single" w:sz="4" w:space="1" w:color="BFBFBF"/>
        </w:pBdr>
        <w:spacing w:after="0"/>
      </w:pPr>
    </w:p>
    <w:p w14:paraId="4AA61497" w14:textId="77777777" w:rsidR="00BA6165" w:rsidRDefault="00000000">
      <w:pPr>
        <w:pStyle w:val="Heading2"/>
      </w:pPr>
      <w:r>
        <w:rPr>
          <w:color w:val="00A7A8"/>
          <w:sz w:val="24"/>
        </w:rPr>
        <w:t>Chapter Notes</w:t>
      </w:r>
    </w:p>
    <w:p w14:paraId="6070C18A" w14:textId="77777777" w:rsidR="00BA6165" w:rsidRDefault="00BA6165">
      <w:pPr>
        <w:pBdr>
          <w:bottom w:val="single" w:sz="4" w:space="1" w:color="BFBFBF"/>
        </w:pBdr>
        <w:spacing w:after="0"/>
      </w:pPr>
    </w:p>
    <w:p w14:paraId="60BDBF6B" w14:textId="77777777" w:rsidR="00BA6165" w:rsidRDefault="00BA6165">
      <w:pPr>
        <w:pBdr>
          <w:bottom w:val="single" w:sz="4" w:space="1" w:color="BFBFBF"/>
        </w:pBdr>
        <w:spacing w:after="0"/>
      </w:pPr>
    </w:p>
    <w:p w14:paraId="6A656879" w14:textId="77777777" w:rsidR="00BA6165" w:rsidRDefault="00BA6165">
      <w:pPr>
        <w:pBdr>
          <w:bottom w:val="single" w:sz="4" w:space="1" w:color="BFBFBF"/>
        </w:pBdr>
        <w:spacing w:after="0"/>
      </w:pPr>
    </w:p>
    <w:p w14:paraId="4F65ECC8" w14:textId="77777777" w:rsidR="00BA6165" w:rsidRDefault="00BA6165">
      <w:pPr>
        <w:pBdr>
          <w:bottom w:val="single" w:sz="4" w:space="1" w:color="BFBFBF"/>
        </w:pBdr>
        <w:spacing w:after="0"/>
      </w:pPr>
    </w:p>
    <w:p w14:paraId="1439940B" w14:textId="77777777" w:rsidR="00BA6165" w:rsidRDefault="00BA6165">
      <w:pPr>
        <w:pBdr>
          <w:bottom w:val="single" w:sz="4" w:space="1" w:color="BFBFBF"/>
        </w:pBdr>
        <w:spacing w:after="0"/>
      </w:pPr>
    </w:p>
    <w:p w14:paraId="7FF1263C" w14:textId="77777777" w:rsidR="00BA6165" w:rsidRDefault="00BA6165">
      <w:pPr>
        <w:pBdr>
          <w:bottom w:val="single" w:sz="4" w:space="1" w:color="BFBFBF"/>
        </w:pBdr>
        <w:spacing w:after="0"/>
      </w:pPr>
    </w:p>
    <w:p w14:paraId="6154CD7F" w14:textId="77777777" w:rsidR="00BA6165" w:rsidRDefault="00000000">
      <w:pPr>
        <w:pStyle w:val="Heading2"/>
      </w:pPr>
      <w:r>
        <w:rPr>
          <w:color w:val="00A7A8"/>
          <w:sz w:val="24"/>
        </w:rPr>
        <w:t>Chapter Completion Check</w:t>
      </w:r>
    </w:p>
    <w:p w14:paraId="0D5C6B2A" w14:textId="77777777" w:rsidR="00BA6165" w:rsidRDefault="00000000">
      <w:pPr>
        <w:spacing w:after="40"/>
      </w:pPr>
      <w:r>
        <w:rPr>
          <w:sz w:val="18"/>
        </w:rPr>
        <w:t>☐ I understand the focus of this chapter.</w:t>
      </w:r>
    </w:p>
    <w:p w14:paraId="2D87DE8F" w14:textId="77777777" w:rsidR="00BA6165" w:rsidRDefault="00000000">
      <w:pPr>
        <w:spacing w:after="40"/>
      </w:pPr>
      <w:r>
        <w:rPr>
          <w:sz w:val="18"/>
        </w:rPr>
        <w:t>☐ I have completed the workbook tasks for this section.</w:t>
      </w:r>
    </w:p>
    <w:p w14:paraId="5071E58C" w14:textId="77777777" w:rsidR="00BA6165" w:rsidRDefault="00000000">
      <w:pPr>
        <w:spacing w:after="40"/>
      </w:pPr>
      <w:r>
        <w:rPr>
          <w:sz w:val="18"/>
        </w:rPr>
        <w:t>☐ I have captured notes I can use in my final cover letter.</w:t>
      </w:r>
    </w:p>
    <w:p w14:paraId="3C7FFE48" w14:textId="77777777" w:rsidR="00BA6165" w:rsidRDefault="00000000">
      <w:r>
        <w:br w:type="page"/>
      </w:r>
    </w:p>
    <w:p w14:paraId="154AE281" w14:textId="77777777" w:rsidR="00BA6165" w:rsidRDefault="00000000">
      <w:pPr>
        <w:pStyle w:val="Heading1"/>
      </w:pPr>
      <w:r>
        <w:rPr>
          <w:color w:val="071B4D"/>
          <w:sz w:val="32"/>
        </w:rPr>
        <w:lastRenderedPageBreak/>
        <w:t>Chapter 4 | Understanding the Role Before You Write</w:t>
      </w:r>
    </w:p>
    <w:tbl>
      <w:tblPr>
        <w:tblW w:w="0" w:type="auto"/>
        <w:tblLook w:val="04A0" w:firstRow="1" w:lastRow="0" w:firstColumn="1" w:lastColumn="0" w:noHBand="0" w:noVBand="1"/>
      </w:tblPr>
      <w:tblGrid>
        <w:gridCol w:w="10368"/>
      </w:tblGrid>
      <w:tr w:rsidR="00BA6165" w14:paraId="4ED0B161" w14:textId="77777777">
        <w:tc>
          <w:tcPr>
            <w:tcW w:w="10368" w:type="dxa"/>
            <w:shd w:val="clear" w:color="auto" w:fill="EAF7E5"/>
            <w:tcMar>
              <w:top w:w="160" w:type="dxa"/>
              <w:left w:w="160" w:type="dxa"/>
              <w:bottom w:w="160" w:type="dxa"/>
              <w:right w:w="160" w:type="dxa"/>
            </w:tcMar>
          </w:tcPr>
          <w:p w14:paraId="74E03A3D" w14:textId="77777777" w:rsidR="00BA6165" w:rsidRDefault="00000000">
            <w:r>
              <w:rPr>
                <w:b/>
                <w:color w:val="071B4D"/>
                <w:sz w:val="20"/>
              </w:rPr>
              <w:t>Chapter focus</w:t>
            </w:r>
          </w:p>
          <w:p w14:paraId="59272C05" w14:textId="77777777" w:rsidR="00BA6165" w:rsidRDefault="00000000">
            <w:pPr>
              <w:spacing w:after="0"/>
            </w:pPr>
            <w:r>
              <w:rPr>
                <w:sz w:val="18"/>
              </w:rPr>
              <w:t>Analyse the job advert before writing. This gives the cover letter direction and stops it becoming generic.</w:t>
            </w:r>
          </w:p>
        </w:tc>
      </w:tr>
      <w:tr w:rsidR="00BA6165" w14:paraId="52EF52E7" w14:textId="77777777">
        <w:tc>
          <w:tcPr>
            <w:tcW w:w="10368" w:type="dxa"/>
            <w:shd w:val="clear" w:color="auto" w:fill="F7FBF5"/>
            <w:tcMar>
              <w:top w:w="160" w:type="dxa"/>
              <w:left w:w="160" w:type="dxa"/>
              <w:bottom w:w="160" w:type="dxa"/>
              <w:right w:w="160" w:type="dxa"/>
            </w:tcMar>
          </w:tcPr>
          <w:p w14:paraId="3731AFDA" w14:textId="77777777" w:rsidR="00BA6165" w:rsidRDefault="00000000">
            <w:r>
              <w:rPr>
                <w:b/>
                <w:color w:val="071B4D"/>
                <w:sz w:val="20"/>
              </w:rPr>
              <w:t>Hint / Tip</w:t>
            </w:r>
          </w:p>
          <w:p w14:paraId="08342154" w14:textId="77777777" w:rsidR="00BA6165" w:rsidRDefault="00000000">
            <w:pPr>
              <w:spacing w:after="0"/>
            </w:pPr>
            <w:r>
              <w:rPr>
                <w:sz w:val="18"/>
              </w:rPr>
              <w:t>Start with the vacancy, not yourself. The employer has already told you what matters; your job is to spot it.</w:t>
            </w:r>
          </w:p>
        </w:tc>
      </w:tr>
    </w:tbl>
    <w:p w14:paraId="424C5B62"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67E339BC" w14:textId="77777777">
        <w:tc>
          <w:tcPr>
            <w:tcW w:w="10368" w:type="dxa"/>
            <w:shd w:val="clear" w:color="auto" w:fill="FFFFFF"/>
            <w:tcMar>
              <w:top w:w="160" w:type="dxa"/>
              <w:left w:w="160" w:type="dxa"/>
              <w:bottom w:w="160" w:type="dxa"/>
              <w:right w:w="160" w:type="dxa"/>
            </w:tcMar>
          </w:tcPr>
          <w:p w14:paraId="065A94EC" w14:textId="77777777" w:rsidR="00BA6165" w:rsidRDefault="00000000">
            <w:r>
              <w:rPr>
                <w:b/>
                <w:color w:val="071B4D"/>
                <w:sz w:val="20"/>
              </w:rPr>
              <w:t>Top 5 requirements</w:t>
            </w:r>
          </w:p>
          <w:p w14:paraId="5C0FDECD" w14:textId="77777777" w:rsidR="00BA6165" w:rsidRDefault="00000000">
            <w:pPr>
              <w:spacing w:after="0"/>
            </w:pPr>
            <w:r>
              <w:rPr>
                <w:sz w:val="18"/>
              </w:rPr>
              <w:t>Read the advert and identify the five most important requirements.</w:t>
            </w:r>
          </w:p>
        </w:tc>
      </w:tr>
    </w:tbl>
    <w:p w14:paraId="132AC448" w14:textId="77777777" w:rsidR="00BA6165" w:rsidRDefault="00BA6165">
      <w:pPr>
        <w:pBdr>
          <w:bottom w:val="single" w:sz="4" w:space="1" w:color="BFBFBF"/>
        </w:pBdr>
        <w:spacing w:after="0"/>
      </w:pPr>
    </w:p>
    <w:p w14:paraId="6AB8AF9B" w14:textId="77777777" w:rsidR="00BA6165" w:rsidRDefault="00BA6165">
      <w:pPr>
        <w:pBdr>
          <w:bottom w:val="single" w:sz="4" w:space="1" w:color="BFBFBF"/>
        </w:pBdr>
        <w:spacing w:after="0"/>
      </w:pPr>
    </w:p>
    <w:p w14:paraId="4A35C904" w14:textId="77777777" w:rsidR="00BA6165" w:rsidRDefault="00BA6165">
      <w:pPr>
        <w:pBdr>
          <w:bottom w:val="single" w:sz="4" w:space="1" w:color="BFBFBF"/>
        </w:pBdr>
        <w:spacing w:after="0"/>
      </w:pPr>
    </w:p>
    <w:p w14:paraId="0C6D7406"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81E5183" w14:textId="77777777">
        <w:tc>
          <w:tcPr>
            <w:tcW w:w="10368" w:type="dxa"/>
            <w:shd w:val="clear" w:color="auto" w:fill="FFFFFF"/>
            <w:tcMar>
              <w:top w:w="160" w:type="dxa"/>
              <w:left w:w="160" w:type="dxa"/>
              <w:bottom w:w="160" w:type="dxa"/>
              <w:right w:w="160" w:type="dxa"/>
            </w:tcMar>
          </w:tcPr>
          <w:p w14:paraId="5E08CE4A" w14:textId="77777777" w:rsidR="00BA6165" w:rsidRDefault="00000000">
            <w:r>
              <w:rPr>
                <w:b/>
                <w:color w:val="071B4D"/>
                <w:sz w:val="20"/>
              </w:rPr>
              <w:t>Problem behind the role</w:t>
            </w:r>
          </w:p>
          <w:p w14:paraId="12DECAFF" w14:textId="77777777" w:rsidR="00BA6165" w:rsidRDefault="00000000">
            <w:pPr>
              <w:spacing w:after="0"/>
            </w:pPr>
            <w:r>
              <w:rPr>
                <w:sz w:val="18"/>
              </w:rPr>
              <w:t>What does this role appear to be hired to fix, improve, manage, protect or deliver?</w:t>
            </w:r>
          </w:p>
        </w:tc>
      </w:tr>
    </w:tbl>
    <w:p w14:paraId="0E29BCE6" w14:textId="77777777" w:rsidR="00BA6165" w:rsidRDefault="00BA6165">
      <w:pPr>
        <w:pBdr>
          <w:bottom w:val="single" w:sz="4" w:space="1" w:color="BFBFBF"/>
        </w:pBdr>
        <w:spacing w:after="0"/>
      </w:pPr>
    </w:p>
    <w:p w14:paraId="724080C5" w14:textId="77777777" w:rsidR="00BA6165" w:rsidRDefault="00BA6165">
      <w:pPr>
        <w:pBdr>
          <w:bottom w:val="single" w:sz="4" w:space="1" w:color="BFBFBF"/>
        </w:pBdr>
        <w:spacing w:after="0"/>
      </w:pPr>
    </w:p>
    <w:p w14:paraId="2F98EEC4" w14:textId="77777777" w:rsidR="00BA6165" w:rsidRDefault="00BA6165">
      <w:pPr>
        <w:pBdr>
          <w:bottom w:val="single" w:sz="4" w:space="1" w:color="BFBFBF"/>
        </w:pBdr>
        <w:spacing w:after="0"/>
      </w:pPr>
    </w:p>
    <w:p w14:paraId="190CAFF2"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2DD20140" w14:textId="77777777">
        <w:tc>
          <w:tcPr>
            <w:tcW w:w="10368" w:type="dxa"/>
            <w:shd w:val="clear" w:color="auto" w:fill="FFFFFF"/>
            <w:tcMar>
              <w:top w:w="160" w:type="dxa"/>
              <w:left w:w="160" w:type="dxa"/>
              <w:bottom w:w="160" w:type="dxa"/>
              <w:right w:w="160" w:type="dxa"/>
            </w:tcMar>
          </w:tcPr>
          <w:p w14:paraId="16C6891E" w14:textId="77777777" w:rsidR="00BA6165" w:rsidRDefault="00000000">
            <w:r>
              <w:rPr>
                <w:b/>
                <w:color w:val="071B4D"/>
                <w:sz w:val="20"/>
              </w:rPr>
              <w:t>Language to mirror naturally</w:t>
            </w:r>
          </w:p>
          <w:p w14:paraId="59871233" w14:textId="77777777" w:rsidR="00BA6165" w:rsidRDefault="00000000">
            <w:pPr>
              <w:spacing w:after="0"/>
            </w:pPr>
            <w:r>
              <w:rPr>
                <w:sz w:val="18"/>
              </w:rPr>
              <w:t>List repeated words, skills, responsibilities or phrases from the advert that truthfully match your experience.</w:t>
            </w:r>
          </w:p>
        </w:tc>
      </w:tr>
    </w:tbl>
    <w:p w14:paraId="6C86BC1B" w14:textId="77777777" w:rsidR="00BA6165" w:rsidRDefault="00BA6165">
      <w:pPr>
        <w:pBdr>
          <w:bottom w:val="single" w:sz="4" w:space="1" w:color="BFBFBF"/>
        </w:pBdr>
        <w:spacing w:after="0"/>
      </w:pPr>
    </w:p>
    <w:p w14:paraId="07EB3912" w14:textId="77777777" w:rsidR="00BA6165" w:rsidRDefault="00BA6165">
      <w:pPr>
        <w:pBdr>
          <w:bottom w:val="single" w:sz="4" w:space="1" w:color="BFBFBF"/>
        </w:pBdr>
        <w:spacing w:after="0"/>
      </w:pPr>
    </w:p>
    <w:p w14:paraId="65F91252" w14:textId="77777777" w:rsidR="00BA6165" w:rsidRDefault="00BA6165">
      <w:pPr>
        <w:pBdr>
          <w:bottom w:val="single" w:sz="4" w:space="1" w:color="BFBFBF"/>
        </w:pBdr>
        <w:spacing w:after="0"/>
      </w:pPr>
    </w:p>
    <w:p w14:paraId="1F40C921"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5C306229" w14:textId="77777777">
        <w:tc>
          <w:tcPr>
            <w:tcW w:w="10368" w:type="dxa"/>
            <w:shd w:val="clear" w:color="auto" w:fill="FFFFFF"/>
            <w:tcMar>
              <w:top w:w="160" w:type="dxa"/>
              <w:left w:w="160" w:type="dxa"/>
              <w:bottom w:w="160" w:type="dxa"/>
              <w:right w:w="160" w:type="dxa"/>
            </w:tcMar>
          </w:tcPr>
          <w:p w14:paraId="1370BBB3" w14:textId="77777777" w:rsidR="00BA6165" w:rsidRDefault="00000000">
            <w:r>
              <w:rPr>
                <w:b/>
                <w:color w:val="071B4D"/>
                <w:sz w:val="20"/>
              </w:rPr>
              <w:t>Cover letter focus sentence</w:t>
            </w:r>
          </w:p>
          <w:p w14:paraId="66DD8B28" w14:textId="77777777" w:rsidR="00BA6165" w:rsidRDefault="00000000">
            <w:pPr>
              <w:spacing w:after="0"/>
            </w:pPr>
            <w:r>
              <w:rPr>
                <w:sz w:val="18"/>
              </w:rPr>
              <w:t>Complete: For this role, my cover letter needs to show that I can...</w:t>
            </w:r>
          </w:p>
        </w:tc>
      </w:tr>
    </w:tbl>
    <w:p w14:paraId="4732968F" w14:textId="77777777" w:rsidR="00BA6165" w:rsidRDefault="00BA6165">
      <w:pPr>
        <w:pBdr>
          <w:bottom w:val="single" w:sz="4" w:space="1" w:color="BFBFBF"/>
        </w:pBdr>
        <w:spacing w:after="0"/>
      </w:pPr>
    </w:p>
    <w:p w14:paraId="7AC6D9B7" w14:textId="77777777" w:rsidR="00BA6165" w:rsidRDefault="00BA6165">
      <w:pPr>
        <w:pBdr>
          <w:bottom w:val="single" w:sz="4" w:space="1" w:color="BFBFBF"/>
        </w:pBdr>
        <w:spacing w:after="0"/>
      </w:pPr>
    </w:p>
    <w:p w14:paraId="399B45A8" w14:textId="77777777" w:rsidR="00BA6165" w:rsidRDefault="00BA6165">
      <w:pPr>
        <w:pBdr>
          <w:bottom w:val="single" w:sz="4" w:space="1" w:color="BFBFBF"/>
        </w:pBdr>
        <w:spacing w:after="0"/>
      </w:pPr>
    </w:p>
    <w:p w14:paraId="14CC0165" w14:textId="77777777" w:rsidR="00BA6165" w:rsidRDefault="00BA6165">
      <w:pPr>
        <w:pBdr>
          <w:bottom w:val="single" w:sz="4" w:space="1" w:color="BFBFBF"/>
        </w:pBdr>
        <w:spacing w:after="0"/>
      </w:pPr>
    </w:p>
    <w:p w14:paraId="715E3E7B" w14:textId="77777777" w:rsidR="00BA6165" w:rsidRDefault="00000000">
      <w:pPr>
        <w:pStyle w:val="Heading2"/>
      </w:pPr>
      <w:r>
        <w:rPr>
          <w:color w:val="00A7A8"/>
          <w:sz w:val="24"/>
        </w:rPr>
        <w:t>Reflection</w:t>
      </w:r>
    </w:p>
    <w:p w14:paraId="478FD6C4" w14:textId="77777777" w:rsidR="00BA6165" w:rsidRDefault="00000000">
      <w:r>
        <w:t>What appears most important to this employer?</w:t>
      </w:r>
    </w:p>
    <w:p w14:paraId="742EEE33" w14:textId="77777777" w:rsidR="00BA6165" w:rsidRDefault="00BA6165">
      <w:pPr>
        <w:pBdr>
          <w:bottom w:val="single" w:sz="4" w:space="1" w:color="BFBFBF"/>
        </w:pBdr>
        <w:spacing w:after="0"/>
      </w:pPr>
    </w:p>
    <w:p w14:paraId="477501EE" w14:textId="77777777" w:rsidR="00BA6165" w:rsidRDefault="00BA6165">
      <w:pPr>
        <w:pBdr>
          <w:bottom w:val="single" w:sz="4" w:space="1" w:color="BFBFBF"/>
        </w:pBdr>
        <w:spacing w:after="0"/>
      </w:pPr>
    </w:p>
    <w:p w14:paraId="6ED7D469" w14:textId="77777777" w:rsidR="00BA6165" w:rsidRDefault="00BA6165">
      <w:pPr>
        <w:pBdr>
          <w:bottom w:val="single" w:sz="4" w:space="1" w:color="BFBFBF"/>
        </w:pBdr>
        <w:spacing w:after="0"/>
      </w:pPr>
    </w:p>
    <w:p w14:paraId="68FCAEE3" w14:textId="77777777" w:rsidR="00BA6165" w:rsidRDefault="00000000">
      <w:r>
        <w:t>What would someone need to do well in the first 6-12 months?</w:t>
      </w:r>
    </w:p>
    <w:p w14:paraId="40CE2649" w14:textId="77777777" w:rsidR="00BA6165" w:rsidRDefault="00BA6165">
      <w:pPr>
        <w:pBdr>
          <w:bottom w:val="single" w:sz="4" w:space="1" w:color="BFBFBF"/>
        </w:pBdr>
        <w:spacing w:after="0"/>
      </w:pPr>
    </w:p>
    <w:p w14:paraId="3F9FA6F8" w14:textId="77777777" w:rsidR="00BA6165" w:rsidRDefault="00BA6165">
      <w:pPr>
        <w:pBdr>
          <w:bottom w:val="single" w:sz="4" w:space="1" w:color="BFBFBF"/>
        </w:pBdr>
        <w:spacing w:after="0"/>
      </w:pPr>
    </w:p>
    <w:p w14:paraId="6AD559DF" w14:textId="77777777" w:rsidR="00BA6165" w:rsidRDefault="00BA6165">
      <w:pPr>
        <w:pBdr>
          <w:bottom w:val="single" w:sz="4" w:space="1" w:color="BFBFBF"/>
        </w:pBdr>
        <w:spacing w:after="0"/>
      </w:pPr>
    </w:p>
    <w:p w14:paraId="15E5C1CA" w14:textId="77777777" w:rsidR="00BA6165" w:rsidRDefault="00000000">
      <w:pPr>
        <w:pStyle w:val="Heading2"/>
      </w:pPr>
      <w:r>
        <w:rPr>
          <w:color w:val="00A7A8"/>
          <w:sz w:val="24"/>
        </w:rPr>
        <w:t>Chapter Notes</w:t>
      </w:r>
    </w:p>
    <w:p w14:paraId="2A482CF0" w14:textId="77777777" w:rsidR="00BA6165" w:rsidRDefault="00BA6165">
      <w:pPr>
        <w:pBdr>
          <w:bottom w:val="single" w:sz="4" w:space="1" w:color="BFBFBF"/>
        </w:pBdr>
        <w:spacing w:after="0"/>
      </w:pPr>
    </w:p>
    <w:p w14:paraId="2DF0C2C3" w14:textId="77777777" w:rsidR="00BA6165" w:rsidRDefault="00BA6165">
      <w:pPr>
        <w:pBdr>
          <w:bottom w:val="single" w:sz="4" w:space="1" w:color="BFBFBF"/>
        </w:pBdr>
        <w:spacing w:after="0"/>
      </w:pPr>
    </w:p>
    <w:p w14:paraId="086C88F0" w14:textId="77777777" w:rsidR="00BA6165" w:rsidRDefault="00BA6165">
      <w:pPr>
        <w:pBdr>
          <w:bottom w:val="single" w:sz="4" w:space="1" w:color="BFBFBF"/>
        </w:pBdr>
        <w:spacing w:after="0"/>
      </w:pPr>
    </w:p>
    <w:p w14:paraId="46CE0759" w14:textId="77777777" w:rsidR="00BA6165" w:rsidRDefault="00BA6165">
      <w:pPr>
        <w:pBdr>
          <w:bottom w:val="single" w:sz="4" w:space="1" w:color="BFBFBF"/>
        </w:pBdr>
        <w:spacing w:after="0"/>
      </w:pPr>
    </w:p>
    <w:p w14:paraId="68FCC8F5" w14:textId="77777777" w:rsidR="00BA6165" w:rsidRDefault="00BA6165">
      <w:pPr>
        <w:pBdr>
          <w:bottom w:val="single" w:sz="4" w:space="1" w:color="BFBFBF"/>
        </w:pBdr>
        <w:spacing w:after="0"/>
      </w:pPr>
    </w:p>
    <w:p w14:paraId="44B640DC" w14:textId="77777777" w:rsidR="00BA6165" w:rsidRDefault="00BA6165">
      <w:pPr>
        <w:pBdr>
          <w:bottom w:val="single" w:sz="4" w:space="1" w:color="BFBFBF"/>
        </w:pBdr>
        <w:spacing w:after="0"/>
      </w:pPr>
    </w:p>
    <w:p w14:paraId="1EE31A4E" w14:textId="77777777" w:rsidR="00BA6165" w:rsidRDefault="00000000">
      <w:pPr>
        <w:pStyle w:val="Heading2"/>
      </w:pPr>
      <w:r>
        <w:rPr>
          <w:color w:val="00A7A8"/>
          <w:sz w:val="24"/>
        </w:rPr>
        <w:t>Chapter Completion Check</w:t>
      </w:r>
    </w:p>
    <w:p w14:paraId="0974E8C6" w14:textId="77777777" w:rsidR="00BA6165" w:rsidRDefault="00000000">
      <w:pPr>
        <w:spacing w:after="40"/>
      </w:pPr>
      <w:r>
        <w:rPr>
          <w:sz w:val="18"/>
        </w:rPr>
        <w:t>☐ I understand the focus of this chapter.</w:t>
      </w:r>
    </w:p>
    <w:p w14:paraId="65129D83" w14:textId="77777777" w:rsidR="00BA6165" w:rsidRDefault="00000000">
      <w:pPr>
        <w:spacing w:after="40"/>
      </w:pPr>
      <w:r>
        <w:rPr>
          <w:sz w:val="18"/>
        </w:rPr>
        <w:t>☐ I have completed the workbook tasks for this section.</w:t>
      </w:r>
    </w:p>
    <w:p w14:paraId="1631A387" w14:textId="77777777" w:rsidR="00BA6165" w:rsidRDefault="00000000">
      <w:pPr>
        <w:spacing w:after="40"/>
      </w:pPr>
      <w:r>
        <w:rPr>
          <w:sz w:val="18"/>
        </w:rPr>
        <w:t>☐ I have captured notes I can use in my final cover letter.</w:t>
      </w:r>
    </w:p>
    <w:p w14:paraId="095B2BF7" w14:textId="77777777" w:rsidR="00BA6165" w:rsidRDefault="00000000">
      <w:r>
        <w:br w:type="page"/>
      </w:r>
    </w:p>
    <w:p w14:paraId="09B265DF" w14:textId="77777777" w:rsidR="00BA6165" w:rsidRDefault="00000000">
      <w:pPr>
        <w:pStyle w:val="Heading1"/>
      </w:pPr>
      <w:r>
        <w:rPr>
          <w:color w:val="071B4D"/>
          <w:sz w:val="32"/>
        </w:rPr>
        <w:lastRenderedPageBreak/>
        <w:t>Chapter 5 | Identifying What You Need to Show</w:t>
      </w:r>
    </w:p>
    <w:tbl>
      <w:tblPr>
        <w:tblW w:w="0" w:type="auto"/>
        <w:tblLook w:val="04A0" w:firstRow="1" w:lastRow="0" w:firstColumn="1" w:lastColumn="0" w:noHBand="0" w:noVBand="1"/>
      </w:tblPr>
      <w:tblGrid>
        <w:gridCol w:w="10368"/>
      </w:tblGrid>
      <w:tr w:rsidR="00BA6165" w14:paraId="14FECD04" w14:textId="77777777">
        <w:tc>
          <w:tcPr>
            <w:tcW w:w="10368" w:type="dxa"/>
            <w:shd w:val="clear" w:color="auto" w:fill="EAF7E5"/>
            <w:tcMar>
              <w:top w:w="160" w:type="dxa"/>
              <w:left w:w="160" w:type="dxa"/>
              <w:bottom w:w="160" w:type="dxa"/>
              <w:right w:w="160" w:type="dxa"/>
            </w:tcMar>
          </w:tcPr>
          <w:p w14:paraId="1BFAC5E6" w14:textId="77777777" w:rsidR="00BA6165" w:rsidRDefault="00000000">
            <w:r>
              <w:rPr>
                <w:b/>
                <w:color w:val="071B4D"/>
                <w:sz w:val="20"/>
              </w:rPr>
              <w:t>Chapter focus</w:t>
            </w:r>
          </w:p>
          <w:p w14:paraId="7E86D0A2" w14:textId="77777777" w:rsidR="00BA6165" w:rsidRDefault="00000000">
            <w:pPr>
              <w:spacing w:after="0"/>
            </w:pPr>
            <w:r>
              <w:rPr>
                <w:sz w:val="18"/>
              </w:rPr>
              <w:t>Select the most relevant evidence. A strong cover letter is selective; it does not try to include everything.</w:t>
            </w:r>
          </w:p>
        </w:tc>
      </w:tr>
      <w:tr w:rsidR="00BA6165" w14:paraId="7408CD97" w14:textId="77777777">
        <w:tc>
          <w:tcPr>
            <w:tcW w:w="10368" w:type="dxa"/>
            <w:shd w:val="clear" w:color="auto" w:fill="F7FBF5"/>
            <w:tcMar>
              <w:top w:w="160" w:type="dxa"/>
              <w:left w:w="160" w:type="dxa"/>
              <w:bottom w:w="160" w:type="dxa"/>
              <w:right w:w="160" w:type="dxa"/>
            </w:tcMar>
          </w:tcPr>
          <w:p w14:paraId="0E0BD72A" w14:textId="77777777" w:rsidR="00BA6165" w:rsidRDefault="00000000">
            <w:r>
              <w:rPr>
                <w:b/>
                <w:color w:val="071B4D"/>
                <w:sz w:val="20"/>
              </w:rPr>
              <w:t>Hint / Tip</w:t>
            </w:r>
          </w:p>
          <w:p w14:paraId="774A2F63" w14:textId="77777777" w:rsidR="00BA6165" w:rsidRDefault="00000000">
            <w:pPr>
              <w:spacing w:after="0"/>
            </w:pPr>
            <w:r>
              <w:rPr>
                <w:sz w:val="18"/>
              </w:rPr>
              <w:t>Choose evidence that matches the role most closely, shows the right level, demonstrates impact and can be explained briefly.</w:t>
            </w:r>
          </w:p>
        </w:tc>
      </w:tr>
    </w:tbl>
    <w:p w14:paraId="10C417F7"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1EA81A1C" w14:textId="77777777">
        <w:tc>
          <w:tcPr>
            <w:tcW w:w="10368" w:type="dxa"/>
            <w:shd w:val="clear" w:color="auto" w:fill="FFFFFF"/>
            <w:tcMar>
              <w:top w:w="160" w:type="dxa"/>
              <w:left w:w="160" w:type="dxa"/>
              <w:bottom w:w="160" w:type="dxa"/>
              <w:right w:w="160" w:type="dxa"/>
            </w:tcMar>
          </w:tcPr>
          <w:p w14:paraId="4DD806D1" w14:textId="77777777" w:rsidR="00BA6165" w:rsidRDefault="00000000">
            <w:r>
              <w:rPr>
                <w:b/>
                <w:color w:val="071B4D"/>
                <w:sz w:val="20"/>
              </w:rPr>
              <w:t>Requirement to evidence match</w:t>
            </w:r>
          </w:p>
          <w:p w14:paraId="738A6095" w14:textId="77777777" w:rsidR="00BA6165" w:rsidRDefault="00000000">
            <w:pPr>
              <w:spacing w:after="0"/>
            </w:pPr>
            <w:r>
              <w:rPr>
                <w:sz w:val="18"/>
              </w:rPr>
              <w:t>Match the top role requirements to examples from your experience.</w:t>
            </w:r>
          </w:p>
        </w:tc>
      </w:tr>
    </w:tbl>
    <w:p w14:paraId="31FE5FE4" w14:textId="77777777" w:rsidR="00BA6165" w:rsidRDefault="00BA6165">
      <w:pPr>
        <w:pBdr>
          <w:bottom w:val="single" w:sz="4" w:space="1" w:color="BFBFBF"/>
        </w:pBdr>
        <w:spacing w:after="0"/>
      </w:pPr>
    </w:p>
    <w:p w14:paraId="06B17EC1" w14:textId="77777777" w:rsidR="00BA6165" w:rsidRDefault="00BA6165">
      <w:pPr>
        <w:pBdr>
          <w:bottom w:val="single" w:sz="4" w:space="1" w:color="BFBFBF"/>
        </w:pBdr>
        <w:spacing w:after="0"/>
      </w:pPr>
    </w:p>
    <w:p w14:paraId="62586C2E" w14:textId="77777777" w:rsidR="00BA6165" w:rsidRDefault="00BA6165">
      <w:pPr>
        <w:pBdr>
          <w:bottom w:val="single" w:sz="4" w:space="1" w:color="BFBFBF"/>
        </w:pBdr>
        <w:spacing w:after="0"/>
      </w:pPr>
    </w:p>
    <w:p w14:paraId="753B1825"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690BE864" w14:textId="77777777">
        <w:tc>
          <w:tcPr>
            <w:tcW w:w="10368" w:type="dxa"/>
            <w:shd w:val="clear" w:color="auto" w:fill="FFFFFF"/>
            <w:tcMar>
              <w:top w:w="160" w:type="dxa"/>
              <w:left w:w="160" w:type="dxa"/>
              <w:bottom w:w="160" w:type="dxa"/>
              <w:right w:w="160" w:type="dxa"/>
            </w:tcMar>
          </w:tcPr>
          <w:p w14:paraId="771A31CF" w14:textId="77777777" w:rsidR="00BA6165" w:rsidRDefault="00000000">
            <w:r>
              <w:rPr>
                <w:b/>
                <w:color w:val="071B4D"/>
                <w:sz w:val="20"/>
              </w:rPr>
              <w:t>Strongest 2-3 evidence points</w:t>
            </w:r>
          </w:p>
          <w:p w14:paraId="42F5C178" w14:textId="77777777" w:rsidR="00BA6165" w:rsidRDefault="00000000">
            <w:pPr>
              <w:spacing w:after="0"/>
            </w:pPr>
            <w:r>
              <w:rPr>
                <w:sz w:val="18"/>
              </w:rPr>
              <w:t>Choose the examples that should appear in the letter.</w:t>
            </w:r>
          </w:p>
        </w:tc>
      </w:tr>
    </w:tbl>
    <w:p w14:paraId="08DF2F54" w14:textId="77777777" w:rsidR="00BA6165" w:rsidRDefault="00BA6165">
      <w:pPr>
        <w:pBdr>
          <w:bottom w:val="single" w:sz="4" w:space="1" w:color="BFBFBF"/>
        </w:pBdr>
        <w:spacing w:after="0"/>
      </w:pPr>
    </w:p>
    <w:p w14:paraId="75276BAD" w14:textId="77777777" w:rsidR="00BA6165" w:rsidRDefault="00BA6165">
      <w:pPr>
        <w:pBdr>
          <w:bottom w:val="single" w:sz="4" w:space="1" w:color="BFBFBF"/>
        </w:pBdr>
        <w:spacing w:after="0"/>
      </w:pPr>
    </w:p>
    <w:p w14:paraId="045AB49A" w14:textId="77777777" w:rsidR="00BA6165" w:rsidRDefault="00BA6165">
      <w:pPr>
        <w:pBdr>
          <w:bottom w:val="single" w:sz="4" w:space="1" w:color="BFBFBF"/>
        </w:pBdr>
        <w:spacing w:after="0"/>
      </w:pPr>
    </w:p>
    <w:p w14:paraId="26CF2906"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629F6E4B" w14:textId="77777777">
        <w:tc>
          <w:tcPr>
            <w:tcW w:w="10368" w:type="dxa"/>
            <w:shd w:val="clear" w:color="auto" w:fill="FFFFFF"/>
            <w:tcMar>
              <w:top w:w="160" w:type="dxa"/>
              <w:left w:w="160" w:type="dxa"/>
              <w:bottom w:w="160" w:type="dxa"/>
              <w:right w:w="160" w:type="dxa"/>
            </w:tcMar>
          </w:tcPr>
          <w:p w14:paraId="7465A40B" w14:textId="77777777" w:rsidR="00BA6165" w:rsidRDefault="00000000">
            <w:r>
              <w:rPr>
                <w:b/>
                <w:color w:val="071B4D"/>
                <w:sz w:val="20"/>
              </w:rPr>
              <w:t>What to leave out</w:t>
            </w:r>
          </w:p>
          <w:p w14:paraId="7A53242B" w14:textId="77777777" w:rsidR="00BA6165" w:rsidRDefault="00000000">
            <w:pPr>
              <w:spacing w:after="0"/>
            </w:pPr>
            <w:r>
              <w:rPr>
                <w:sz w:val="18"/>
              </w:rPr>
              <w:t>List details that belong in the CV, not the letter.</w:t>
            </w:r>
          </w:p>
        </w:tc>
      </w:tr>
    </w:tbl>
    <w:p w14:paraId="19572A03" w14:textId="77777777" w:rsidR="00BA6165" w:rsidRDefault="00BA6165">
      <w:pPr>
        <w:pBdr>
          <w:bottom w:val="single" w:sz="4" w:space="1" w:color="BFBFBF"/>
        </w:pBdr>
        <w:spacing w:after="0"/>
      </w:pPr>
    </w:p>
    <w:p w14:paraId="3FF364BF" w14:textId="77777777" w:rsidR="00BA6165" w:rsidRDefault="00BA6165">
      <w:pPr>
        <w:pBdr>
          <w:bottom w:val="single" w:sz="4" w:space="1" w:color="BFBFBF"/>
        </w:pBdr>
        <w:spacing w:after="0"/>
      </w:pPr>
    </w:p>
    <w:p w14:paraId="776CBAF1" w14:textId="77777777" w:rsidR="00BA6165" w:rsidRDefault="00BA6165">
      <w:pPr>
        <w:pBdr>
          <w:bottom w:val="single" w:sz="4" w:space="1" w:color="BFBFBF"/>
        </w:pBdr>
        <w:spacing w:after="0"/>
      </w:pPr>
    </w:p>
    <w:p w14:paraId="214C9B4D"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2639BECC" w14:textId="77777777">
        <w:tc>
          <w:tcPr>
            <w:tcW w:w="10368" w:type="dxa"/>
            <w:shd w:val="clear" w:color="auto" w:fill="FFFFFF"/>
            <w:tcMar>
              <w:top w:w="160" w:type="dxa"/>
              <w:left w:w="160" w:type="dxa"/>
              <w:bottom w:w="160" w:type="dxa"/>
              <w:right w:w="160" w:type="dxa"/>
            </w:tcMar>
          </w:tcPr>
          <w:p w14:paraId="12EE943E" w14:textId="77777777" w:rsidR="00BA6165" w:rsidRDefault="00000000">
            <w:r>
              <w:rPr>
                <w:b/>
                <w:color w:val="071B4D"/>
                <w:sz w:val="20"/>
              </w:rPr>
              <w:t>Why this role angle</w:t>
            </w:r>
          </w:p>
          <w:p w14:paraId="65B9DBFF" w14:textId="77777777" w:rsidR="00BA6165" w:rsidRDefault="00000000">
            <w:pPr>
              <w:spacing w:after="0"/>
            </w:pPr>
            <w:r>
              <w:rPr>
                <w:sz w:val="18"/>
              </w:rPr>
              <w:t>Write the practical reason this role makes sense for you and why you make sense for it.</w:t>
            </w:r>
          </w:p>
        </w:tc>
      </w:tr>
    </w:tbl>
    <w:p w14:paraId="105966F0" w14:textId="77777777" w:rsidR="00BA6165" w:rsidRDefault="00BA6165">
      <w:pPr>
        <w:pBdr>
          <w:bottom w:val="single" w:sz="4" w:space="1" w:color="BFBFBF"/>
        </w:pBdr>
        <w:spacing w:after="0"/>
      </w:pPr>
    </w:p>
    <w:p w14:paraId="50CEBBF6" w14:textId="77777777" w:rsidR="00BA6165" w:rsidRDefault="00BA6165">
      <w:pPr>
        <w:pBdr>
          <w:bottom w:val="single" w:sz="4" w:space="1" w:color="BFBFBF"/>
        </w:pBdr>
        <w:spacing w:after="0"/>
      </w:pPr>
    </w:p>
    <w:p w14:paraId="260D9DBE" w14:textId="77777777" w:rsidR="00BA6165" w:rsidRDefault="00BA6165">
      <w:pPr>
        <w:pBdr>
          <w:bottom w:val="single" w:sz="4" w:space="1" w:color="BFBFBF"/>
        </w:pBdr>
        <w:spacing w:after="0"/>
      </w:pPr>
    </w:p>
    <w:p w14:paraId="73693F89" w14:textId="77777777" w:rsidR="00BA6165" w:rsidRDefault="00BA6165">
      <w:pPr>
        <w:pBdr>
          <w:bottom w:val="single" w:sz="4" w:space="1" w:color="BFBFBF"/>
        </w:pBdr>
        <w:spacing w:after="0"/>
      </w:pPr>
    </w:p>
    <w:p w14:paraId="27B76FD8" w14:textId="77777777" w:rsidR="00BA6165" w:rsidRDefault="00000000">
      <w:pPr>
        <w:pStyle w:val="Heading2"/>
      </w:pPr>
      <w:r>
        <w:rPr>
          <w:color w:val="00A7A8"/>
          <w:sz w:val="24"/>
        </w:rPr>
        <w:t>Reflection</w:t>
      </w:r>
    </w:p>
    <w:p w14:paraId="434A7BB9" w14:textId="77777777" w:rsidR="00BA6165" w:rsidRDefault="00000000">
      <w:r>
        <w:t>Are you selecting evidence based on the role, or based on what you personally want to talk about?</w:t>
      </w:r>
    </w:p>
    <w:p w14:paraId="1B794246" w14:textId="77777777" w:rsidR="00BA6165" w:rsidRDefault="00BA6165">
      <w:pPr>
        <w:pBdr>
          <w:bottom w:val="single" w:sz="4" w:space="1" w:color="BFBFBF"/>
        </w:pBdr>
        <w:spacing w:after="0"/>
      </w:pPr>
    </w:p>
    <w:p w14:paraId="15F037A5" w14:textId="77777777" w:rsidR="00BA6165" w:rsidRDefault="00BA6165">
      <w:pPr>
        <w:pBdr>
          <w:bottom w:val="single" w:sz="4" w:space="1" w:color="BFBFBF"/>
        </w:pBdr>
        <w:spacing w:after="0"/>
      </w:pPr>
    </w:p>
    <w:p w14:paraId="3B9381F8" w14:textId="77777777" w:rsidR="00BA6165" w:rsidRDefault="00BA6165">
      <w:pPr>
        <w:pBdr>
          <w:bottom w:val="single" w:sz="4" w:space="1" w:color="BFBFBF"/>
        </w:pBdr>
        <w:spacing w:after="0"/>
      </w:pPr>
    </w:p>
    <w:p w14:paraId="24EDD672" w14:textId="77777777" w:rsidR="00BA6165" w:rsidRDefault="00000000">
      <w:r>
        <w:t>Which example gives the clearest proof of fit?</w:t>
      </w:r>
    </w:p>
    <w:p w14:paraId="5348949A" w14:textId="77777777" w:rsidR="00BA6165" w:rsidRDefault="00BA6165">
      <w:pPr>
        <w:pBdr>
          <w:bottom w:val="single" w:sz="4" w:space="1" w:color="BFBFBF"/>
        </w:pBdr>
        <w:spacing w:after="0"/>
      </w:pPr>
    </w:p>
    <w:p w14:paraId="2279B2D6" w14:textId="77777777" w:rsidR="00BA6165" w:rsidRDefault="00BA6165">
      <w:pPr>
        <w:pBdr>
          <w:bottom w:val="single" w:sz="4" w:space="1" w:color="BFBFBF"/>
        </w:pBdr>
        <w:spacing w:after="0"/>
      </w:pPr>
    </w:p>
    <w:p w14:paraId="31CE7BE2" w14:textId="77777777" w:rsidR="00BA6165" w:rsidRDefault="00BA6165">
      <w:pPr>
        <w:pBdr>
          <w:bottom w:val="single" w:sz="4" w:space="1" w:color="BFBFBF"/>
        </w:pBdr>
        <w:spacing w:after="0"/>
      </w:pPr>
    </w:p>
    <w:p w14:paraId="59735329" w14:textId="77777777" w:rsidR="00BA6165" w:rsidRDefault="00000000">
      <w:pPr>
        <w:pStyle w:val="Heading2"/>
      </w:pPr>
      <w:r>
        <w:rPr>
          <w:color w:val="00A7A8"/>
          <w:sz w:val="24"/>
        </w:rPr>
        <w:t>Chapter Notes</w:t>
      </w:r>
    </w:p>
    <w:p w14:paraId="384A1F5E" w14:textId="77777777" w:rsidR="00BA6165" w:rsidRDefault="00BA6165">
      <w:pPr>
        <w:pBdr>
          <w:bottom w:val="single" w:sz="4" w:space="1" w:color="BFBFBF"/>
        </w:pBdr>
        <w:spacing w:after="0"/>
      </w:pPr>
    </w:p>
    <w:p w14:paraId="0EA219F7" w14:textId="77777777" w:rsidR="00BA6165" w:rsidRDefault="00BA6165">
      <w:pPr>
        <w:pBdr>
          <w:bottom w:val="single" w:sz="4" w:space="1" w:color="BFBFBF"/>
        </w:pBdr>
        <w:spacing w:after="0"/>
      </w:pPr>
    </w:p>
    <w:p w14:paraId="7BCAD0C6" w14:textId="77777777" w:rsidR="00BA6165" w:rsidRDefault="00BA6165">
      <w:pPr>
        <w:pBdr>
          <w:bottom w:val="single" w:sz="4" w:space="1" w:color="BFBFBF"/>
        </w:pBdr>
        <w:spacing w:after="0"/>
      </w:pPr>
    </w:p>
    <w:p w14:paraId="2EB8370A" w14:textId="77777777" w:rsidR="00BA6165" w:rsidRDefault="00BA6165">
      <w:pPr>
        <w:pBdr>
          <w:bottom w:val="single" w:sz="4" w:space="1" w:color="BFBFBF"/>
        </w:pBdr>
        <w:spacing w:after="0"/>
      </w:pPr>
    </w:p>
    <w:p w14:paraId="6C243EE4" w14:textId="77777777" w:rsidR="00BA6165" w:rsidRDefault="00BA6165">
      <w:pPr>
        <w:pBdr>
          <w:bottom w:val="single" w:sz="4" w:space="1" w:color="BFBFBF"/>
        </w:pBdr>
        <w:spacing w:after="0"/>
      </w:pPr>
    </w:p>
    <w:p w14:paraId="458D9CE0" w14:textId="77777777" w:rsidR="00BA6165" w:rsidRDefault="00BA6165">
      <w:pPr>
        <w:pBdr>
          <w:bottom w:val="single" w:sz="4" w:space="1" w:color="BFBFBF"/>
        </w:pBdr>
        <w:spacing w:after="0"/>
      </w:pPr>
    </w:p>
    <w:p w14:paraId="64C81484" w14:textId="77777777" w:rsidR="00BA6165" w:rsidRDefault="00000000">
      <w:pPr>
        <w:pStyle w:val="Heading2"/>
      </w:pPr>
      <w:r>
        <w:rPr>
          <w:color w:val="00A7A8"/>
          <w:sz w:val="24"/>
        </w:rPr>
        <w:t>Chapter Completion Check</w:t>
      </w:r>
    </w:p>
    <w:p w14:paraId="6AC7EF4E" w14:textId="77777777" w:rsidR="00BA6165" w:rsidRDefault="00000000">
      <w:pPr>
        <w:spacing w:after="40"/>
      </w:pPr>
      <w:r>
        <w:rPr>
          <w:sz w:val="18"/>
        </w:rPr>
        <w:t>☐ I understand the focus of this chapter.</w:t>
      </w:r>
    </w:p>
    <w:p w14:paraId="13347DFF" w14:textId="77777777" w:rsidR="00BA6165" w:rsidRDefault="00000000">
      <w:pPr>
        <w:spacing w:after="40"/>
      </w:pPr>
      <w:r>
        <w:rPr>
          <w:sz w:val="18"/>
        </w:rPr>
        <w:t>☐ I have completed the workbook tasks for this section.</w:t>
      </w:r>
    </w:p>
    <w:p w14:paraId="5FD26073" w14:textId="77777777" w:rsidR="00BA6165" w:rsidRDefault="00000000">
      <w:pPr>
        <w:spacing w:after="40"/>
      </w:pPr>
      <w:r>
        <w:rPr>
          <w:sz w:val="18"/>
        </w:rPr>
        <w:t>☐ I have captured notes I can use in my final cover letter.</w:t>
      </w:r>
    </w:p>
    <w:p w14:paraId="24CAFA30" w14:textId="77777777" w:rsidR="00BA6165" w:rsidRDefault="00000000">
      <w:r>
        <w:br w:type="page"/>
      </w:r>
    </w:p>
    <w:p w14:paraId="19ECD82F" w14:textId="77777777" w:rsidR="00BA6165" w:rsidRDefault="00000000">
      <w:pPr>
        <w:pStyle w:val="Heading1"/>
      </w:pPr>
      <w:r>
        <w:rPr>
          <w:color w:val="071B4D"/>
          <w:sz w:val="32"/>
        </w:rPr>
        <w:lastRenderedPageBreak/>
        <w:t>Chapter 6 | The Structure of a Strong Cover Letter</w:t>
      </w:r>
    </w:p>
    <w:tbl>
      <w:tblPr>
        <w:tblW w:w="0" w:type="auto"/>
        <w:tblLook w:val="04A0" w:firstRow="1" w:lastRow="0" w:firstColumn="1" w:lastColumn="0" w:noHBand="0" w:noVBand="1"/>
      </w:tblPr>
      <w:tblGrid>
        <w:gridCol w:w="10368"/>
      </w:tblGrid>
      <w:tr w:rsidR="00BA6165" w14:paraId="39ECB833" w14:textId="77777777">
        <w:tc>
          <w:tcPr>
            <w:tcW w:w="10368" w:type="dxa"/>
            <w:shd w:val="clear" w:color="auto" w:fill="EAF7E5"/>
            <w:tcMar>
              <w:top w:w="160" w:type="dxa"/>
              <w:left w:w="160" w:type="dxa"/>
              <w:bottom w:w="160" w:type="dxa"/>
              <w:right w:w="160" w:type="dxa"/>
            </w:tcMar>
          </w:tcPr>
          <w:p w14:paraId="2E2E4743" w14:textId="77777777" w:rsidR="00BA6165" w:rsidRDefault="00000000">
            <w:r>
              <w:rPr>
                <w:b/>
                <w:color w:val="071B4D"/>
                <w:sz w:val="20"/>
              </w:rPr>
              <w:t>Chapter focus</w:t>
            </w:r>
          </w:p>
          <w:p w14:paraId="4070940E" w14:textId="77777777" w:rsidR="00BA6165" w:rsidRDefault="00000000">
            <w:pPr>
              <w:spacing w:after="0"/>
            </w:pPr>
            <w:r>
              <w:rPr>
                <w:sz w:val="18"/>
              </w:rPr>
              <w:t>Plan the letter before writing. Structure gives you control and keeps the letter easy to read.</w:t>
            </w:r>
          </w:p>
        </w:tc>
      </w:tr>
      <w:tr w:rsidR="00BA6165" w14:paraId="001E49AE" w14:textId="77777777">
        <w:tc>
          <w:tcPr>
            <w:tcW w:w="10368" w:type="dxa"/>
            <w:shd w:val="clear" w:color="auto" w:fill="F7FBF5"/>
            <w:tcMar>
              <w:top w:w="160" w:type="dxa"/>
              <w:left w:w="160" w:type="dxa"/>
              <w:bottom w:w="160" w:type="dxa"/>
              <w:right w:w="160" w:type="dxa"/>
            </w:tcMar>
          </w:tcPr>
          <w:p w14:paraId="49635192" w14:textId="77777777" w:rsidR="00BA6165" w:rsidRDefault="00000000">
            <w:r>
              <w:rPr>
                <w:b/>
                <w:color w:val="071B4D"/>
                <w:sz w:val="20"/>
              </w:rPr>
              <w:t>Hint / Tip</w:t>
            </w:r>
          </w:p>
          <w:p w14:paraId="023D2E1A" w14:textId="77777777" w:rsidR="00BA6165" w:rsidRDefault="00000000">
            <w:pPr>
              <w:spacing w:after="0"/>
            </w:pPr>
            <w:r>
              <w:rPr>
                <w:sz w:val="18"/>
              </w:rPr>
              <w:t>Use 3-5 short paragraphs. Opening, relevance, evidence, context if needed, closing.</w:t>
            </w:r>
          </w:p>
        </w:tc>
      </w:tr>
    </w:tbl>
    <w:p w14:paraId="24FD4E77"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449A4841" w14:textId="77777777">
        <w:tc>
          <w:tcPr>
            <w:tcW w:w="10368" w:type="dxa"/>
            <w:shd w:val="clear" w:color="auto" w:fill="FFFFFF"/>
            <w:tcMar>
              <w:top w:w="160" w:type="dxa"/>
              <w:left w:w="160" w:type="dxa"/>
              <w:bottom w:w="160" w:type="dxa"/>
              <w:right w:w="160" w:type="dxa"/>
            </w:tcMar>
          </w:tcPr>
          <w:p w14:paraId="24B7E2D3" w14:textId="77777777" w:rsidR="00BA6165" w:rsidRDefault="00000000">
            <w:r>
              <w:rPr>
                <w:b/>
                <w:color w:val="071B4D"/>
                <w:sz w:val="20"/>
              </w:rPr>
              <w:t>Paragraph plan</w:t>
            </w:r>
          </w:p>
          <w:p w14:paraId="3D8579B1" w14:textId="77777777" w:rsidR="00BA6165" w:rsidRDefault="00000000">
            <w:pPr>
              <w:spacing w:after="0"/>
            </w:pPr>
            <w:r>
              <w:rPr>
                <w:sz w:val="18"/>
              </w:rPr>
              <w:t>Write one sentence explaining what each paragraph needs to do.</w:t>
            </w:r>
          </w:p>
        </w:tc>
      </w:tr>
    </w:tbl>
    <w:p w14:paraId="6DD2ADFE" w14:textId="77777777" w:rsidR="00BA6165" w:rsidRDefault="00BA6165">
      <w:pPr>
        <w:pBdr>
          <w:bottom w:val="single" w:sz="4" w:space="1" w:color="BFBFBF"/>
        </w:pBdr>
        <w:spacing w:after="0"/>
      </w:pPr>
    </w:p>
    <w:p w14:paraId="4669D4F2" w14:textId="77777777" w:rsidR="00BA6165" w:rsidRDefault="00BA6165">
      <w:pPr>
        <w:pBdr>
          <w:bottom w:val="single" w:sz="4" w:space="1" w:color="BFBFBF"/>
        </w:pBdr>
        <w:spacing w:after="0"/>
      </w:pPr>
    </w:p>
    <w:p w14:paraId="651B2280" w14:textId="77777777" w:rsidR="00BA6165" w:rsidRDefault="00BA6165">
      <w:pPr>
        <w:pBdr>
          <w:bottom w:val="single" w:sz="4" w:space="1" w:color="BFBFBF"/>
        </w:pBdr>
        <w:spacing w:after="0"/>
      </w:pPr>
    </w:p>
    <w:p w14:paraId="5D07797E"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8F7EDF6" w14:textId="77777777">
        <w:tc>
          <w:tcPr>
            <w:tcW w:w="10368" w:type="dxa"/>
            <w:shd w:val="clear" w:color="auto" w:fill="FFFFFF"/>
            <w:tcMar>
              <w:top w:w="160" w:type="dxa"/>
              <w:left w:w="160" w:type="dxa"/>
              <w:bottom w:w="160" w:type="dxa"/>
              <w:right w:w="160" w:type="dxa"/>
            </w:tcMar>
          </w:tcPr>
          <w:p w14:paraId="02CCAD52" w14:textId="77777777" w:rsidR="00BA6165" w:rsidRDefault="00000000">
            <w:r>
              <w:rPr>
                <w:b/>
                <w:color w:val="071B4D"/>
                <w:sz w:val="20"/>
              </w:rPr>
              <w:t>Context decision</w:t>
            </w:r>
          </w:p>
          <w:p w14:paraId="0121CE67" w14:textId="77777777" w:rsidR="00BA6165" w:rsidRDefault="00000000">
            <w:pPr>
              <w:spacing w:after="0"/>
            </w:pPr>
            <w:r>
              <w:rPr>
                <w:sz w:val="18"/>
              </w:rPr>
              <w:t>Do you need a context paragraph? If yes, what does it need to explain?</w:t>
            </w:r>
          </w:p>
        </w:tc>
      </w:tr>
    </w:tbl>
    <w:p w14:paraId="2A70A4BE" w14:textId="77777777" w:rsidR="00BA6165" w:rsidRDefault="00BA6165">
      <w:pPr>
        <w:pBdr>
          <w:bottom w:val="single" w:sz="4" w:space="1" w:color="BFBFBF"/>
        </w:pBdr>
        <w:spacing w:after="0"/>
      </w:pPr>
    </w:p>
    <w:p w14:paraId="3E6CE472" w14:textId="77777777" w:rsidR="00BA6165" w:rsidRDefault="00BA6165">
      <w:pPr>
        <w:pBdr>
          <w:bottom w:val="single" w:sz="4" w:space="1" w:color="BFBFBF"/>
        </w:pBdr>
        <w:spacing w:after="0"/>
      </w:pPr>
    </w:p>
    <w:p w14:paraId="7284CA25" w14:textId="77777777" w:rsidR="00BA6165" w:rsidRDefault="00BA6165">
      <w:pPr>
        <w:pBdr>
          <w:bottom w:val="single" w:sz="4" w:space="1" w:color="BFBFBF"/>
        </w:pBdr>
        <w:spacing w:after="0"/>
      </w:pPr>
    </w:p>
    <w:p w14:paraId="6B4BDA63"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6843F75D" w14:textId="77777777">
        <w:tc>
          <w:tcPr>
            <w:tcW w:w="10368" w:type="dxa"/>
            <w:shd w:val="clear" w:color="auto" w:fill="FFFFFF"/>
            <w:tcMar>
              <w:top w:w="160" w:type="dxa"/>
              <w:left w:w="160" w:type="dxa"/>
              <w:bottom w:w="160" w:type="dxa"/>
              <w:right w:w="160" w:type="dxa"/>
            </w:tcMar>
          </w:tcPr>
          <w:p w14:paraId="5805E600" w14:textId="77777777" w:rsidR="00BA6165" w:rsidRDefault="00000000">
            <w:r>
              <w:rPr>
                <w:b/>
                <w:color w:val="071B4D"/>
                <w:sz w:val="20"/>
              </w:rPr>
              <w:t>Length plan</w:t>
            </w:r>
          </w:p>
          <w:p w14:paraId="75556656" w14:textId="77777777" w:rsidR="00BA6165" w:rsidRDefault="00000000">
            <w:pPr>
              <w:spacing w:after="0"/>
            </w:pPr>
            <w:r>
              <w:rPr>
                <w:sz w:val="18"/>
              </w:rPr>
              <w:t>Decide whether this should sit closer to 250, 300 or 400 words.</w:t>
            </w:r>
          </w:p>
        </w:tc>
      </w:tr>
    </w:tbl>
    <w:p w14:paraId="12758A06" w14:textId="77777777" w:rsidR="00BA6165" w:rsidRDefault="00BA6165">
      <w:pPr>
        <w:pBdr>
          <w:bottom w:val="single" w:sz="4" w:space="1" w:color="BFBFBF"/>
        </w:pBdr>
        <w:spacing w:after="0"/>
      </w:pPr>
    </w:p>
    <w:p w14:paraId="423CB67C" w14:textId="77777777" w:rsidR="00BA6165" w:rsidRDefault="00BA6165">
      <w:pPr>
        <w:pBdr>
          <w:bottom w:val="single" w:sz="4" w:space="1" w:color="BFBFBF"/>
        </w:pBdr>
        <w:spacing w:after="0"/>
      </w:pPr>
    </w:p>
    <w:p w14:paraId="2E3196A1" w14:textId="77777777" w:rsidR="00BA6165" w:rsidRDefault="00BA6165">
      <w:pPr>
        <w:pBdr>
          <w:bottom w:val="single" w:sz="4" w:space="1" w:color="BFBFBF"/>
        </w:pBdr>
        <w:spacing w:after="0"/>
      </w:pPr>
    </w:p>
    <w:p w14:paraId="3F6C6153" w14:textId="77777777" w:rsidR="00BA6165" w:rsidRDefault="00BA6165">
      <w:pPr>
        <w:pBdr>
          <w:bottom w:val="single" w:sz="4" w:space="1" w:color="BFBFBF"/>
        </w:pBdr>
        <w:spacing w:after="0"/>
      </w:pPr>
    </w:p>
    <w:p w14:paraId="3BDE87E4" w14:textId="77777777" w:rsidR="00BA6165" w:rsidRDefault="00000000">
      <w:pPr>
        <w:pStyle w:val="Heading2"/>
      </w:pPr>
      <w:r>
        <w:rPr>
          <w:color w:val="00A7A8"/>
          <w:sz w:val="24"/>
        </w:rPr>
        <w:t>Reflection</w:t>
      </w:r>
    </w:p>
    <w:p w14:paraId="63100E64" w14:textId="77777777" w:rsidR="00BA6165" w:rsidRDefault="00000000">
      <w:r>
        <w:t>Does the structure guide the reader clearly?</w:t>
      </w:r>
    </w:p>
    <w:p w14:paraId="7A0506FD" w14:textId="77777777" w:rsidR="00BA6165" w:rsidRDefault="00BA6165">
      <w:pPr>
        <w:pBdr>
          <w:bottom w:val="single" w:sz="4" w:space="1" w:color="BFBFBF"/>
        </w:pBdr>
        <w:spacing w:after="0"/>
      </w:pPr>
    </w:p>
    <w:p w14:paraId="2DEA10FF" w14:textId="77777777" w:rsidR="00BA6165" w:rsidRDefault="00BA6165">
      <w:pPr>
        <w:pBdr>
          <w:bottom w:val="single" w:sz="4" w:space="1" w:color="BFBFBF"/>
        </w:pBdr>
        <w:spacing w:after="0"/>
      </w:pPr>
    </w:p>
    <w:p w14:paraId="079ACE7F" w14:textId="77777777" w:rsidR="00BA6165" w:rsidRDefault="00BA6165">
      <w:pPr>
        <w:pBdr>
          <w:bottom w:val="single" w:sz="4" w:space="1" w:color="BFBFBF"/>
        </w:pBdr>
        <w:spacing w:after="0"/>
      </w:pPr>
    </w:p>
    <w:p w14:paraId="58F09907" w14:textId="77777777" w:rsidR="00BA6165" w:rsidRDefault="00000000">
      <w:r>
        <w:t>Is anything missing or over-explained?</w:t>
      </w:r>
    </w:p>
    <w:p w14:paraId="212B98E8" w14:textId="77777777" w:rsidR="00BA6165" w:rsidRDefault="00BA6165">
      <w:pPr>
        <w:pBdr>
          <w:bottom w:val="single" w:sz="4" w:space="1" w:color="BFBFBF"/>
        </w:pBdr>
        <w:spacing w:after="0"/>
      </w:pPr>
    </w:p>
    <w:p w14:paraId="2095BD52" w14:textId="77777777" w:rsidR="00BA6165" w:rsidRDefault="00BA6165">
      <w:pPr>
        <w:pBdr>
          <w:bottom w:val="single" w:sz="4" w:space="1" w:color="BFBFBF"/>
        </w:pBdr>
        <w:spacing w:after="0"/>
      </w:pPr>
    </w:p>
    <w:p w14:paraId="2B8CBFBE" w14:textId="77777777" w:rsidR="00BA6165" w:rsidRDefault="00BA6165">
      <w:pPr>
        <w:pBdr>
          <w:bottom w:val="single" w:sz="4" w:space="1" w:color="BFBFBF"/>
        </w:pBdr>
        <w:spacing w:after="0"/>
      </w:pPr>
    </w:p>
    <w:p w14:paraId="51A4A467" w14:textId="77777777" w:rsidR="00BA6165" w:rsidRDefault="00000000">
      <w:pPr>
        <w:pStyle w:val="Heading2"/>
      </w:pPr>
      <w:r>
        <w:rPr>
          <w:color w:val="00A7A8"/>
          <w:sz w:val="24"/>
        </w:rPr>
        <w:t>Chapter Notes</w:t>
      </w:r>
    </w:p>
    <w:p w14:paraId="3443EF17" w14:textId="77777777" w:rsidR="00BA6165" w:rsidRDefault="00BA6165">
      <w:pPr>
        <w:pBdr>
          <w:bottom w:val="single" w:sz="4" w:space="1" w:color="BFBFBF"/>
        </w:pBdr>
        <w:spacing w:after="0"/>
      </w:pPr>
    </w:p>
    <w:p w14:paraId="2D381FDF" w14:textId="77777777" w:rsidR="00BA6165" w:rsidRDefault="00BA6165">
      <w:pPr>
        <w:pBdr>
          <w:bottom w:val="single" w:sz="4" w:space="1" w:color="BFBFBF"/>
        </w:pBdr>
        <w:spacing w:after="0"/>
      </w:pPr>
    </w:p>
    <w:p w14:paraId="5D2B71AC" w14:textId="77777777" w:rsidR="00BA6165" w:rsidRDefault="00BA6165">
      <w:pPr>
        <w:pBdr>
          <w:bottom w:val="single" w:sz="4" w:space="1" w:color="BFBFBF"/>
        </w:pBdr>
        <w:spacing w:after="0"/>
      </w:pPr>
    </w:p>
    <w:p w14:paraId="66B4AE25" w14:textId="77777777" w:rsidR="00BA6165" w:rsidRDefault="00BA6165">
      <w:pPr>
        <w:pBdr>
          <w:bottom w:val="single" w:sz="4" w:space="1" w:color="BFBFBF"/>
        </w:pBdr>
        <w:spacing w:after="0"/>
      </w:pPr>
    </w:p>
    <w:p w14:paraId="3C89B967" w14:textId="77777777" w:rsidR="00BA6165" w:rsidRDefault="00BA6165">
      <w:pPr>
        <w:pBdr>
          <w:bottom w:val="single" w:sz="4" w:space="1" w:color="BFBFBF"/>
        </w:pBdr>
        <w:spacing w:after="0"/>
      </w:pPr>
    </w:p>
    <w:p w14:paraId="0A9A76D8" w14:textId="77777777" w:rsidR="00BA6165" w:rsidRDefault="00BA6165">
      <w:pPr>
        <w:pBdr>
          <w:bottom w:val="single" w:sz="4" w:space="1" w:color="BFBFBF"/>
        </w:pBdr>
        <w:spacing w:after="0"/>
      </w:pPr>
    </w:p>
    <w:p w14:paraId="62CDE873" w14:textId="77777777" w:rsidR="00BA6165" w:rsidRDefault="00000000">
      <w:pPr>
        <w:pStyle w:val="Heading2"/>
      </w:pPr>
      <w:r>
        <w:rPr>
          <w:color w:val="00A7A8"/>
          <w:sz w:val="24"/>
        </w:rPr>
        <w:t>Chapter Completion Check</w:t>
      </w:r>
    </w:p>
    <w:p w14:paraId="105B7586" w14:textId="77777777" w:rsidR="00BA6165" w:rsidRDefault="00000000">
      <w:pPr>
        <w:spacing w:after="40"/>
      </w:pPr>
      <w:r>
        <w:rPr>
          <w:sz w:val="18"/>
        </w:rPr>
        <w:t>☐ I understand the focus of this chapter.</w:t>
      </w:r>
    </w:p>
    <w:p w14:paraId="1FB83ED1" w14:textId="77777777" w:rsidR="00BA6165" w:rsidRDefault="00000000">
      <w:pPr>
        <w:spacing w:after="40"/>
      </w:pPr>
      <w:r>
        <w:rPr>
          <w:sz w:val="18"/>
        </w:rPr>
        <w:t>☐ I have completed the workbook tasks for this section.</w:t>
      </w:r>
    </w:p>
    <w:p w14:paraId="7A4EA70C" w14:textId="77777777" w:rsidR="00BA6165" w:rsidRDefault="00000000">
      <w:pPr>
        <w:spacing w:after="40"/>
      </w:pPr>
      <w:r>
        <w:rPr>
          <w:sz w:val="18"/>
        </w:rPr>
        <w:t>☐ I have captured notes I can use in my final cover letter.</w:t>
      </w:r>
    </w:p>
    <w:p w14:paraId="366B705F" w14:textId="77777777" w:rsidR="00BA6165" w:rsidRDefault="00000000">
      <w:r>
        <w:br w:type="page"/>
      </w:r>
    </w:p>
    <w:p w14:paraId="52C2AD79" w14:textId="77777777" w:rsidR="00BA6165" w:rsidRDefault="00000000">
      <w:pPr>
        <w:pStyle w:val="Heading1"/>
      </w:pPr>
      <w:r>
        <w:rPr>
          <w:color w:val="071B4D"/>
          <w:sz w:val="32"/>
        </w:rPr>
        <w:lastRenderedPageBreak/>
        <w:t>Chapter 7 | Opening Paragraph: Getting Straight to the Point</w:t>
      </w:r>
    </w:p>
    <w:tbl>
      <w:tblPr>
        <w:tblW w:w="0" w:type="auto"/>
        <w:tblLook w:val="04A0" w:firstRow="1" w:lastRow="0" w:firstColumn="1" w:lastColumn="0" w:noHBand="0" w:noVBand="1"/>
      </w:tblPr>
      <w:tblGrid>
        <w:gridCol w:w="10368"/>
      </w:tblGrid>
      <w:tr w:rsidR="00BA6165" w14:paraId="0C27680B" w14:textId="77777777">
        <w:tc>
          <w:tcPr>
            <w:tcW w:w="10368" w:type="dxa"/>
            <w:shd w:val="clear" w:color="auto" w:fill="EAF7E5"/>
            <w:tcMar>
              <w:top w:w="160" w:type="dxa"/>
              <w:left w:w="160" w:type="dxa"/>
              <w:bottom w:w="160" w:type="dxa"/>
              <w:right w:w="160" w:type="dxa"/>
            </w:tcMar>
          </w:tcPr>
          <w:p w14:paraId="1185E74E" w14:textId="77777777" w:rsidR="00BA6165" w:rsidRDefault="00000000">
            <w:r>
              <w:rPr>
                <w:b/>
                <w:color w:val="071B4D"/>
                <w:sz w:val="20"/>
              </w:rPr>
              <w:t>Chapter focus</w:t>
            </w:r>
          </w:p>
          <w:p w14:paraId="590767D6" w14:textId="77777777" w:rsidR="00BA6165" w:rsidRDefault="00000000">
            <w:pPr>
              <w:spacing w:after="0"/>
            </w:pPr>
            <w:r>
              <w:rPr>
                <w:sz w:val="18"/>
              </w:rPr>
              <w:t>Write an opening that names the role and positions you quickly. Avoid flat or uncertain openings.</w:t>
            </w:r>
          </w:p>
        </w:tc>
      </w:tr>
      <w:tr w:rsidR="00BA6165" w14:paraId="27DA53C2" w14:textId="77777777">
        <w:tc>
          <w:tcPr>
            <w:tcW w:w="10368" w:type="dxa"/>
            <w:shd w:val="clear" w:color="auto" w:fill="F7FBF5"/>
            <w:tcMar>
              <w:top w:w="160" w:type="dxa"/>
              <w:left w:w="160" w:type="dxa"/>
              <w:bottom w:w="160" w:type="dxa"/>
              <w:right w:w="160" w:type="dxa"/>
            </w:tcMar>
          </w:tcPr>
          <w:p w14:paraId="5ECF25AB" w14:textId="77777777" w:rsidR="00BA6165" w:rsidRDefault="00000000">
            <w:r>
              <w:rPr>
                <w:b/>
                <w:color w:val="071B4D"/>
                <w:sz w:val="20"/>
              </w:rPr>
              <w:t>Hint / Tip</w:t>
            </w:r>
          </w:p>
          <w:p w14:paraId="4BE4E963" w14:textId="77777777" w:rsidR="00BA6165" w:rsidRDefault="00000000">
            <w:pPr>
              <w:spacing w:after="0"/>
            </w:pPr>
            <w:r>
              <w:rPr>
                <w:sz w:val="18"/>
              </w:rPr>
              <w:t>Use this formula: I am applying for the [Role Title] position, bringing experience in [area], with particular strengths in [strengths relevant to role].</w:t>
            </w:r>
          </w:p>
        </w:tc>
      </w:tr>
    </w:tbl>
    <w:p w14:paraId="7DCBF651"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75A98594" w14:textId="77777777">
        <w:tc>
          <w:tcPr>
            <w:tcW w:w="10368" w:type="dxa"/>
            <w:shd w:val="clear" w:color="auto" w:fill="FFFFFF"/>
            <w:tcMar>
              <w:top w:w="160" w:type="dxa"/>
              <w:left w:w="160" w:type="dxa"/>
              <w:bottom w:w="160" w:type="dxa"/>
              <w:right w:w="160" w:type="dxa"/>
            </w:tcMar>
          </w:tcPr>
          <w:p w14:paraId="14B56E26" w14:textId="77777777" w:rsidR="00BA6165" w:rsidRDefault="00000000">
            <w:r>
              <w:rPr>
                <w:b/>
                <w:color w:val="071B4D"/>
                <w:sz w:val="20"/>
              </w:rPr>
              <w:t>Role title</w:t>
            </w:r>
          </w:p>
          <w:p w14:paraId="0F4F70DD" w14:textId="77777777" w:rsidR="00BA6165" w:rsidRDefault="00000000">
            <w:pPr>
              <w:spacing w:after="0"/>
            </w:pPr>
            <w:r>
              <w:rPr>
                <w:sz w:val="18"/>
              </w:rPr>
              <w:t>Write the exact role title.</w:t>
            </w:r>
          </w:p>
        </w:tc>
      </w:tr>
    </w:tbl>
    <w:p w14:paraId="037680EC" w14:textId="77777777" w:rsidR="00BA6165" w:rsidRDefault="00BA6165">
      <w:pPr>
        <w:pBdr>
          <w:bottom w:val="single" w:sz="4" w:space="1" w:color="BFBFBF"/>
        </w:pBdr>
        <w:spacing w:after="0"/>
      </w:pPr>
    </w:p>
    <w:p w14:paraId="743C7E7A" w14:textId="77777777" w:rsidR="00BA6165" w:rsidRDefault="00BA6165">
      <w:pPr>
        <w:pBdr>
          <w:bottom w:val="single" w:sz="4" w:space="1" w:color="BFBFBF"/>
        </w:pBdr>
        <w:spacing w:after="0"/>
      </w:pPr>
    </w:p>
    <w:p w14:paraId="4FCCF69F" w14:textId="77777777" w:rsidR="00BA6165" w:rsidRDefault="00BA6165">
      <w:pPr>
        <w:pBdr>
          <w:bottom w:val="single" w:sz="4" w:space="1" w:color="BFBFBF"/>
        </w:pBdr>
        <w:spacing w:after="0"/>
      </w:pPr>
    </w:p>
    <w:p w14:paraId="051E059C"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28E8B577" w14:textId="77777777">
        <w:tc>
          <w:tcPr>
            <w:tcW w:w="10368" w:type="dxa"/>
            <w:shd w:val="clear" w:color="auto" w:fill="FFFFFF"/>
            <w:tcMar>
              <w:top w:w="160" w:type="dxa"/>
              <w:left w:w="160" w:type="dxa"/>
              <w:bottom w:w="160" w:type="dxa"/>
              <w:right w:w="160" w:type="dxa"/>
            </w:tcMar>
          </w:tcPr>
          <w:p w14:paraId="6BC9EEF6" w14:textId="77777777" w:rsidR="00BA6165" w:rsidRDefault="00000000">
            <w:r>
              <w:rPr>
                <w:b/>
                <w:color w:val="071B4D"/>
                <w:sz w:val="20"/>
              </w:rPr>
              <w:t>Relevant experience area</w:t>
            </w:r>
          </w:p>
          <w:p w14:paraId="3CE14389" w14:textId="77777777" w:rsidR="00BA6165" w:rsidRDefault="00000000">
            <w:pPr>
              <w:spacing w:after="0"/>
            </w:pPr>
            <w:r>
              <w:rPr>
                <w:sz w:val="18"/>
              </w:rPr>
              <w:t>What broad experience area should appear in the first sentence?</w:t>
            </w:r>
          </w:p>
        </w:tc>
      </w:tr>
    </w:tbl>
    <w:p w14:paraId="02864FC8" w14:textId="77777777" w:rsidR="00BA6165" w:rsidRDefault="00BA6165">
      <w:pPr>
        <w:pBdr>
          <w:bottom w:val="single" w:sz="4" w:space="1" w:color="BFBFBF"/>
        </w:pBdr>
        <w:spacing w:after="0"/>
      </w:pPr>
    </w:p>
    <w:p w14:paraId="75AF4BF3" w14:textId="77777777" w:rsidR="00BA6165" w:rsidRDefault="00BA6165">
      <w:pPr>
        <w:pBdr>
          <w:bottom w:val="single" w:sz="4" w:space="1" w:color="BFBFBF"/>
        </w:pBdr>
        <w:spacing w:after="0"/>
      </w:pPr>
    </w:p>
    <w:p w14:paraId="61018E22" w14:textId="77777777" w:rsidR="00BA6165" w:rsidRDefault="00BA6165">
      <w:pPr>
        <w:pBdr>
          <w:bottom w:val="single" w:sz="4" w:space="1" w:color="BFBFBF"/>
        </w:pBdr>
        <w:spacing w:after="0"/>
      </w:pPr>
    </w:p>
    <w:p w14:paraId="13B68BA4"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773D95E2" w14:textId="77777777">
        <w:tc>
          <w:tcPr>
            <w:tcW w:w="10368" w:type="dxa"/>
            <w:shd w:val="clear" w:color="auto" w:fill="FFFFFF"/>
            <w:tcMar>
              <w:top w:w="160" w:type="dxa"/>
              <w:left w:w="160" w:type="dxa"/>
              <w:bottom w:w="160" w:type="dxa"/>
              <w:right w:w="160" w:type="dxa"/>
            </w:tcMar>
          </w:tcPr>
          <w:p w14:paraId="5D17CB86" w14:textId="77777777" w:rsidR="00BA6165" w:rsidRDefault="00000000">
            <w:r>
              <w:rPr>
                <w:b/>
                <w:color w:val="071B4D"/>
                <w:sz w:val="20"/>
              </w:rPr>
              <w:t>Relevant strengths</w:t>
            </w:r>
          </w:p>
          <w:p w14:paraId="74E7AF50" w14:textId="77777777" w:rsidR="00BA6165" w:rsidRDefault="00000000">
            <w:pPr>
              <w:spacing w:after="0"/>
            </w:pPr>
            <w:r>
              <w:rPr>
                <w:sz w:val="18"/>
              </w:rPr>
              <w:t>Choose 2-3 strengths most relevant to the role.</w:t>
            </w:r>
          </w:p>
        </w:tc>
      </w:tr>
    </w:tbl>
    <w:p w14:paraId="10ABE8D4" w14:textId="77777777" w:rsidR="00BA6165" w:rsidRDefault="00BA6165">
      <w:pPr>
        <w:pBdr>
          <w:bottom w:val="single" w:sz="4" w:space="1" w:color="BFBFBF"/>
        </w:pBdr>
        <w:spacing w:after="0"/>
      </w:pPr>
    </w:p>
    <w:p w14:paraId="2E0FCBE2" w14:textId="77777777" w:rsidR="00BA6165" w:rsidRDefault="00BA6165">
      <w:pPr>
        <w:pBdr>
          <w:bottom w:val="single" w:sz="4" w:space="1" w:color="BFBFBF"/>
        </w:pBdr>
        <w:spacing w:after="0"/>
      </w:pPr>
    </w:p>
    <w:p w14:paraId="2F0D5FCA" w14:textId="77777777" w:rsidR="00BA6165" w:rsidRDefault="00BA6165">
      <w:pPr>
        <w:pBdr>
          <w:bottom w:val="single" w:sz="4" w:space="1" w:color="BFBFBF"/>
        </w:pBdr>
        <w:spacing w:after="0"/>
      </w:pPr>
    </w:p>
    <w:p w14:paraId="2F209530"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63A96B6E" w14:textId="77777777">
        <w:tc>
          <w:tcPr>
            <w:tcW w:w="10368" w:type="dxa"/>
            <w:shd w:val="clear" w:color="auto" w:fill="FFFFFF"/>
            <w:tcMar>
              <w:top w:w="160" w:type="dxa"/>
              <w:left w:w="160" w:type="dxa"/>
              <w:bottom w:w="160" w:type="dxa"/>
              <w:right w:w="160" w:type="dxa"/>
            </w:tcMar>
          </w:tcPr>
          <w:p w14:paraId="10080CE3" w14:textId="77777777" w:rsidR="00BA6165" w:rsidRDefault="00000000">
            <w:r>
              <w:rPr>
                <w:b/>
                <w:color w:val="071B4D"/>
                <w:sz w:val="20"/>
              </w:rPr>
              <w:t>Opening draft 1</w:t>
            </w:r>
          </w:p>
          <w:p w14:paraId="1FE307A8" w14:textId="77777777" w:rsidR="00BA6165" w:rsidRDefault="00000000">
            <w:pPr>
              <w:spacing w:after="0"/>
            </w:pPr>
            <w:r>
              <w:rPr>
                <w:sz w:val="18"/>
              </w:rPr>
              <w:t>Draft a direct role-led opening.</w:t>
            </w:r>
          </w:p>
        </w:tc>
      </w:tr>
    </w:tbl>
    <w:p w14:paraId="758B4C06" w14:textId="77777777" w:rsidR="00BA6165" w:rsidRDefault="00BA6165">
      <w:pPr>
        <w:pBdr>
          <w:bottom w:val="single" w:sz="4" w:space="1" w:color="BFBFBF"/>
        </w:pBdr>
        <w:spacing w:after="0"/>
      </w:pPr>
    </w:p>
    <w:p w14:paraId="7BF0860D" w14:textId="77777777" w:rsidR="00BA6165" w:rsidRDefault="00BA6165">
      <w:pPr>
        <w:pBdr>
          <w:bottom w:val="single" w:sz="4" w:space="1" w:color="BFBFBF"/>
        </w:pBdr>
        <w:spacing w:after="0"/>
      </w:pPr>
    </w:p>
    <w:p w14:paraId="555394EF" w14:textId="77777777" w:rsidR="00BA6165" w:rsidRDefault="00BA6165">
      <w:pPr>
        <w:pBdr>
          <w:bottom w:val="single" w:sz="4" w:space="1" w:color="BFBFBF"/>
        </w:pBdr>
        <w:spacing w:after="0"/>
      </w:pPr>
    </w:p>
    <w:p w14:paraId="02858A8A"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1A3FD75B" w14:textId="77777777">
        <w:tc>
          <w:tcPr>
            <w:tcW w:w="10368" w:type="dxa"/>
            <w:shd w:val="clear" w:color="auto" w:fill="FFFFFF"/>
            <w:tcMar>
              <w:top w:w="160" w:type="dxa"/>
              <w:left w:w="160" w:type="dxa"/>
              <w:bottom w:w="160" w:type="dxa"/>
              <w:right w:w="160" w:type="dxa"/>
            </w:tcMar>
          </w:tcPr>
          <w:p w14:paraId="58209152" w14:textId="77777777" w:rsidR="00BA6165" w:rsidRDefault="00000000">
            <w:r>
              <w:rPr>
                <w:b/>
                <w:color w:val="071B4D"/>
                <w:sz w:val="20"/>
              </w:rPr>
              <w:t>Opening draft 2</w:t>
            </w:r>
          </w:p>
          <w:p w14:paraId="7473D1AD" w14:textId="77777777" w:rsidR="00BA6165" w:rsidRDefault="00000000">
            <w:pPr>
              <w:spacing w:after="0"/>
            </w:pPr>
            <w:r>
              <w:rPr>
                <w:sz w:val="18"/>
              </w:rPr>
              <w:t>Draft an alternative opening for career change, return to work, relocation or step-up if relevant.</w:t>
            </w:r>
          </w:p>
        </w:tc>
      </w:tr>
    </w:tbl>
    <w:p w14:paraId="1E357B21" w14:textId="77777777" w:rsidR="00BA6165" w:rsidRDefault="00BA6165">
      <w:pPr>
        <w:pBdr>
          <w:bottom w:val="single" w:sz="4" w:space="1" w:color="BFBFBF"/>
        </w:pBdr>
        <w:spacing w:after="0"/>
      </w:pPr>
    </w:p>
    <w:p w14:paraId="04C155E4" w14:textId="77777777" w:rsidR="00BA6165" w:rsidRDefault="00BA6165">
      <w:pPr>
        <w:pBdr>
          <w:bottom w:val="single" w:sz="4" w:space="1" w:color="BFBFBF"/>
        </w:pBdr>
        <w:spacing w:after="0"/>
      </w:pPr>
    </w:p>
    <w:p w14:paraId="0808C873" w14:textId="77777777" w:rsidR="00BA6165" w:rsidRDefault="00BA6165">
      <w:pPr>
        <w:pBdr>
          <w:bottom w:val="single" w:sz="4" w:space="1" w:color="BFBFBF"/>
        </w:pBdr>
        <w:spacing w:after="0"/>
      </w:pPr>
    </w:p>
    <w:p w14:paraId="53FE953B" w14:textId="77777777" w:rsidR="00BA6165" w:rsidRDefault="00BA6165">
      <w:pPr>
        <w:pBdr>
          <w:bottom w:val="single" w:sz="4" w:space="1" w:color="BFBFBF"/>
        </w:pBdr>
        <w:spacing w:after="0"/>
      </w:pPr>
    </w:p>
    <w:p w14:paraId="68AFCDC6" w14:textId="77777777" w:rsidR="00BA6165" w:rsidRDefault="00000000">
      <w:pPr>
        <w:pStyle w:val="Heading2"/>
      </w:pPr>
      <w:r>
        <w:rPr>
          <w:color w:val="00A7A8"/>
          <w:sz w:val="24"/>
        </w:rPr>
        <w:lastRenderedPageBreak/>
        <w:t>Reflection</w:t>
      </w:r>
    </w:p>
    <w:p w14:paraId="3B7620DD" w14:textId="77777777" w:rsidR="00BA6165" w:rsidRDefault="00000000">
      <w:r>
        <w:t>Does the opening feel clear within one sentence?</w:t>
      </w:r>
    </w:p>
    <w:p w14:paraId="3DD78265" w14:textId="77777777" w:rsidR="00BA6165" w:rsidRDefault="00BA6165">
      <w:pPr>
        <w:pBdr>
          <w:bottom w:val="single" w:sz="4" w:space="1" w:color="BFBFBF"/>
        </w:pBdr>
        <w:spacing w:after="0"/>
      </w:pPr>
    </w:p>
    <w:p w14:paraId="0FB23ACE" w14:textId="77777777" w:rsidR="00BA6165" w:rsidRDefault="00BA6165">
      <w:pPr>
        <w:pBdr>
          <w:bottom w:val="single" w:sz="4" w:space="1" w:color="BFBFBF"/>
        </w:pBdr>
        <w:spacing w:after="0"/>
      </w:pPr>
    </w:p>
    <w:p w14:paraId="4386A9B5" w14:textId="77777777" w:rsidR="00BA6165" w:rsidRDefault="00BA6165">
      <w:pPr>
        <w:pBdr>
          <w:bottom w:val="single" w:sz="4" w:space="1" w:color="BFBFBF"/>
        </w:pBdr>
        <w:spacing w:after="0"/>
      </w:pPr>
    </w:p>
    <w:p w14:paraId="2029596D" w14:textId="77777777" w:rsidR="00BA6165" w:rsidRDefault="00000000">
      <w:r>
        <w:t>Have you avoided apologising, over-explaining or sounding uncertain?</w:t>
      </w:r>
    </w:p>
    <w:p w14:paraId="6D5867D0" w14:textId="77777777" w:rsidR="00BA6165" w:rsidRDefault="00BA6165">
      <w:pPr>
        <w:pBdr>
          <w:bottom w:val="single" w:sz="4" w:space="1" w:color="BFBFBF"/>
        </w:pBdr>
        <w:spacing w:after="0"/>
      </w:pPr>
    </w:p>
    <w:p w14:paraId="73937FC2" w14:textId="77777777" w:rsidR="00BA6165" w:rsidRDefault="00BA6165">
      <w:pPr>
        <w:pBdr>
          <w:bottom w:val="single" w:sz="4" w:space="1" w:color="BFBFBF"/>
        </w:pBdr>
        <w:spacing w:after="0"/>
      </w:pPr>
    </w:p>
    <w:p w14:paraId="7C993693" w14:textId="77777777" w:rsidR="00BA6165" w:rsidRDefault="00BA6165">
      <w:pPr>
        <w:pBdr>
          <w:bottom w:val="single" w:sz="4" w:space="1" w:color="BFBFBF"/>
        </w:pBdr>
        <w:spacing w:after="0"/>
      </w:pPr>
    </w:p>
    <w:p w14:paraId="1CCFA469" w14:textId="77777777" w:rsidR="00BA6165" w:rsidRDefault="00000000">
      <w:pPr>
        <w:pStyle w:val="Heading2"/>
      </w:pPr>
      <w:r>
        <w:rPr>
          <w:color w:val="00A7A8"/>
          <w:sz w:val="24"/>
        </w:rPr>
        <w:t>Chapter Notes</w:t>
      </w:r>
    </w:p>
    <w:p w14:paraId="64E2FF1F" w14:textId="77777777" w:rsidR="00BA6165" w:rsidRDefault="00BA6165">
      <w:pPr>
        <w:pBdr>
          <w:bottom w:val="single" w:sz="4" w:space="1" w:color="BFBFBF"/>
        </w:pBdr>
        <w:spacing w:after="0"/>
      </w:pPr>
    </w:p>
    <w:p w14:paraId="73624431" w14:textId="77777777" w:rsidR="00BA6165" w:rsidRDefault="00BA6165">
      <w:pPr>
        <w:pBdr>
          <w:bottom w:val="single" w:sz="4" w:space="1" w:color="BFBFBF"/>
        </w:pBdr>
        <w:spacing w:after="0"/>
      </w:pPr>
    </w:p>
    <w:p w14:paraId="1BDEF647" w14:textId="77777777" w:rsidR="00BA6165" w:rsidRDefault="00BA6165">
      <w:pPr>
        <w:pBdr>
          <w:bottom w:val="single" w:sz="4" w:space="1" w:color="BFBFBF"/>
        </w:pBdr>
        <w:spacing w:after="0"/>
      </w:pPr>
    </w:p>
    <w:p w14:paraId="539AB99D" w14:textId="77777777" w:rsidR="00BA6165" w:rsidRDefault="00BA6165">
      <w:pPr>
        <w:pBdr>
          <w:bottom w:val="single" w:sz="4" w:space="1" w:color="BFBFBF"/>
        </w:pBdr>
        <w:spacing w:after="0"/>
      </w:pPr>
    </w:p>
    <w:p w14:paraId="71CFA23C" w14:textId="77777777" w:rsidR="00BA6165" w:rsidRDefault="00BA6165">
      <w:pPr>
        <w:pBdr>
          <w:bottom w:val="single" w:sz="4" w:space="1" w:color="BFBFBF"/>
        </w:pBdr>
        <w:spacing w:after="0"/>
      </w:pPr>
    </w:p>
    <w:p w14:paraId="458FCEB5" w14:textId="77777777" w:rsidR="00BA6165" w:rsidRDefault="00BA6165">
      <w:pPr>
        <w:pBdr>
          <w:bottom w:val="single" w:sz="4" w:space="1" w:color="BFBFBF"/>
        </w:pBdr>
        <w:spacing w:after="0"/>
      </w:pPr>
    </w:p>
    <w:p w14:paraId="38F9D9C9" w14:textId="77777777" w:rsidR="00BA6165" w:rsidRDefault="00000000">
      <w:pPr>
        <w:pStyle w:val="Heading2"/>
      </w:pPr>
      <w:r>
        <w:rPr>
          <w:color w:val="00A7A8"/>
          <w:sz w:val="24"/>
        </w:rPr>
        <w:t>Chapter Completion Check</w:t>
      </w:r>
    </w:p>
    <w:p w14:paraId="6424BA4D" w14:textId="77777777" w:rsidR="00BA6165" w:rsidRDefault="00000000">
      <w:pPr>
        <w:spacing w:after="40"/>
      </w:pPr>
      <w:r>
        <w:rPr>
          <w:sz w:val="18"/>
        </w:rPr>
        <w:t>☐ I understand the focus of this chapter.</w:t>
      </w:r>
    </w:p>
    <w:p w14:paraId="700C0458" w14:textId="77777777" w:rsidR="00BA6165" w:rsidRDefault="00000000">
      <w:pPr>
        <w:spacing w:after="40"/>
      </w:pPr>
      <w:r>
        <w:rPr>
          <w:sz w:val="18"/>
        </w:rPr>
        <w:t>☐ I have completed the workbook tasks for this section.</w:t>
      </w:r>
    </w:p>
    <w:p w14:paraId="180FA526" w14:textId="77777777" w:rsidR="00BA6165" w:rsidRDefault="00000000">
      <w:pPr>
        <w:spacing w:after="40"/>
      </w:pPr>
      <w:r>
        <w:rPr>
          <w:sz w:val="18"/>
        </w:rPr>
        <w:t>☐ I have captured notes I can use in my final cover letter.</w:t>
      </w:r>
    </w:p>
    <w:p w14:paraId="2B3F5BFA" w14:textId="77777777" w:rsidR="00BA6165" w:rsidRDefault="00000000">
      <w:r>
        <w:br w:type="page"/>
      </w:r>
    </w:p>
    <w:p w14:paraId="38B85000" w14:textId="77777777" w:rsidR="00BA6165" w:rsidRDefault="00000000">
      <w:pPr>
        <w:pStyle w:val="Heading1"/>
      </w:pPr>
      <w:r>
        <w:rPr>
          <w:color w:val="071B4D"/>
          <w:sz w:val="32"/>
        </w:rPr>
        <w:lastRenderedPageBreak/>
        <w:t>Chapter 8 | Middle Section: Showing Relevance and Fit</w:t>
      </w:r>
    </w:p>
    <w:tbl>
      <w:tblPr>
        <w:tblW w:w="0" w:type="auto"/>
        <w:tblLook w:val="04A0" w:firstRow="1" w:lastRow="0" w:firstColumn="1" w:lastColumn="0" w:noHBand="0" w:noVBand="1"/>
      </w:tblPr>
      <w:tblGrid>
        <w:gridCol w:w="10368"/>
      </w:tblGrid>
      <w:tr w:rsidR="00BA6165" w14:paraId="0F80A787" w14:textId="77777777">
        <w:tc>
          <w:tcPr>
            <w:tcW w:w="10368" w:type="dxa"/>
            <w:shd w:val="clear" w:color="auto" w:fill="EAF7E5"/>
            <w:tcMar>
              <w:top w:w="160" w:type="dxa"/>
              <w:left w:w="160" w:type="dxa"/>
              <w:bottom w:w="160" w:type="dxa"/>
              <w:right w:w="160" w:type="dxa"/>
            </w:tcMar>
          </w:tcPr>
          <w:p w14:paraId="11E1E319" w14:textId="77777777" w:rsidR="00BA6165" w:rsidRDefault="00000000">
            <w:r>
              <w:rPr>
                <w:b/>
                <w:color w:val="071B4D"/>
                <w:sz w:val="20"/>
              </w:rPr>
              <w:t>Chapter focus</w:t>
            </w:r>
          </w:p>
          <w:p w14:paraId="21D1FA6B" w14:textId="77777777" w:rsidR="00BA6165" w:rsidRDefault="00000000">
            <w:pPr>
              <w:spacing w:after="0"/>
            </w:pPr>
            <w:r>
              <w:rPr>
                <w:sz w:val="18"/>
              </w:rPr>
              <w:t>Connect your experience to the employer’s needs. This is where you show role fit, not just experience.</w:t>
            </w:r>
          </w:p>
        </w:tc>
      </w:tr>
      <w:tr w:rsidR="00BA6165" w14:paraId="6669CF77" w14:textId="77777777">
        <w:tc>
          <w:tcPr>
            <w:tcW w:w="10368" w:type="dxa"/>
            <w:shd w:val="clear" w:color="auto" w:fill="F7FBF5"/>
            <w:tcMar>
              <w:top w:w="160" w:type="dxa"/>
              <w:left w:w="160" w:type="dxa"/>
              <w:bottom w:w="160" w:type="dxa"/>
              <w:right w:w="160" w:type="dxa"/>
            </w:tcMar>
          </w:tcPr>
          <w:p w14:paraId="55A7928D" w14:textId="77777777" w:rsidR="00BA6165" w:rsidRDefault="00000000">
            <w:r>
              <w:rPr>
                <w:b/>
                <w:color w:val="071B4D"/>
                <w:sz w:val="20"/>
              </w:rPr>
              <w:t>Hint / Tip</w:t>
            </w:r>
          </w:p>
          <w:p w14:paraId="18AE0105" w14:textId="77777777" w:rsidR="00BA6165" w:rsidRDefault="00000000">
            <w:pPr>
              <w:spacing w:after="0"/>
            </w:pPr>
            <w:r>
              <w:rPr>
                <w:sz w:val="18"/>
              </w:rPr>
              <w:t>This section should say, in effect: I understand what this role needs, and my experience matches it.</w:t>
            </w:r>
          </w:p>
        </w:tc>
      </w:tr>
    </w:tbl>
    <w:p w14:paraId="04490058"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3D7C47F2" w14:textId="77777777">
        <w:tc>
          <w:tcPr>
            <w:tcW w:w="10368" w:type="dxa"/>
            <w:shd w:val="clear" w:color="auto" w:fill="FFFFFF"/>
            <w:tcMar>
              <w:top w:w="160" w:type="dxa"/>
              <w:left w:w="160" w:type="dxa"/>
              <w:bottom w:w="160" w:type="dxa"/>
              <w:right w:w="160" w:type="dxa"/>
            </w:tcMar>
          </w:tcPr>
          <w:p w14:paraId="7F9EE9F6" w14:textId="77777777" w:rsidR="00BA6165" w:rsidRDefault="00000000">
            <w:r>
              <w:rPr>
                <w:b/>
                <w:color w:val="071B4D"/>
                <w:sz w:val="20"/>
              </w:rPr>
              <w:t>Employer need 1</w:t>
            </w:r>
          </w:p>
          <w:p w14:paraId="0E8272D7" w14:textId="77777777" w:rsidR="00BA6165" w:rsidRDefault="00000000">
            <w:pPr>
              <w:spacing w:after="0"/>
            </w:pPr>
            <w:r>
              <w:rPr>
                <w:sz w:val="18"/>
              </w:rPr>
              <w:t>Write the first key requirement and your matching experience.</w:t>
            </w:r>
          </w:p>
        </w:tc>
      </w:tr>
    </w:tbl>
    <w:p w14:paraId="63E0DE56" w14:textId="77777777" w:rsidR="00BA6165" w:rsidRDefault="00BA6165">
      <w:pPr>
        <w:pBdr>
          <w:bottom w:val="single" w:sz="4" w:space="1" w:color="BFBFBF"/>
        </w:pBdr>
        <w:spacing w:after="0"/>
      </w:pPr>
    </w:p>
    <w:p w14:paraId="44BE77C3" w14:textId="77777777" w:rsidR="00BA6165" w:rsidRDefault="00BA6165">
      <w:pPr>
        <w:pBdr>
          <w:bottom w:val="single" w:sz="4" w:space="1" w:color="BFBFBF"/>
        </w:pBdr>
        <w:spacing w:after="0"/>
      </w:pPr>
    </w:p>
    <w:p w14:paraId="5A054A9B" w14:textId="77777777" w:rsidR="00BA6165" w:rsidRDefault="00BA6165">
      <w:pPr>
        <w:pBdr>
          <w:bottom w:val="single" w:sz="4" w:space="1" w:color="BFBFBF"/>
        </w:pBdr>
        <w:spacing w:after="0"/>
      </w:pPr>
    </w:p>
    <w:p w14:paraId="180C0330"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DE73DA1" w14:textId="77777777">
        <w:tc>
          <w:tcPr>
            <w:tcW w:w="10368" w:type="dxa"/>
            <w:shd w:val="clear" w:color="auto" w:fill="FFFFFF"/>
            <w:tcMar>
              <w:top w:w="160" w:type="dxa"/>
              <w:left w:w="160" w:type="dxa"/>
              <w:bottom w:w="160" w:type="dxa"/>
              <w:right w:w="160" w:type="dxa"/>
            </w:tcMar>
          </w:tcPr>
          <w:p w14:paraId="1FE30AFA" w14:textId="77777777" w:rsidR="00BA6165" w:rsidRDefault="00000000">
            <w:r>
              <w:rPr>
                <w:b/>
                <w:color w:val="071B4D"/>
                <w:sz w:val="20"/>
              </w:rPr>
              <w:t>Employer need 2</w:t>
            </w:r>
          </w:p>
          <w:p w14:paraId="6428D7AF" w14:textId="77777777" w:rsidR="00BA6165" w:rsidRDefault="00000000">
            <w:pPr>
              <w:spacing w:after="0"/>
            </w:pPr>
            <w:r>
              <w:rPr>
                <w:sz w:val="18"/>
              </w:rPr>
              <w:t>Write the second key requirement and your matching experience.</w:t>
            </w:r>
          </w:p>
        </w:tc>
      </w:tr>
    </w:tbl>
    <w:p w14:paraId="7B33EFEC" w14:textId="77777777" w:rsidR="00BA6165" w:rsidRDefault="00BA6165">
      <w:pPr>
        <w:pBdr>
          <w:bottom w:val="single" w:sz="4" w:space="1" w:color="BFBFBF"/>
        </w:pBdr>
        <w:spacing w:after="0"/>
      </w:pPr>
    </w:p>
    <w:p w14:paraId="128837E8" w14:textId="77777777" w:rsidR="00BA6165" w:rsidRDefault="00BA6165">
      <w:pPr>
        <w:pBdr>
          <w:bottom w:val="single" w:sz="4" w:space="1" w:color="BFBFBF"/>
        </w:pBdr>
        <w:spacing w:after="0"/>
      </w:pPr>
    </w:p>
    <w:p w14:paraId="0ED58CD6" w14:textId="77777777" w:rsidR="00BA6165" w:rsidRDefault="00BA6165">
      <w:pPr>
        <w:pBdr>
          <w:bottom w:val="single" w:sz="4" w:space="1" w:color="BFBFBF"/>
        </w:pBdr>
        <w:spacing w:after="0"/>
      </w:pPr>
    </w:p>
    <w:p w14:paraId="3188A125"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9A7D17F" w14:textId="77777777">
        <w:tc>
          <w:tcPr>
            <w:tcW w:w="10368" w:type="dxa"/>
            <w:shd w:val="clear" w:color="auto" w:fill="FFFFFF"/>
            <w:tcMar>
              <w:top w:w="160" w:type="dxa"/>
              <w:left w:w="160" w:type="dxa"/>
              <w:bottom w:w="160" w:type="dxa"/>
              <w:right w:w="160" w:type="dxa"/>
            </w:tcMar>
          </w:tcPr>
          <w:p w14:paraId="619AD325" w14:textId="77777777" w:rsidR="00BA6165" w:rsidRDefault="00000000">
            <w:r>
              <w:rPr>
                <w:b/>
                <w:color w:val="071B4D"/>
                <w:sz w:val="20"/>
              </w:rPr>
              <w:t>Employer need 3</w:t>
            </w:r>
          </w:p>
          <w:p w14:paraId="0BA30FF5" w14:textId="77777777" w:rsidR="00BA6165" w:rsidRDefault="00000000">
            <w:pPr>
              <w:spacing w:after="0"/>
            </w:pPr>
            <w:r>
              <w:rPr>
                <w:sz w:val="18"/>
              </w:rPr>
              <w:t>Write the third key requirement and your matching experience.</w:t>
            </w:r>
          </w:p>
        </w:tc>
      </w:tr>
    </w:tbl>
    <w:p w14:paraId="061C9E0D" w14:textId="77777777" w:rsidR="00BA6165" w:rsidRDefault="00BA6165">
      <w:pPr>
        <w:pBdr>
          <w:bottom w:val="single" w:sz="4" w:space="1" w:color="BFBFBF"/>
        </w:pBdr>
        <w:spacing w:after="0"/>
      </w:pPr>
    </w:p>
    <w:p w14:paraId="12E812F2" w14:textId="77777777" w:rsidR="00BA6165" w:rsidRDefault="00BA6165">
      <w:pPr>
        <w:pBdr>
          <w:bottom w:val="single" w:sz="4" w:space="1" w:color="BFBFBF"/>
        </w:pBdr>
        <w:spacing w:after="0"/>
      </w:pPr>
    </w:p>
    <w:p w14:paraId="6C2B868F" w14:textId="77777777" w:rsidR="00BA6165" w:rsidRDefault="00BA6165">
      <w:pPr>
        <w:pBdr>
          <w:bottom w:val="single" w:sz="4" w:space="1" w:color="BFBFBF"/>
        </w:pBdr>
        <w:spacing w:after="0"/>
      </w:pPr>
    </w:p>
    <w:p w14:paraId="5CD60213"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6708A3B0" w14:textId="77777777">
        <w:tc>
          <w:tcPr>
            <w:tcW w:w="10368" w:type="dxa"/>
            <w:shd w:val="clear" w:color="auto" w:fill="FFFFFF"/>
            <w:tcMar>
              <w:top w:w="160" w:type="dxa"/>
              <w:left w:w="160" w:type="dxa"/>
              <w:bottom w:w="160" w:type="dxa"/>
              <w:right w:w="160" w:type="dxa"/>
            </w:tcMar>
          </w:tcPr>
          <w:p w14:paraId="191A82EC" w14:textId="77777777" w:rsidR="00BA6165" w:rsidRDefault="00000000">
            <w:r>
              <w:rPr>
                <w:b/>
                <w:color w:val="071B4D"/>
                <w:sz w:val="20"/>
              </w:rPr>
              <w:t>Relevance paragraph draft</w:t>
            </w:r>
          </w:p>
          <w:p w14:paraId="291D606B" w14:textId="77777777" w:rsidR="00BA6165" w:rsidRDefault="00000000">
            <w:pPr>
              <w:spacing w:after="0"/>
            </w:pPr>
            <w:r>
              <w:rPr>
                <w:sz w:val="18"/>
              </w:rPr>
              <w:t>Draft a short paragraph connecting your background to the role requirements.</w:t>
            </w:r>
          </w:p>
        </w:tc>
      </w:tr>
    </w:tbl>
    <w:p w14:paraId="517C8754" w14:textId="77777777" w:rsidR="00BA6165" w:rsidRDefault="00BA6165">
      <w:pPr>
        <w:pBdr>
          <w:bottom w:val="single" w:sz="4" w:space="1" w:color="BFBFBF"/>
        </w:pBdr>
        <w:spacing w:after="0"/>
      </w:pPr>
    </w:p>
    <w:p w14:paraId="31608D0A" w14:textId="77777777" w:rsidR="00BA6165" w:rsidRDefault="00BA6165">
      <w:pPr>
        <w:pBdr>
          <w:bottom w:val="single" w:sz="4" w:space="1" w:color="BFBFBF"/>
        </w:pBdr>
        <w:spacing w:after="0"/>
      </w:pPr>
    </w:p>
    <w:p w14:paraId="600F8535" w14:textId="77777777" w:rsidR="00BA6165" w:rsidRDefault="00BA6165">
      <w:pPr>
        <w:pBdr>
          <w:bottom w:val="single" w:sz="4" w:space="1" w:color="BFBFBF"/>
        </w:pBdr>
        <w:spacing w:after="0"/>
      </w:pPr>
    </w:p>
    <w:p w14:paraId="4E763485" w14:textId="77777777" w:rsidR="00BA6165" w:rsidRDefault="00BA6165">
      <w:pPr>
        <w:pBdr>
          <w:bottom w:val="single" w:sz="4" w:space="1" w:color="BFBFBF"/>
        </w:pBdr>
        <w:spacing w:after="0"/>
      </w:pPr>
    </w:p>
    <w:p w14:paraId="27C9AC3B" w14:textId="77777777" w:rsidR="00BA6165" w:rsidRDefault="00000000">
      <w:pPr>
        <w:pStyle w:val="Heading2"/>
      </w:pPr>
      <w:r>
        <w:rPr>
          <w:color w:val="00A7A8"/>
          <w:sz w:val="24"/>
        </w:rPr>
        <w:t>Reflection</w:t>
      </w:r>
    </w:p>
    <w:p w14:paraId="7EE12C12" w14:textId="77777777" w:rsidR="00BA6165" w:rsidRDefault="00000000">
      <w:r>
        <w:t>Have you linked your experience directly to the role?</w:t>
      </w:r>
    </w:p>
    <w:p w14:paraId="1F64AA2C" w14:textId="77777777" w:rsidR="00BA6165" w:rsidRDefault="00BA6165">
      <w:pPr>
        <w:pBdr>
          <w:bottom w:val="single" w:sz="4" w:space="1" w:color="BFBFBF"/>
        </w:pBdr>
        <w:spacing w:after="0"/>
      </w:pPr>
    </w:p>
    <w:p w14:paraId="73E128BB" w14:textId="77777777" w:rsidR="00BA6165" w:rsidRDefault="00BA6165">
      <w:pPr>
        <w:pBdr>
          <w:bottom w:val="single" w:sz="4" w:space="1" w:color="BFBFBF"/>
        </w:pBdr>
        <w:spacing w:after="0"/>
      </w:pPr>
    </w:p>
    <w:p w14:paraId="1FE48A77" w14:textId="77777777" w:rsidR="00BA6165" w:rsidRDefault="00BA6165">
      <w:pPr>
        <w:pBdr>
          <w:bottom w:val="single" w:sz="4" w:space="1" w:color="BFBFBF"/>
        </w:pBdr>
        <w:spacing w:after="0"/>
      </w:pPr>
    </w:p>
    <w:p w14:paraId="1DA0CCE0" w14:textId="77777777" w:rsidR="00BA6165" w:rsidRDefault="00000000">
      <w:r>
        <w:t>Could this paragraph be sent to any employer? If yes, make it more specific.</w:t>
      </w:r>
    </w:p>
    <w:p w14:paraId="3CE07874" w14:textId="77777777" w:rsidR="00BA6165" w:rsidRDefault="00BA6165">
      <w:pPr>
        <w:pBdr>
          <w:bottom w:val="single" w:sz="4" w:space="1" w:color="BFBFBF"/>
        </w:pBdr>
        <w:spacing w:after="0"/>
      </w:pPr>
    </w:p>
    <w:p w14:paraId="0A79D422" w14:textId="77777777" w:rsidR="00BA6165" w:rsidRDefault="00BA6165">
      <w:pPr>
        <w:pBdr>
          <w:bottom w:val="single" w:sz="4" w:space="1" w:color="BFBFBF"/>
        </w:pBdr>
        <w:spacing w:after="0"/>
      </w:pPr>
    </w:p>
    <w:p w14:paraId="7ECBD598" w14:textId="77777777" w:rsidR="00BA6165" w:rsidRDefault="00BA6165">
      <w:pPr>
        <w:pBdr>
          <w:bottom w:val="single" w:sz="4" w:space="1" w:color="BFBFBF"/>
        </w:pBdr>
        <w:spacing w:after="0"/>
      </w:pPr>
    </w:p>
    <w:p w14:paraId="6CCE1FBA" w14:textId="77777777" w:rsidR="00BA6165" w:rsidRDefault="00000000">
      <w:pPr>
        <w:pStyle w:val="Heading2"/>
      </w:pPr>
      <w:r>
        <w:rPr>
          <w:color w:val="00A7A8"/>
          <w:sz w:val="24"/>
        </w:rPr>
        <w:t>Chapter Notes</w:t>
      </w:r>
    </w:p>
    <w:p w14:paraId="3AA417FC" w14:textId="77777777" w:rsidR="00BA6165" w:rsidRDefault="00BA6165">
      <w:pPr>
        <w:pBdr>
          <w:bottom w:val="single" w:sz="4" w:space="1" w:color="BFBFBF"/>
        </w:pBdr>
        <w:spacing w:after="0"/>
      </w:pPr>
    </w:p>
    <w:p w14:paraId="4438EA4D" w14:textId="77777777" w:rsidR="00BA6165" w:rsidRDefault="00BA6165">
      <w:pPr>
        <w:pBdr>
          <w:bottom w:val="single" w:sz="4" w:space="1" w:color="BFBFBF"/>
        </w:pBdr>
        <w:spacing w:after="0"/>
      </w:pPr>
    </w:p>
    <w:p w14:paraId="568157F3" w14:textId="77777777" w:rsidR="00BA6165" w:rsidRDefault="00BA6165">
      <w:pPr>
        <w:pBdr>
          <w:bottom w:val="single" w:sz="4" w:space="1" w:color="BFBFBF"/>
        </w:pBdr>
        <w:spacing w:after="0"/>
      </w:pPr>
    </w:p>
    <w:p w14:paraId="3B17E629" w14:textId="77777777" w:rsidR="00BA6165" w:rsidRDefault="00BA6165">
      <w:pPr>
        <w:pBdr>
          <w:bottom w:val="single" w:sz="4" w:space="1" w:color="BFBFBF"/>
        </w:pBdr>
        <w:spacing w:after="0"/>
      </w:pPr>
    </w:p>
    <w:p w14:paraId="1EE5876A" w14:textId="77777777" w:rsidR="00BA6165" w:rsidRDefault="00BA6165">
      <w:pPr>
        <w:pBdr>
          <w:bottom w:val="single" w:sz="4" w:space="1" w:color="BFBFBF"/>
        </w:pBdr>
        <w:spacing w:after="0"/>
      </w:pPr>
    </w:p>
    <w:p w14:paraId="6688C326" w14:textId="77777777" w:rsidR="00BA6165" w:rsidRDefault="00BA6165">
      <w:pPr>
        <w:pBdr>
          <w:bottom w:val="single" w:sz="4" w:space="1" w:color="BFBFBF"/>
        </w:pBdr>
        <w:spacing w:after="0"/>
      </w:pPr>
    </w:p>
    <w:p w14:paraId="27B37A3F" w14:textId="77777777" w:rsidR="00BA6165" w:rsidRDefault="00000000">
      <w:pPr>
        <w:pStyle w:val="Heading2"/>
      </w:pPr>
      <w:r>
        <w:rPr>
          <w:color w:val="00A7A8"/>
          <w:sz w:val="24"/>
        </w:rPr>
        <w:t>Chapter Completion Check</w:t>
      </w:r>
    </w:p>
    <w:p w14:paraId="2B659CE1" w14:textId="77777777" w:rsidR="00BA6165" w:rsidRDefault="00000000">
      <w:pPr>
        <w:spacing w:after="40"/>
      </w:pPr>
      <w:r>
        <w:rPr>
          <w:sz w:val="18"/>
        </w:rPr>
        <w:t>☐ I understand the focus of this chapter.</w:t>
      </w:r>
    </w:p>
    <w:p w14:paraId="74401CFB" w14:textId="77777777" w:rsidR="00BA6165" w:rsidRDefault="00000000">
      <w:pPr>
        <w:spacing w:after="40"/>
      </w:pPr>
      <w:r>
        <w:rPr>
          <w:sz w:val="18"/>
        </w:rPr>
        <w:t>☐ I have completed the workbook tasks for this section.</w:t>
      </w:r>
    </w:p>
    <w:p w14:paraId="5AA4C0B1" w14:textId="77777777" w:rsidR="00BA6165" w:rsidRDefault="00000000">
      <w:pPr>
        <w:spacing w:after="40"/>
      </w:pPr>
      <w:r>
        <w:rPr>
          <w:sz w:val="18"/>
        </w:rPr>
        <w:t>☐ I have captured notes I can use in my final cover letter.</w:t>
      </w:r>
    </w:p>
    <w:p w14:paraId="7D813BB6" w14:textId="77777777" w:rsidR="00BA6165" w:rsidRDefault="00000000">
      <w:r>
        <w:br w:type="page"/>
      </w:r>
    </w:p>
    <w:p w14:paraId="61DCA728" w14:textId="77777777" w:rsidR="00BA6165" w:rsidRDefault="00000000">
      <w:pPr>
        <w:pStyle w:val="Heading1"/>
      </w:pPr>
      <w:r>
        <w:rPr>
          <w:color w:val="071B4D"/>
          <w:sz w:val="32"/>
        </w:rPr>
        <w:lastRenderedPageBreak/>
        <w:t>Chapter 9 | Evidence: Using Your Experience Properly</w:t>
      </w:r>
    </w:p>
    <w:tbl>
      <w:tblPr>
        <w:tblW w:w="0" w:type="auto"/>
        <w:tblLook w:val="04A0" w:firstRow="1" w:lastRow="0" w:firstColumn="1" w:lastColumn="0" w:noHBand="0" w:noVBand="1"/>
      </w:tblPr>
      <w:tblGrid>
        <w:gridCol w:w="10368"/>
      </w:tblGrid>
      <w:tr w:rsidR="00BA6165" w14:paraId="64F073A9" w14:textId="77777777">
        <w:tc>
          <w:tcPr>
            <w:tcW w:w="10368" w:type="dxa"/>
            <w:shd w:val="clear" w:color="auto" w:fill="EAF7E5"/>
            <w:tcMar>
              <w:top w:w="160" w:type="dxa"/>
              <w:left w:w="160" w:type="dxa"/>
              <w:bottom w:w="160" w:type="dxa"/>
              <w:right w:w="160" w:type="dxa"/>
            </w:tcMar>
          </w:tcPr>
          <w:p w14:paraId="6905950D" w14:textId="77777777" w:rsidR="00BA6165" w:rsidRDefault="00000000">
            <w:r>
              <w:rPr>
                <w:b/>
                <w:color w:val="071B4D"/>
                <w:sz w:val="20"/>
              </w:rPr>
              <w:t>Chapter focus</w:t>
            </w:r>
          </w:p>
          <w:p w14:paraId="163406AA" w14:textId="77777777" w:rsidR="00BA6165" w:rsidRDefault="00000000">
            <w:pPr>
              <w:spacing w:after="0"/>
            </w:pPr>
            <w:r>
              <w:rPr>
                <w:sz w:val="18"/>
              </w:rPr>
              <w:t>Add proof. Use 2-3 evidence points that show action, context and outcome.</w:t>
            </w:r>
          </w:p>
        </w:tc>
      </w:tr>
      <w:tr w:rsidR="00BA6165" w14:paraId="4BC805F3" w14:textId="77777777">
        <w:tc>
          <w:tcPr>
            <w:tcW w:w="10368" w:type="dxa"/>
            <w:shd w:val="clear" w:color="auto" w:fill="F7FBF5"/>
            <w:tcMar>
              <w:top w:w="160" w:type="dxa"/>
              <w:left w:w="160" w:type="dxa"/>
              <w:bottom w:w="160" w:type="dxa"/>
              <w:right w:w="160" w:type="dxa"/>
            </w:tcMar>
          </w:tcPr>
          <w:p w14:paraId="7791F44E" w14:textId="77777777" w:rsidR="00BA6165" w:rsidRDefault="00000000">
            <w:r>
              <w:rPr>
                <w:b/>
                <w:color w:val="071B4D"/>
                <w:sz w:val="20"/>
              </w:rPr>
              <w:t>Hint / Tip</w:t>
            </w:r>
          </w:p>
          <w:p w14:paraId="35565357" w14:textId="77777777" w:rsidR="00BA6165" w:rsidRDefault="00000000">
            <w:pPr>
              <w:spacing w:after="0"/>
            </w:pPr>
            <w:r>
              <w:rPr>
                <w:sz w:val="18"/>
              </w:rPr>
              <w:t>Evidence should be specific and concise. Use metrics where you have them, but scope, scale and consequence also count.</w:t>
            </w:r>
          </w:p>
        </w:tc>
      </w:tr>
    </w:tbl>
    <w:p w14:paraId="539910D8"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246639A1" w14:textId="77777777">
        <w:tc>
          <w:tcPr>
            <w:tcW w:w="10368" w:type="dxa"/>
            <w:shd w:val="clear" w:color="auto" w:fill="FFFFFF"/>
            <w:tcMar>
              <w:top w:w="160" w:type="dxa"/>
              <w:left w:w="160" w:type="dxa"/>
              <w:bottom w:w="160" w:type="dxa"/>
              <w:right w:w="160" w:type="dxa"/>
            </w:tcMar>
          </w:tcPr>
          <w:p w14:paraId="322818F1" w14:textId="77777777" w:rsidR="00BA6165" w:rsidRDefault="00000000">
            <w:r>
              <w:rPr>
                <w:b/>
                <w:color w:val="071B4D"/>
                <w:sz w:val="20"/>
              </w:rPr>
              <w:t>Evidence point 1</w:t>
            </w:r>
          </w:p>
          <w:p w14:paraId="4751B3A9" w14:textId="77777777" w:rsidR="00BA6165" w:rsidRDefault="00000000">
            <w:pPr>
              <w:spacing w:after="0"/>
            </w:pPr>
            <w:r>
              <w:rPr>
                <w:sz w:val="18"/>
              </w:rPr>
              <w:t>Action + context + outcome.</w:t>
            </w:r>
          </w:p>
        </w:tc>
      </w:tr>
    </w:tbl>
    <w:p w14:paraId="00BDAA29" w14:textId="77777777" w:rsidR="00BA6165" w:rsidRDefault="00BA6165">
      <w:pPr>
        <w:pBdr>
          <w:bottom w:val="single" w:sz="4" w:space="1" w:color="BFBFBF"/>
        </w:pBdr>
        <w:spacing w:after="0"/>
      </w:pPr>
    </w:p>
    <w:p w14:paraId="0735A41D" w14:textId="77777777" w:rsidR="00BA6165" w:rsidRDefault="00BA6165">
      <w:pPr>
        <w:pBdr>
          <w:bottom w:val="single" w:sz="4" w:space="1" w:color="BFBFBF"/>
        </w:pBdr>
        <w:spacing w:after="0"/>
      </w:pPr>
    </w:p>
    <w:p w14:paraId="2FE5AF60" w14:textId="77777777" w:rsidR="00BA6165" w:rsidRDefault="00BA6165">
      <w:pPr>
        <w:pBdr>
          <w:bottom w:val="single" w:sz="4" w:space="1" w:color="BFBFBF"/>
        </w:pBdr>
        <w:spacing w:after="0"/>
      </w:pPr>
    </w:p>
    <w:p w14:paraId="1985B5C1"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711BB3F3" w14:textId="77777777">
        <w:tc>
          <w:tcPr>
            <w:tcW w:w="10368" w:type="dxa"/>
            <w:shd w:val="clear" w:color="auto" w:fill="FFFFFF"/>
            <w:tcMar>
              <w:top w:w="160" w:type="dxa"/>
              <w:left w:w="160" w:type="dxa"/>
              <w:bottom w:w="160" w:type="dxa"/>
              <w:right w:w="160" w:type="dxa"/>
            </w:tcMar>
          </w:tcPr>
          <w:p w14:paraId="399A6DF7" w14:textId="77777777" w:rsidR="00BA6165" w:rsidRDefault="00000000">
            <w:r>
              <w:rPr>
                <w:b/>
                <w:color w:val="071B4D"/>
                <w:sz w:val="20"/>
              </w:rPr>
              <w:t>Evidence point 2</w:t>
            </w:r>
          </w:p>
          <w:p w14:paraId="74796B71" w14:textId="77777777" w:rsidR="00BA6165" w:rsidRDefault="00000000">
            <w:pPr>
              <w:spacing w:after="0"/>
            </w:pPr>
            <w:r>
              <w:rPr>
                <w:sz w:val="18"/>
              </w:rPr>
              <w:t>Action + context + outcome.</w:t>
            </w:r>
          </w:p>
        </w:tc>
      </w:tr>
    </w:tbl>
    <w:p w14:paraId="4ED372AE" w14:textId="77777777" w:rsidR="00BA6165" w:rsidRDefault="00BA6165">
      <w:pPr>
        <w:pBdr>
          <w:bottom w:val="single" w:sz="4" w:space="1" w:color="BFBFBF"/>
        </w:pBdr>
        <w:spacing w:after="0"/>
      </w:pPr>
    </w:p>
    <w:p w14:paraId="20E34B5D" w14:textId="77777777" w:rsidR="00BA6165" w:rsidRDefault="00BA6165">
      <w:pPr>
        <w:pBdr>
          <w:bottom w:val="single" w:sz="4" w:space="1" w:color="BFBFBF"/>
        </w:pBdr>
        <w:spacing w:after="0"/>
      </w:pPr>
    </w:p>
    <w:p w14:paraId="4ACEF392" w14:textId="77777777" w:rsidR="00BA6165" w:rsidRDefault="00BA6165">
      <w:pPr>
        <w:pBdr>
          <w:bottom w:val="single" w:sz="4" w:space="1" w:color="BFBFBF"/>
        </w:pBdr>
        <w:spacing w:after="0"/>
      </w:pPr>
    </w:p>
    <w:p w14:paraId="0062F824"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1D466119" w14:textId="77777777">
        <w:tc>
          <w:tcPr>
            <w:tcW w:w="10368" w:type="dxa"/>
            <w:shd w:val="clear" w:color="auto" w:fill="FFFFFF"/>
            <w:tcMar>
              <w:top w:w="160" w:type="dxa"/>
              <w:left w:w="160" w:type="dxa"/>
              <w:bottom w:w="160" w:type="dxa"/>
              <w:right w:w="160" w:type="dxa"/>
            </w:tcMar>
          </w:tcPr>
          <w:p w14:paraId="6FD63738" w14:textId="77777777" w:rsidR="00BA6165" w:rsidRDefault="00000000">
            <w:r>
              <w:rPr>
                <w:b/>
                <w:color w:val="071B4D"/>
                <w:sz w:val="20"/>
              </w:rPr>
              <w:t>Evidence point 3</w:t>
            </w:r>
          </w:p>
          <w:p w14:paraId="08115DC1" w14:textId="77777777" w:rsidR="00BA6165" w:rsidRDefault="00000000">
            <w:pPr>
              <w:spacing w:after="0"/>
            </w:pPr>
            <w:r>
              <w:rPr>
                <w:sz w:val="18"/>
              </w:rPr>
              <w:t>Action + context + outcome.</w:t>
            </w:r>
          </w:p>
        </w:tc>
      </w:tr>
    </w:tbl>
    <w:p w14:paraId="3007C776" w14:textId="77777777" w:rsidR="00BA6165" w:rsidRDefault="00BA6165">
      <w:pPr>
        <w:pBdr>
          <w:bottom w:val="single" w:sz="4" w:space="1" w:color="BFBFBF"/>
        </w:pBdr>
        <w:spacing w:after="0"/>
      </w:pPr>
    </w:p>
    <w:p w14:paraId="357BC95E" w14:textId="77777777" w:rsidR="00BA6165" w:rsidRDefault="00BA6165">
      <w:pPr>
        <w:pBdr>
          <w:bottom w:val="single" w:sz="4" w:space="1" w:color="BFBFBF"/>
        </w:pBdr>
        <w:spacing w:after="0"/>
      </w:pPr>
    </w:p>
    <w:p w14:paraId="68E8EA45" w14:textId="77777777" w:rsidR="00BA6165" w:rsidRDefault="00BA6165">
      <w:pPr>
        <w:pBdr>
          <w:bottom w:val="single" w:sz="4" w:space="1" w:color="BFBFBF"/>
        </w:pBdr>
        <w:spacing w:after="0"/>
      </w:pPr>
    </w:p>
    <w:p w14:paraId="4A705213"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235DCE7C" w14:textId="77777777">
        <w:tc>
          <w:tcPr>
            <w:tcW w:w="10368" w:type="dxa"/>
            <w:shd w:val="clear" w:color="auto" w:fill="FFFFFF"/>
            <w:tcMar>
              <w:top w:w="160" w:type="dxa"/>
              <w:left w:w="160" w:type="dxa"/>
              <w:bottom w:w="160" w:type="dxa"/>
              <w:right w:w="160" w:type="dxa"/>
            </w:tcMar>
          </w:tcPr>
          <w:p w14:paraId="52098A27" w14:textId="77777777" w:rsidR="00BA6165" w:rsidRDefault="00000000">
            <w:r>
              <w:rPr>
                <w:b/>
                <w:color w:val="071B4D"/>
                <w:sz w:val="20"/>
              </w:rPr>
              <w:t>Evidence paragraph draft</w:t>
            </w:r>
          </w:p>
          <w:p w14:paraId="5305DF8C" w14:textId="77777777" w:rsidR="00BA6165" w:rsidRDefault="00000000">
            <w:pPr>
              <w:spacing w:after="0"/>
            </w:pPr>
            <w:r>
              <w:rPr>
                <w:sz w:val="18"/>
              </w:rPr>
              <w:t>Turn the strongest evidence into a short paragraph or 2-3 compact lines.</w:t>
            </w:r>
          </w:p>
        </w:tc>
      </w:tr>
    </w:tbl>
    <w:p w14:paraId="60C72F9B" w14:textId="77777777" w:rsidR="00BA6165" w:rsidRDefault="00BA6165">
      <w:pPr>
        <w:pBdr>
          <w:bottom w:val="single" w:sz="4" w:space="1" w:color="BFBFBF"/>
        </w:pBdr>
        <w:spacing w:after="0"/>
      </w:pPr>
    </w:p>
    <w:p w14:paraId="547A2EDD" w14:textId="77777777" w:rsidR="00BA6165" w:rsidRDefault="00BA6165">
      <w:pPr>
        <w:pBdr>
          <w:bottom w:val="single" w:sz="4" w:space="1" w:color="BFBFBF"/>
        </w:pBdr>
        <w:spacing w:after="0"/>
      </w:pPr>
    </w:p>
    <w:p w14:paraId="6E64C127" w14:textId="77777777" w:rsidR="00BA6165" w:rsidRDefault="00BA6165">
      <w:pPr>
        <w:pBdr>
          <w:bottom w:val="single" w:sz="4" w:space="1" w:color="BFBFBF"/>
        </w:pBdr>
        <w:spacing w:after="0"/>
      </w:pPr>
    </w:p>
    <w:p w14:paraId="2A52F273" w14:textId="77777777" w:rsidR="00BA6165" w:rsidRDefault="00BA6165">
      <w:pPr>
        <w:pBdr>
          <w:bottom w:val="single" w:sz="4" w:space="1" w:color="BFBFBF"/>
        </w:pBdr>
        <w:spacing w:after="0"/>
      </w:pPr>
    </w:p>
    <w:p w14:paraId="4B2BF43A" w14:textId="77777777" w:rsidR="00BA6165" w:rsidRDefault="00000000">
      <w:pPr>
        <w:pStyle w:val="Heading2"/>
      </w:pPr>
      <w:r>
        <w:rPr>
          <w:color w:val="00A7A8"/>
          <w:sz w:val="24"/>
        </w:rPr>
        <w:t>Reflection</w:t>
      </w:r>
    </w:p>
    <w:p w14:paraId="704535BA" w14:textId="77777777" w:rsidR="00BA6165" w:rsidRDefault="00000000">
      <w:r>
        <w:t>Does this evidence prove what you claimed in the previous paragraph?</w:t>
      </w:r>
    </w:p>
    <w:p w14:paraId="2A2B068D" w14:textId="77777777" w:rsidR="00BA6165" w:rsidRDefault="00BA6165">
      <w:pPr>
        <w:pBdr>
          <w:bottom w:val="single" w:sz="4" w:space="1" w:color="BFBFBF"/>
        </w:pBdr>
        <w:spacing w:after="0"/>
      </w:pPr>
    </w:p>
    <w:p w14:paraId="4FA70AF1" w14:textId="77777777" w:rsidR="00BA6165" w:rsidRDefault="00BA6165">
      <w:pPr>
        <w:pBdr>
          <w:bottom w:val="single" w:sz="4" w:space="1" w:color="BFBFBF"/>
        </w:pBdr>
        <w:spacing w:after="0"/>
      </w:pPr>
    </w:p>
    <w:p w14:paraId="565B9079" w14:textId="77777777" w:rsidR="00BA6165" w:rsidRDefault="00BA6165">
      <w:pPr>
        <w:pBdr>
          <w:bottom w:val="single" w:sz="4" w:space="1" w:color="BFBFBF"/>
        </w:pBdr>
        <w:spacing w:after="0"/>
      </w:pPr>
    </w:p>
    <w:p w14:paraId="11C25265" w14:textId="77777777" w:rsidR="00BA6165" w:rsidRDefault="00000000">
      <w:r>
        <w:t>Are you including too many examples?</w:t>
      </w:r>
    </w:p>
    <w:p w14:paraId="66DF9766" w14:textId="77777777" w:rsidR="00BA6165" w:rsidRDefault="00BA6165">
      <w:pPr>
        <w:pBdr>
          <w:bottom w:val="single" w:sz="4" w:space="1" w:color="BFBFBF"/>
        </w:pBdr>
        <w:spacing w:after="0"/>
      </w:pPr>
    </w:p>
    <w:p w14:paraId="2AC0126D" w14:textId="77777777" w:rsidR="00BA6165" w:rsidRDefault="00BA6165">
      <w:pPr>
        <w:pBdr>
          <w:bottom w:val="single" w:sz="4" w:space="1" w:color="BFBFBF"/>
        </w:pBdr>
        <w:spacing w:after="0"/>
      </w:pPr>
    </w:p>
    <w:p w14:paraId="258FA86E" w14:textId="77777777" w:rsidR="00BA6165" w:rsidRDefault="00BA6165">
      <w:pPr>
        <w:pBdr>
          <w:bottom w:val="single" w:sz="4" w:space="1" w:color="BFBFBF"/>
        </w:pBdr>
        <w:spacing w:after="0"/>
      </w:pPr>
    </w:p>
    <w:p w14:paraId="133D4CB8" w14:textId="77777777" w:rsidR="00BA6165" w:rsidRDefault="00000000">
      <w:pPr>
        <w:pStyle w:val="Heading2"/>
      </w:pPr>
      <w:r>
        <w:rPr>
          <w:color w:val="00A7A8"/>
          <w:sz w:val="24"/>
        </w:rPr>
        <w:t>Chapter Notes</w:t>
      </w:r>
    </w:p>
    <w:p w14:paraId="31B4F0A2" w14:textId="77777777" w:rsidR="00BA6165" w:rsidRDefault="00BA6165">
      <w:pPr>
        <w:pBdr>
          <w:bottom w:val="single" w:sz="4" w:space="1" w:color="BFBFBF"/>
        </w:pBdr>
        <w:spacing w:after="0"/>
      </w:pPr>
    </w:p>
    <w:p w14:paraId="05803CC3" w14:textId="77777777" w:rsidR="00BA6165" w:rsidRDefault="00BA6165">
      <w:pPr>
        <w:pBdr>
          <w:bottom w:val="single" w:sz="4" w:space="1" w:color="BFBFBF"/>
        </w:pBdr>
        <w:spacing w:after="0"/>
      </w:pPr>
    </w:p>
    <w:p w14:paraId="23A7CA60" w14:textId="77777777" w:rsidR="00BA6165" w:rsidRDefault="00BA6165">
      <w:pPr>
        <w:pBdr>
          <w:bottom w:val="single" w:sz="4" w:space="1" w:color="BFBFBF"/>
        </w:pBdr>
        <w:spacing w:after="0"/>
      </w:pPr>
    </w:p>
    <w:p w14:paraId="770B8DED" w14:textId="77777777" w:rsidR="00BA6165" w:rsidRDefault="00BA6165">
      <w:pPr>
        <w:pBdr>
          <w:bottom w:val="single" w:sz="4" w:space="1" w:color="BFBFBF"/>
        </w:pBdr>
        <w:spacing w:after="0"/>
      </w:pPr>
    </w:p>
    <w:p w14:paraId="1150C120" w14:textId="77777777" w:rsidR="00BA6165" w:rsidRDefault="00BA6165">
      <w:pPr>
        <w:pBdr>
          <w:bottom w:val="single" w:sz="4" w:space="1" w:color="BFBFBF"/>
        </w:pBdr>
        <w:spacing w:after="0"/>
      </w:pPr>
    </w:p>
    <w:p w14:paraId="620D9E32" w14:textId="77777777" w:rsidR="00BA6165" w:rsidRDefault="00BA6165">
      <w:pPr>
        <w:pBdr>
          <w:bottom w:val="single" w:sz="4" w:space="1" w:color="BFBFBF"/>
        </w:pBdr>
        <w:spacing w:after="0"/>
      </w:pPr>
    </w:p>
    <w:p w14:paraId="3F7ADF7F" w14:textId="77777777" w:rsidR="00BA6165" w:rsidRDefault="00000000">
      <w:pPr>
        <w:pStyle w:val="Heading2"/>
      </w:pPr>
      <w:r>
        <w:rPr>
          <w:color w:val="00A7A8"/>
          <w:sz w:val="24"/>
        </w:rPr>
        <w:t>Chapter Completion Check</w:t>
      </w:r>
    </w:p>
    <w:p w14:paraId="67DCE439" w14:textId="77777777" w:rsidR="00BA6165" w:rsidRDefault="00000000">
      <w:pPr>
        <w:spacing w:after="40"/>
      </w:pPr>
      <w:r>
        <w:rPr>
          <w:sz w:val="18"/>
        </w:rPr>
        <w:t>☐ I understand the focus of this chapter.</w:t>
      </w:r>
    </w:p>
    <w:p w14:paraId="202C5DCA" w14:textId="77777777" w:rsidR="00BA6165" w:rsidRDefault="00000000">
      <w:pPr>
        <w:spacing w:after="40"/>
      </w:pPr>
      <w:r>
        <w:rPr>
          <w:sz w:val="18"/>
        </w:rPr>
        <w:t>☐ I have completed the workbook tasks for this section.</w:t>
      </w:r>
    </w:p>
    <w:p w14:paraId="6116C441" w14:textId="77777777" w:rsidR="00BA6165" w:rsidRDefault="00000000">
      <w:pPr>
        <w:spacing w:after="40"/>
      </w:pPr>
      <w:r>
        <w:rPr>
          <w:sz w:val="18"/>
        </w:rPr>
        <w:t>☐ I have captured notes I can use in my final cover letter.</w:t>
      </w:r>
    </w:p>
    <w:p w14:paraId="4173E275" w14:textId="77777777" w:rsidR="00BA6165" w:rsidRDefault="00000000">
      <w:r>
        <w:br w:type="page"/>
      </w:r>
    </w:p>
    <w:p w14:paraId="15C36B1D" w14:textId="77777777" w:rsidR="00BA6165" w:rsidRDefault="00000000">
      <w:pPr>
        <w:pStyle w:val="Heading1"/>
      </w:pPr>
      <w:r>
        <w:rPr>
          <w:color w:val="071B4D"/>
          <w:sz w:val="32"/>
        </w:rPr>
        <w:lastRenderedPageBreak/>
        <w:t>Chapter 10 | Closing Paragraph: Ending with Intent</w:t>
      </w:r>
    </w:p>
    <w:tbl>
      <w:tblPr>
        <w:tblW w:w="0" w:type="auto"/>
        <w:tblLook w:val="04A0" w:firstRow="1" w:lastRow="0" w:firstColumn="1" w:lastColumn="0" w:noHBand="0" w:noVBand="1"/>
      </w:tblPr>
      <w:tblGrid>
        <w:gridCol w:w="10368"/>
      </w:tblGrid>
      <w:tr w:rsidR="00BA6165" w14:paraId="221B5AAF" w14:textId="77777777">
        <w:tc>
          <w:tcPr>
            <w:tcW w:w="10368" w:type="dxa"/>
            <w:shd w:val="clear" w:color="auto" w:fill="EAF7E5"/>
            <w:tcMar>
              <w:top w:w="160" w:type="dxa"/>
              <w:left w:w="160" w:type="dxa"/>
              <w:bottom w:w="160" w:type="dxa"/>
              <w:right w:w="160" w:type="dxa"/>
            </w:tcMar>
          </w:tcPr>
          <w:p w14:paraId="04F0EB64" w14:textId="77777777" w:rsidR="00BA6165" w:rsidRDefault="00000000">
            <w:r>
              <w:rPr>
                <w:b/>
                <w:color w:val="071B4D"/>
                <w:sz w:val="20"/>
              </w:rPr>
              <w:t>Chapter focus</w:t>
            </w:r>
          </w:p>
          <w:p w14:paraId="2983031E" w14:textId="77777777" w:rsidR="00BA6165" w:rsidRDefault="00000000">
            <w:pPr>
              <w:spacing w:after="0"/>
            </w:pPr>
            <w:r>
              <w:rPr>
                <w:sz w:val="18"/>
              </w:rPr>
              <w:t>End with calm confidence. Reinforce interest and invite further conversation without sounding passive.</w:t>
            </w:r>
          </w:p>
        </w:tc>
      </w:tr>
      <w:tr w:rsidR="00BA6165" w14:paraId="46050950" w14:textId="77777777">
        <w:tc>
          <w:tcPr>
            <w:tcW w:w="10368" w:type="dxa"/>
            <w:shd w:val="clear" w:color="auto" w:fill="F7FBF5"/>
            <w:tcMar>
              <w:top w:w="160" w:type="dxa"/>
              <w:left w:w="160" w:type="dxa"/>
              <w:bottom w:w="160" w:type="dxa"/>
              <w:right w:w="160" w:type="dxa"/>
            </w:tcMar>
          </w:tcPr>
          <w:p w14:paraId="0E72BBAD" w14:textId="77777777" w:rsidR="00BA6165" w:rsidRDefault="00000000">
            <w:r>
              <w:rPr>
                <w:b/>
                <w:color w:val="071B4D"/>
                <w:sz w:val="20"/>
              </w:rPr>
              <w:t>Hint / Tip</w:t>
            </w:r>
          </w:p>
          <w:p w14:paraId="629695FD" w14:textId="77777777" w:rsidR="00BA6165" w:rsidRDefault="00000000">
            <w:pPr>
              <w:spacing w:after="0"/>
            </w:pPr>
            <w:r>
              <w:rPr>
                <w:sz w:val="18"/>
              </w:rPr>
              <w:t>Avoid “I hope you will consider me”. Use “I would welcome the opportunity to discuss...”</w:t>
            </w:r>
          </w:p>
        </w:tc>
      </w:tr>
    </w:tbl>
    <w:p w14:paraId="4A432C4F"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5CF6DB84" w14:textId="77777777">
        <w:tc>
          <w:tcPr>
            <w:tcW w:w="10368" w:type="dxa"/>
            <w:shd w:val="clear" w:color="auto" w:fill="FFFFFF"/>
            <w:tcMar>
              <w:top w:w="160" w:type="dxa"/>
              <w:left w:w="160" w:type="dxa"/>
              <w:bottom w:w="160" w:type="dxa"/>
              <w:right w:w="160" w:type="dxa"/>
            </w:tcMar>
          </w:tcPr>
          <w:p w14:paraId="0E07C245" w14:textId="77777777" w:rsidR="00BA6165" w:rsidRDefault="00000000">
            <w:r>
              <w:rPr>
                <w:b/>
                <w:color w:val="071B4D"/>
                <w:sz w:val="20"/>
              </w:rPr>
              <w:t>Closing focus</w:t>
            </w:r>
          </w:p>
          <w:p w14:paraId="5AB4964D" w14:textId="77777777" w:rsidR="00BA6165" w:rsidRDefault="00000000">
            <w:pPr>
              <w:spacing w:after="0"/>
            </w:pPr>
            <w:r>
              <w:rPr>
                <w:sz w:val="18"/>
              </w:rPr>
              <w:t>What do you want to reinforce in the closing line?</w:t>
            </w:r>
          </w:p>
        </w:tc>
      </w:tr>
    </w:tbl>
    <w:p w14:paraId="0550451A" w14:textId="77777777" w:rsidR="00BA6165" w:rsidRDefault="00BA6165">
      <w:pPr>
        <w:pBdr>
          <w:bottom w:val="single" w:sz="4" w:space="1" w:color="BFBFBF"/>
        </w:pBdr>
        <w:spacing w:after="0"/>
      </w:pPr>
    </w:p>
    <w:p w14:paraId="7377AA5E" w14:textId="77777777" w:rsidR="00BA6165" w:rsidRDefault="00BA6165">
      <w:pPr>
        <w:pBdr>
          <w:bottom w:val="single" w:sz="4" w:space="1" w:color="BFBFBF"/>
        </w:pBdr>
        <w:spacing w:after="0"/>
      </w:pPr>
    </w:p>
    <w:p w14:paraId="50CFD3A1" w14:textId="77777777" w:rsidR="00BA6165" w:rsidRDefault="00BA6165">
      <w:pPr>
        <w:pBdr>
          <w:bottom w:val="single" w:sz="4" w:space="1" w:color="BFBFBF"/>
        </w:pBdr>
        <w:spacing w:after="0"/>
      </w:pPr>
    </w:p>
    <w:p w14:paraId="4FF6AE84"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40BB25EE" w14:textId="77777777">
        <w:tc>
          <w:tcPr>
            <w:tcW w:w="10368" w:type="dxa"/>
            <w:shd w:val="clear" w:color="auto" w:fill="FFFFFF"/>
            <w:tcMar>
              <w:top w:w="160" w:type="dxa"/>
              <w:left w:w="160" w:type="dxa"/>
              <w:bottom w:w="160" w:type="dxa"/>
              <w:right w:w="160" w:type="dxa"/>
            </w:tcMar>
          </w:tcPr>
          <w:p w14:paraId="4591CE6D" w14:textId="77777777" w:rsidR="00BA6165" w:rsidRDefault="00000000">
            <w:r>
              <w:rPr>
                <w:b/>
                <w:color w:val="071B4D"/>
                <w:sz w:val="20"/>
              </w:rPr>
              <w:t>Closing draft 1</w:t>
            </w:r>
          </w:p>
          <w:p w14:paraId="05A90896" w14:textId="77777777" w:rsidR="00BA6165" w:rsidRDefault="00000000">
            <w:pPr>
              <w:spacing w:after="0"/>
            </w:pPr>
            <w:r>
              <w:rPr>
                <w:sz w:val="18"/>
              </w:rPr>
              <w:t>Write a concise, confident closing.</w:t>
            </w:r>
          </w:p>
        </w:tc>
      </w:tr>
    </w:tbl>
    <w:p w14:paraId="66AAE138" w14:textId="77777777" w:rsidR="00BA6165" w:rsidRDefault="00BA6165">
      <w:pPr>
        <w:pBdr>
          <w:bottom w:val="single" w:sz="4" w:space="1" w:color="BFBFBF"/>
        </w:pBdr>
        <w:spacing w:after="0"/>
      </w:pPr>
    </w:p>
    <w:p w14:paraId="448EFF4E" w14:textId="77777777" w:rsidR="00BA6165" w:rsidRDefault="00BA6165">
      <w:pPr>
        <w:pBdr>
          <w:bottom w:val="single" w:sz="4" w:space="1" w:color="BFBFBF"/>
        </w:pBdr>
        <w:spacing w:after="0"/>
      </w:pPr>
    </w:p>
    <w:p w14:paraId="3CE524A2" w14:textId="77777777" w:rsidR="00BA6165" w:rsidRDefault="00BA6165">
      <w:pPr>
        <w:pBdr>
          <w:bottom w:val="single" w:sz="4" w:space="1" w:color="BFBFBF"/>
        </w:pBdr>
        <w:spacing w:after="0"/>
      </w:pPr>
    </w:p>
    <w:p w14:paraId="3DBB37C3"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D1B6360" w14:textId="77777777">
        <w:tc>
          <w:tcPr>
            <w:tcW w:w="10368" w:type="dxa"/>
            <w:shd w:val="clear" w:color="auto" w:fill="FFFFFF"/>
            <w:tcMar>
              <w:top w:w="160" w:type="dxa"/>
              <w:left w:w="160" w:type="dxa"/>
              <w:bottom w:w="160" w:type="dxa"/>
              <w:right w:w="160" w:type="dxa"/>
            </w:tcMar>
          </w:tcPr>
          <w:p w14:paraId="525716AB" w14:textId="77777777" w:rsidR="00BA6165" w:rsidRDefault="00000000">
            <w:r>
              <w:rPr>
                <w:b/>
                <w:color w:val="071B4D"/>
                <w:sz w:val="20"/>
              </w:rPr>
              <w:t>Closing draft 2</w:t>
            </w:r>
          </w:p>
          <w:p w14:paraId="720D8E5C" w14:textId="77777777" w:rsidR="00BA6165" w:rsidRDefault="00000000">
            <w:pPr>
              <w:spacing w:after="0"/>
            </w:pPr>
            <w:r>
              <w:rPr>
                <w:sz w:val="18"/>
              </w:rPr>
              <w:t>Write an alternative closing for a more formal or senior role.</w:t>
            </w:r>
          </w:p>
        </w:tc>
      </w:tr>
    </w:tbl>
    <w:p w14:paraId="6EC00867" w14:textId="77777777" w:rsidR="00BA6165" w:rsidRDefault="00BA6165">
      <w:pPr>
        <w:pBdr>
          <w:bottom w:val="single" w:sz="4" w:space="1" w:color="BFBFBF"/>
        </w:pBdr>
        <w:spacing w:after="0"/>
      </w:pPr>
    </w:p>
    <w:p w14:paraId="580F4FE7" w14:textId="77777777" w:rsidR="00BA6165" w:rsidRDefault="00BA6165">
      <w:pPr>
        <w:pBdr>
          <w:bottom w:val="single" w:sz="4" w:space="1" w:color="BFBFBF"/>
        </w:pBdr>
        <w:spacing w:after="0"/>
      </w:pPr>
    </w:p>
    <w:p w14:paraId="5E792DC1" w14:textId="77777777" w:rsidR="00BA6165" w:rsidRDefault="00BA6165">
      <w:pPr>
        <w:pBdr>
          <w:bottom w:val="single" w:sz="4" w:space="1" w:color="BFBFBF"/>
        </w:pBdr>
        <w:spacing w:after="0"/>
      </w:pPr>
    </w:p>
    <w:p w14:paraId="69DD20F9" w14:textId="77777777" w:rsidR="00BA6165" w:rsidRDefault="00BA6165">
      <w:pPr>
        <w:pBdr>
          <w:bottom w:val="single" w:sz="4" w:space="1" w:color="BFBFBF"/>
        </w:pBdr>
        <w:spacing w:after="0"/>
      </w:pPr>
    </w:p>
    <w:p w14:paraId="6346E4D2" w14:textId="77777777" w:rsidR="00BA6165" w:rsidRDefault="00000000">
      <w:pPr>
        <w:pStyle w:val="Heading2"/>
      </w:pPr>
      <w:r>
        <w:rPr>
          <w:color w:val="00A7A8"/>
          <w:sz w:val="24"/>
        </w:rPr>
        <w:t>Reflection</w:t>
      </w:r>
    </w:p>
    <w:p w14:paraId="31C52980" w14:textId="77777777" w:rsidR="00BA6165" w:rsidRDefault="00000000">
      <w:r>
        <w:t>Does the closing sound confident rather than needy?</w:t>
      </w:r>
    </w:p>
    <w:p w14:paraId="73D5EBD6" w14:textId="77777777" w:rsidR="00BA6165" w:rsidRDefault="00BA6165">
      <w:pPr>
        <w:pBdr>
          <w:bottom w:val="single" w:sz="4" w:space="1" w:color="BFBFBF"/>
        </w:pBdr>
        <w:spacing w:after="0"/>
      </w:pPr>
    </w:p>
    <w:p w14:paraId="70C576DC" w14:textId="77777777" w:rsidR="00BA6165" w:rsidRDefault="00BA6165">
      <w:pPr>
        <w:pBdr>
          <w:bottom w:val="single" w:sz="4" w:space="1" w:color="BFBFBF"/>
        </w:pBdr>
        <w:spacing w:after="0"/>
      </w:pPr>
    </w:p>
    <w:p w14:paraId="626DDB84" w14:textId="77777777" w:rsidR="00BA6165" w:rsidRDefault="00BA6165">
      <w:pPr>
        <w:pBdr>
          <w:bottom w:val="single" w:sz="4" w:space="1" w:color="BFBFBF"/>
        </w:pBdr>
        <w:spacing w:after="0"/>
      </w:pPr>
    </w:p>
    <w:p w14:paraId="2B8B5210" w14:textId="77777777" w:rsidR="00BA6165" w:rsidRDefault="00000000">
      <w:r>
        <w:t>Does it reinforce fit without repeating everything?</w:t>
      </w:r>
    </w:p>
    <w:p w14:paraId="1AD7F400" w14:textId="77777777" w:rsidR="00BA6165" w:rsidRDefault="00BA6165">
      <w:pPr>
        <w:pBdr>
          <w:bottom w:val="single" w:sz="4" w:space="1" w:color="BFBFBF"/>
        </w:pBdr>
        <w:spacing w:after="0"/>
      </w:pPr>
    </w:p>
    <w:p w14:paraId="69B862B6" w14:textId="77777777" w:rsidR="00BA6165" w:rsidRDefault="00BA6165">
      <w:pPr>
        <w:pBdr>
          <w:bottom w:val="single" w:sz="4" w:space="1" w:color="BFBFBF"/>
        </w:pBdr>
        <w:spacing w:after="0"/>
      </w:pPr>
    </w:p>
    <w:p w14:paraId="61AFE197" w14:textId="77777777" w:rsidR="00BA6165" w:rsidRDefault="00BA6165">
      <w:pPr>
        <w:pBdr>
          <w:bottom w:val="single" w:sz="4" w:space="1" w:color="BFBFBF"/>
        </w:pBdr>
        <w:spacing w:after="0"/>
      </w:pPr>
    </w:p>
    <w:p w14:paraId="336E5943" w14:textId="77777777" w:rsidR="00BA6165" w:rsidRDefault="00000000">
      <w:pPr>
        <w:pStyle w:val="Heading2"/>
      </w:pPr>
      <w:r>
        <w:rPr>
          <w:color w:val="00A7A8"/>
          <w:sz w:val="24"/>
        </w:rPr>
        <w:t>Chapter Notes</w:t>
      </w:r>
    </w:p>
    <w:p w14:paraId="2B633F66" w14:textId="77777777" w:rsidR="00BA6165" w:rsidRDefault="00BA6165">
      <w:pPr>
        <w:pBdr>
          <w:bottom w:val="single" w:sz="4" w:space="1" w:color="BFBFBF"/>
        </w:pBdr>
        <w:spacing w:after="0"/>
      </w:pPr>
    </w:p>
    <w:p w14:paraId="198400A7" w14:textId="77777777" w:rsidR="00BA6165" w:rsidRDefault="00BA6165">
      <w:pPr>
        <w:pBdr>
          <w:bottom w:val="single" w:sz="4" w:space="1" w:color="BFBFBF"/>
        </w:pBdr>
        <w:spacing w:after="0"/>
      </w:pPr>
    </w:p>
    <w:p w14:paraId="7819BCEA" w14:textId="77777777" w:rsidR="00BA6165" w:rsidRDefault="00BA6165">
      <w:pPr>
        <w:pBdr>
          <w:bottom w:val="single" w:sz="4" w:space="1" w:color="BFBFBF"/>
        </w:pBdr>
        <w:spacing w:after="0"/>
      </w:pPr>
    </w:p>
    <w:p w14:paraId="0E714A55" w14:textId="77777777" w:rsidR="00BA6165" w:rsidRDefault="00BA6165">
      <w:pPr>
        <w:pBdr>
          <w:bottom w:val="single" w:sz="4" w:space="1" w:color="BFBFBF"/>
        </w:pBdr>
        <w:spacing w:after="0"/>
      </w:pPr>
    </w:p>
    <w:p w14:paraId="2B3D52F5" w14:textId="77777777" w:rsidR="00BA6165" w:rsidRDefault="00BA6165">
      <w:pPr>
        <w:pBdr>
          <w:bottom w:val="single" w:sz="4" w:space="1" w:color="BFBFBF"/>
        </w:pBdr>
        <w:spacing w:after="0"/>
      </w:pPr>
    </w:p>
    <w:p w14:paraId="6AA43DB2" w14:textId="77777777" w:rsidR="00BA6165" w:rsidRDefault="00BA6165">
      <w:pPr>
        <w:pBdr>
          <w:bottom w:val="single" w:sz="4" w:space="1" w:color="BFBFBF"/>
        </w:pBdr>
        <w:spacing w:after="0"/>
      </w:pPr>
    </w:p>
    <w:p w14:paraId="39DFB473" w14:textId="77777777" w:rsidR="00BA6165" w:rsidRDefault="00000000">
      <w:pPr>
        <w:pStyle w:val="Heading2"/>
      </w:pPr>
      <w:r>
        <w:rPr>
          <w:color w:val="00A7A8"/>
          <w:sz w:val="24"/>
        </w:rPr>
        <w:t>Chapter Completion Check</w:t>
      </w:r>
    </w:p>
    <w:p w14:paraId="561A7100" w14:textId="77777777" w:rsidR="00BA6165" w:rsidRDefault="00000000">
      <w:pPr>
        <w:spacing w:after="40"/>
      </w:pPr>
      <w:r>
        <w:rPr>
          <w:sz w:val="18"/>
        </w:rPr>
        <w:t>☐ I understand the focus of this chapter.</w:t>
      </w:r>
    </w:p>
    <w:p w14:paraId="4F6DE2F1" w14:textId="77777777" w:rsidR="00BA6165" w:rsidRDefault="00000000">
      <w:pPr>
        <w:spacing w:after="40"/>
      </w:pPr>
      <w:r>
        <w:rPr>
          <w:sz w:val="18"/>
        </w:rPr>
        <w:t>☐ I have completed the workbook tasks for this section.</w:t>
      </w:r>
    </w:p>
    <w:p w14:paraId="45A81E81" w14:textId="77777777" w:rsidR="00BA6165" w:rsidRDefault="00000000">
      <w:pPr>
        <w:spacing w:after="40"/>
      </w:pPr>
      <w:r>
        <w:rPr>
          <w:sz w:val="18"/>
        </w:rPr>
        <w:t>☐ I have captured notes I can use in my final cover letter.</w:t>
      </w:r>
    </w:p>
    <w:p w14:paraId="5DA7045E" w14:textId="77777777" w:rsidR="00BA6165" w:rsidRDefault="00000000">
      <w:r>
        <w:br w:type="page"/>
      </w:r>
    </w:p>
    <w:p w14:paraId="6B5F6B41" w14:textId="77777777" w:rsidR="00BA6165" w:rsidRDefault="00000000">
      <w:pPr>
        <w:pStyle w:val="Heading1"/>
      </w:pPr>
      <w:r>
        <w:rPr>
          <w:color w:val="071B4D"/>
          <w:sz w:val="32"/>
        </w:rPr>
        <w:lastRenderedPageBreak/>
        <w:t>Chapter 11 | Tone, Style and Length</w:t>
      </w:r>
    </w:p>
    <w:tbl>
      <w:tblPr>
        <w:tblW w:w="0" w:type="auto"/>
        <w:tblLook w:val="04A0" w:firstRow="1" w:lastRow="0" w:firstColumn="1" w:lastColumn="0" w:noHBand="0" w:noVBand="1"/>
      </w:tblPr>
      <w:tblGrid>
        <w:gridCol w:w="10368"/>
      </w:tblGrid>
      <w:tr w:rsidR="00BA6165" w14:paraId="7A9C1B14" w14:textId="77777777">
        <w:tc>
          <w:tcPr>
            <w:tcW w:w="10368" w:type="dxa"/>
            <w:shd w:val="clear" w:color="auto" w:fill="EAF7E5"/>
            <w:tcMar>
              <w:top w:w="160" w:type="dxa"/>
              <w:left w:w="160" w:type="dxa"/>
              <w:bottom w:w="160" w:type="dxa"/>
              <w:right w:w="160" w:type="dxa"/>
            </w:tcMar>
          </w:tcPr>
          <w:p w14:paraId="46A2860A" w14:textId="77777777" w:rsidR="00BA6165" w:rsidRDefault="00000000">
            <w:r>
              <w:rPr>
                <w:b/>
                <w:color w:val="071B4D"/>
                <w:sz w:val="20"/>
              </w:rPr>
              <w:t>Chapter focus</w:t>
            </w:r>
          </w:p>
          <w:p w14:paraId="63FCF6FC" w14:textId="77777777" w:rsidR="00BA6165" w:rsidRDefault="00000000">
            <w:pPr>
              <w:spacing w:after="0"/>
            </w:pPr>
            <w:r>
              <w:rPr>
                <w:sz w:val="18"/>
              </w:rPr>
              <w:t>Make the letter sound professional, clear and human. Remove inflated, generic or robotic wording.</w:t>
            </w:r>
          </w:p>
        </w:tc>
      </w:tr>
      <w:tr w:rsidR="00BA6165" w14:paraId="6152E22C" w14:textId="77777777">
        <w:tc>
          <w:tcPr>
            <w:tcW w:w="10368" w:type="dxa"/>
            <w:shd w:val="clear" w:color="auto" w:fill="F7FBF5"/>
            <w:tcMar>
              <w:top w:w="160" w:type="dxa"/>
              <w:left w:w="160" w:type="dxa"/>
              <w:bottom w:w="160" w:type="dxa"/>
              <w:right w:w="160" w:type="dxa"/>
            </w:tcMar>
          </w:tcPr>
          <w:p w14:paraId="51C7BFEE" w14:textId="77777777" w:rsidR="00BA6165" w:rsidRDefault="00000000">
            <w:r>
              <w:rPr>
                <w:b/>
                <w:color w:val="071B4D"/>
                <w:sz w:val="20"/>
              </w:rPr>
              <w:t>Hint / Tip</w:t>
            </w:r>
          </w:p>
          <w:p w14:paraId="771AFC6D" w14:textId="77777777" w:rsidR="00BA6165" w:rsidRDefault="00000000">
            <w:pPr>
              <w:spacing w:after="0"/>
            </w:pPr>
            <w:r>
              <w:rPr>
                <w:sz w:val="18"/>
              </w:rPr>
              <w:t>Plain English is stronger than over-polished language. Specific beats dramatic.</w:t>
            </w:r>
          </w:p>
        </w:tc>
      </w:tr>
    </w:tbl>
    <w:p w14:paraId="43BBA67F"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671C56E7" w14:textId="77777777">
        <w:tc>
          <w:tcPr>
            <w:tcW w:w="10368" w:type="dxa"/>
            <w:shd w:val="clear" w:color="auto" w:fill="FFFFFF"/>
            <w:tcMar>
              <w:top w:w="160" w:type="dxa"/>
              <w:left w:w="160" w:type="dxa"/>
              <w:bottom w:w="160" w:type="dxa"/>
              <w:right w:w="160" w:type="dxa"/>
            </w:tcMar>
          </w:tcPr>
          <w:p w14:paraId="10EF414A" w14:textId="77777777" w:rsidR="00BA6165" w:rsidRDefault="00000000">
            <w:r>
              <w:rPr>
                <w:b/>
                <w:color w:val="071B4D"/>
                <w:sz w:val="20"/>
              </w:rPr>
              <w:t>Tone check</w:t>
            </w:r>
          </w:p>
          <w:p w14:paraId="45A85D9E" w14:textId="77777777" w:rsidR="00BA6165" w:rsidRDefault="00000000">
            <w:pPr>
              <w:spacing w:after="0"/>
            </w:pPr>
            <w:r>
              <w:rPr>
                <w:sz w:val="18"/>
              </w:rPr>
              <w:t>List three words that describe the tone you want: e.g. clear, confident, warm.</w:t>
            </w:r>
          </w:p>
        </w:tc>
      </w:tr>
    </w:tbl>
    <w:p w14:paraId="453EDA52" w14:textId="77777777" w:rsidR="00BA6165" w:rsidRDefault="00BA6165">
      <w:pPr>
        <w:pBdr>
          <w:bottom w:val="single" w:sz="4" w:space="1" w:color="BFBFBF"/>
        </w:pBdr>
        <w:spacing w:after="0"/>
      </w:pPr>
    </w:p>
    <w:p w14:paraId="174A660A" w14:textId="77777777" w:rsidR="00BA6165" w:rsidRDefault="00BA6165">
      <w:pPr>
        <w:pBdr>
          <w:bottom w:val="single" w:sz="4" w:space="1" w:color="BFBFBF"/>
        </w:pBdr>
        <w:spacing w:after="0"/>
      </w:pPr>
    </w:p>
    <w:p w14:paraId="1C3956D7" w14:textId="77777777" w:rsidR="00BA6165" w:rsidRDefault="00BA6165">
      <w:pPr>
        <w:pBdr>
          <w:bottom w:val="single" w:sz="4" w:space="1" w:color="BFBFBF"/>
        </w:pBdr>
        <w:spacing w:after="0"/>
      </w:pPr>
    </w:p>
    <w:p w14:paraId="5EC53B56"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7F8B392" w14:textId="77777777">
        <w:tc>
          <w:tcPr>
            <w:tcW w:w="10368" w:type="dxa"/>
            <w:shd w:val="clear" w:color="auto" w:fill="FFFFFF"/>
            <w:tcMar>
              <w:top w:w="160" w:type="dxa"/>
              <w:left w:w="160" w:type="dxa"/>
              <w:bottom w:w="160" w:type="dxa"/>
              <w:right w:w="160" w:type="dxa"/>
            </w:tcMar>
          </w:tcPr>
          <w:p w14:paraId="4F824C26" w14:textId="77777777" w:rsidR="00BA6165" w:rsidRDefault="00000000">
            <w:r>
              <w:rPr>
                <w:b/>
                <w:color w:val="071B4D"/>
                <w:sz w:val="20"/>
              </w:rPr>
              <w:t>Cliché removal</w:t>
            </w:r>
          </w:p>
          <w:p w14:paraId="54B03BF3" w14:textId="77777777" w:rsidR="00BA6165" w:rsidRDefault="00000000">
            <w:pPr>
              <w:spacing w:after="0"/>
            </w:pPr>
            <w:r>
              <w:rPr>
                <w:sz w:val="18"/>
              </w:rPr>
              <w:t>Identify any phrases that sound generic or AI-written.</w:t>
            </w:r>
          </w:p>
        </w:tc>
      </w:tr>
    </w:tbl>
    <w:p w14:paraId="6B0D96CB" w14:textId="77777777" w:rsidR="00BA6165" w:rsidRDefault="00BA6165">
      <w:pPr>
        <w:pBdr>
          <w:bottom w:val="single" w:sz="4" w:space="1" w:color="BFBFBF"/>
        </w:pBdr>
        <w:spacing w:after="0"/>
      </w:pPr>
    </w:p>
    <w:p w14:paraId="035ED0C7" w14:textId="77777777" w:rsidR="00BA6165" w:rsidRDefault="00BA6165">
      <w:pPr>
        <w:pBdr>
          <w:bottom w:val="single" w:sz="4" w:space="1" w:color="BFBFBF"/>
        </w:pBdr>
        <w:spacing w:after="0"/>
      </w:pPr>
    </w:p>
    <w:p w14:paraId="677C0C7A" w14:textId="77777777" w:rsidR="00BA6165" w:rsidRDefault="00BA6165">
      <w:pPr>
        <w:pBdr>
          <w:bottom w:val="single" w:sz="4" w:space="1" w:color="BFBFBF"/>
        </w:pBdr>
        <w:spacing w:after="0"/>
      </w:pPr>
    </w:p>
    <w:p w14:paraId="1CF78847"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669C05C6" w14:textId="77777777">
        <w:tc>
          <w:tcPr>
            <w:tcW w:w="10368" w:type="dxa"/>
            <w:shd w:val="clear" w:color="auto" w:fill="FFFFFF"/>
            <w:tcMar>
              <w:top w:w="160" w:type="dxa"/>
              <w:left w:w="160" w:type="dxa"/>
              <w:bottom w:w="160" w:type="dxa"/>
              <w:right w:w="160" w:type="dxa"/>
            </w:tcMar>
          </w:tcPr>
          <w:p w14:paraId="5F33CB1B" w14:textId="77777777" w:rsidR="00BA6165" w:rsidRDefault="00000000">
            <w:r>
              <w:rPr>
                <w:b/>
                <w:color w:val="071B4D"/>
                <w:sz w:val="20"/>
              </w:rPr>
              <w:t>Rewrite exercise</w:t>
            </w:r>
          </w:p>
          <w:p w14:paraId="6103B74E" w14:textId="77777777" w:rsidR="00BA6165" w:rsidRDefault="00000000">
            <w:pPr>
              <w:spacing w:after="0"/>
            </w:pPr>
            <w:r>
              <w:rPr>
                <w:sz w:val="18"/>
              </w:rPr>
              <w:t>Rewrite one over-polished sentence in clearer language.</w:t>
            </w:r>
          </w:p>
        </w:tc>
      </w:tr>
    </w:tbl>
    <w:p w14:paraId="0A965FFD" w14:textId="77777777" w:rsidR="00BA6165" w:rsidRDefault="00BA6165">
      <w:pPr>
        <w:pBdr>
          <w:bottom w:val="single" w:sz="4" w:space="1" w:color="BFBFBF"/>
        </w:pBdr>
        <w:spacing w:after="0"/>
      </w:pPr>
    </w:p>
    <w:p w14:paraId="45ED2555" w14:textId="77777777" w:rsidR="00BA6165" w:rsidRDefault="00BA6165">
      <w:pPr>
        <w:pBdr>
          <w:bottom w:val="single" w:sz="4" w:space="1" w:color="BFBFBF"/>
        </w:pBdr>
        <w:spacing w:after="0"/>
      </w:pPr>
    </w:p>
    <w:p w14:paraId="35BDFF1A" w14:textId="77777777" w:rsidR="00BA6165" w:rsidRDefault="00BA6165">
      <w:pPr>
        <w:pBdr>
          <w:bottom w:val="single" w:sz="4" w:space="1" w:color="BFBFBF"/>
        </w:pBdr>
        <w:spacing w:after="0"/>
      </w:pPr>
    </w:p>
    <w:p w14:paraId="54F05E63"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0E52E47C" w14:textId="77777777">
        <w:tc>
          <w:tcPr>
            <w:tcW w:w="10368" w:type="dxa"/>
            <w:shd w:val="clear" w:color="auto" w:fill="FFFFFF"/>
            <w:tcMar>
              <w:top w:w="160" w:type="dxa"/>
              <w:left w:w="160" w:type="dxa"/>
              <w:bottom w:w="160" w:type="dxa"/>
              <w:right w:w="160" w:type="dxa"/>
            </w:tcMar>
          </w:tcPr>
          <w:p w14:paraId="2461E2EB" w14:textId="77777777" w:rsidR="00BA6165" w:rsidRDefault="00000000">
            <w:r>
              <w:rPr>
                <w:b/>
                <w:color w:val="071B4D"/>
                <w:sz w:val="20"/>
              </w:rPr>
              <w:t>Word count check</w:t>
            </w:r>
          </w:p>
          <w:p w14:paraId="5A4B1AE0" w14:textId="77777777" w:rsidR="00BA6165" w:rsidRDefault="00000000">
            <w:pPr>
              <w:spacing w:after="0"/>
            </w:pPr>
            <w:r>
              <w:rPr>
                <w:sz w:val="18"/>
              </w:rPr>
              <w:t>Record your current word count and target word count.</w:t>
            </w:r>
          </w:p>
        </w:tc>
      </w:tr>
    </w:tbl>
    <w:p w14:paraId="1D142C1C" w14:textId="77777777" w:rsidR="00BA6165" w:rsidRDefault="00BA6165">
      <w:pPr>
        <w:pBdr>
          <w:bottom w:val="single" w:sz="4" w:space="1" w:color="BFBFBF"/>
        </w:pBdr>
        <w:spacing w:after="0"/>
      </w:pPr>
    </w:p>
    <w:p w14:paraId="29ECF774" w14:textId="77777777" w:rsidR="00BA6165" w:rsidRDefault="00BA6165">
      <w:pPr>
        <w:pBdr>
          <w:bottom w:val="single" w:sz="4" w:space="1" w:color="BFBFBF"/>
        </w:pBdr>
        <w:spacing w:after="0"/>
      </w:pPr>
    </w:p>
    <w:p w14:paraId="02DDE959" w14:textId="77777777" w:rsidR="00BA6165" w:rsidRDefault="00BA6165">
      <w:pPr>
        <w:pBdr>
          <w:bottom w:val="single" w:sz="4" w:space="1" w:color="BFBFBF"/>
        </w:pBdr>
        <w:spacing w:after="0"/>
      </w:pPr>
    </w:p>
    <w:p w14:paraId="164DA465" w14:textId="77777777" w:rsidR="00BA6165" w:rsidRDefault="00BA6165">
      <w:pPr>
        <w:pBdr>
          <w:bottom w:val="single" w:sz="4" w:space="1" w:color="BFBFBF"/>
        </w:pBdr>
        <w:spacing w:after="0"/>
      </w:pPr>
    </w:p>
    <w:p w14:paraId="3BA87EDA" w14:textId="77777777" w:rsidR="00BA6165" w:rsidRDefault="00000000">
      <w:pPr>
        <w:pStyle w:val="Heading2"/>
      </w:pPr>
      <w:r>
        <w:rPr>
          <w:color w:val="00A7A8"/>
          <w:sz w:val="24"/>
        </w:rPr>
        <w:t>Reflection</w:t>
      </w:r>
    </w:p>
    <w:p w14:paraId="4A17389A" w14:textId="77777777" w:rsidR="00BA6165" w:rsidRDefault="00000000">
      <w:r>
        <w:t>Does the letter sound like you?</w:t>
      </w:r>
    </w:p>
    <w:p w14:paraId="77E349C1" w14:textId="77777777" w:rsidR="00BA6165" w:rsidRDefault="00BA6165">
      <w:pPr>
        <w:pBdr>
          <w:bottom w:val="single" w:sz="4" w:space="1" w:color="BFBFBF"/>
        </w:pBdr>
        <w:spacing w:after="0"/>
      </w:pPr>
    </w:p>
    <w:p w14:paraId="65915AD6" w14:textId="77777777" w:rsidR="00BA6165" w:rsidRDefault="00BA6165">
      <w:pPr>
        <w:pBdr>
          <w:bottom w:val="single" w:sz="4" w:space="1" w:color="BFBFBF"/>
        </w:pBdr>
        <w:spacing w:after="0"/>
      </w:pPr>
    </w:p>
    <w:p w14:paraId="1456A8F9" w14:textId="77777777" w:rsidR="00BA6165" w:rsidRDefault="00BA6165">
      <w:pPr>
        <w:pBdr>
          <w:bottom w:val="single" w:sz="4" w:space="1" w:color="BFBFBF"/>
        </w:pBdr>
        <w:spacing w:after="0"/>
      </w:pPr>
    </w:p>
    <w:p w14:paraId="5B9D1B24" w14:textId="77777777" w:rsidR="00BA6165" w:rsidRDefault="00000000">
      <w:r>
        <w:t>Is it easy to read quickly?</w:t>
      </w:r>
    </w:p>
    <w:p w14:paraId="3527273E" w14:textId="77777777" w:rsidR="00BA6165" w:rsidRDefault="00BA6165">
      <w:pPr>
        <w:pBdr>
          <w:bottom w:val="single" w:sz="4" w:space="1" w:color="BFBFBF"/>
        </w:pBdr>
        <w:spacing w:after="0"/>
      </w:pPr>
    </w:p>
    <w:p w14:paraId="3A195655" w14:textId="77777777" w:rsidR="00BA6165" w:rsidRDefault="00BA6165">
      <w:pPr>
        <w:pBdr>
          <w:bottom w:val="single" w:sz="4" w:space="1" w:color="BFBFBF"/>
        </w:pBdr>
        <w:spacing w:after="0"/>
      </w:pPr>
    </w:p>
    <w:p w14:paraId="7911C86D" w14:textId="77777777" w:rsidR="00BA6165" w:rsidRDefault="00BA6165">
      <w:pPr>
        <w:pBdr>
          <w:bottom w:val="single" w:sz="4" w:space="1" w:color="BFBFBF"/>
        </w:pBdr>
        <w:spacing w:after="0"/>
      </w:pPr>
    </w:p>
    <w:p w14:paraId="3A42FDBA" w14:textId="77777777" w:rsidR="00BA6165" w:rsidRDefault="00000000">
      <w:pPr>
        <w:pStyle w:val="Heading2"/>
      </w:pPr>
      <w:r>
        <w:rPr>
          <w:color w:val="00A7A8"/>
          <w:sz w:val="24"/>
        </w:rPr>
        <w:t>Chapter Notes</w:t>
      </w:r>
    </w:p>
    <w:p w14:paraId="370C936D" w14:textId="77777777" w:rsidR="00BA6165" w:rsidRDefault="00BA6165">
      <w:pPr>
        <w:pBdr>
          <w:bottom w:val="single" w:sz="4" w:space="1" w:color="BFBFBF"/>
        </w:pBdr>
        <w:spacing w:after="0"/>
      </w:pPr>
    </w:p>
    <w:p w14:paraId="788081AE" w14:textId="77777777" w:rsidR="00BA6165" w:rsidRDefault="00BA6165">
      <w:pPr>
        <w:pBdr>
          <w:bottom w:val="single" w:sz="4" w:space="1" w:color="BFBFBF"/>
        </w:pBdr>
        <w:spacing w:after="0"/>
      </w:pPr>
    </w:p>
    <w:p w14:paraId="74FBDC2E" w14:textId="77777777" w:rsidR="00BA6165" w:rsidRDefault="00BA6165">
      <w:pPr>
        <w:pBdr>
          <w:bottom w:val="single" w:sz="4" w:space="1" w:color="BFBFBF"/>
        </w:pBdr>
        <w:spacing w:after="0"/>
      </w:pPr>
    </w:p>
    <w:p w14:paraId="7D3AC72B" w14:textId="77777777" w:rsidR="00BA6165" w:rsidRDefault="00BA6165">
      <w:pPr>
        <w:pBdr>
          <w:bottom w:val="single" w:sz="4" w:space="1" w:color="BFBFBF"/>
        </w:pBdr>
        <w:spacing w:after="0"/>
      </w:pPr>
    </w:p>
    <w:p w14:paraId="52F7C391" w14:textId="77777777" w:rsidR="00BA6165" w:rsidRDefault="00BA6165">
      <w:pPr>
        <w:pBdr>
          <w:bottom w:val="single" w:sz="4" w:space="1" w:color="BFBFBF"/>
        </w:pBdr>
        <w:spacing w:after="0"/>
      </w:pPr>
    </w:p>
    <w:p w14:paraId="061670C3" w14:textId="77777777" w:rsidR="00BA6165" w:rsidRDefault="00BA6165">
      <w:pPr>
        <w:pBdr>
          <w:bottom w:val="single" w:sz="4" w:space="1" w:color="BFBFBF"/>
        </w:pBdr>
        <w:spacing w:after="0"/>
      </w:pPr>
    </w:p>
    <w:p w14:paraId="25F0AF93" w14:textId="77777777" w:rsidR="00BA6165" w:rsidRDefault="00000000">
      <w:pPr>
        <w:pStyle w:val="Heading2"/>
      </w:pPr>
      <w:r>
        <w:rPr>
          <w:color w:val="00A7A8"/>
          <w:sz w:val="24"/>
        </w:rPr>
        <w:t>Chapter Completion Check</w:t>
      </w:r>
    </w:p>
    <w:p w14:paraId="1D8C5FDD" w14:textId="77777777" w:rsidR="00BA6165" w:rsidRDefault="00000000">
      <w:pPr>
        <w:spacing w:after="40"/>
      </w:pPr>
      <w:r>
        <w:rPr>
          <w:sz w:val="18"/>
        </w:rPr>
        <w:t>☐ I understand the focus of this chapter.</w:t>
      </w:r>
    </w:p>
    <w:p w14:paraId="2D466360" w14:textId="77777777" w:rsidR="00BA6165" w:rsidRDefault="00000000">
      <w:pPr>
        <w:spacing w:after="40"/>
      </w:pPr>
      <w:r>
        <w:rPr>
          <w:sz w:val="18"/>
        </w:rPr>
        <w:t>☐ I have completed the workbook tasks for this section.</w:t>
      </w:r>
    </w:p>
    <w:p w14:paraId="005F154C" w14:textId="77777777" w:rsidR="00BA6165" w:rsidRDefault="00000000">
      <w:pPr>
        <w:spacing w:after="40"/>
      </w:pPr>
      <w:r>
        <w:rPr>
          <w:sz w:val="18"/>
        </w:rPr>
        <w:t>☐ I have captured notes I can use in my final cover letter.</w:t>
      </w:r>
    </w:p>
    <w:p w14:paraId="5AC0B9A8" w14:textId="77777777" w:rsidR="00BA6165" w:rsidRDefault="00000000">
      <w:r>
        <w:br w:type="page"/>
      </w:r>
    </w:p>
    <w:p w14:paraId="2E9F52F3" w14:textId="77777777" w:rsidR="00BA6165" w:rsidRDefault="00000000">
      <w:pPr>
        <w:pStyle w:val="Heading1"/>
      </w:pPr>
      <w:r>
        <w:rPr>
          <w:color w:val="071B4D"/>
          <w:sz w:val="32"/>
        </w:rPr>
        <w:lastRenderedPageBreak/>
        <w:t>Chapter 12 | Tailoring Without Starting From Scratch</w:t>
      </w:r>
    </w:p>
    <w:tbl>
      <w:tblPr>
        <w:tblW w:w="0" w:type="auto"/>
        <w:tblLook w:val="04A0" w:firstRow="1" w:lastRow="0" w:firstColumn="1" w:lastColumn="0" w:noHBand="0" w:noVBand="1"/>
      </w:tblPr>
      <w:tblGrid>
        <w:gridCol w:w="10368"/>
      </w:tblGrid>
      <w:tr w:rsidR="00BA6165" w14:paraId="1F7C886B" w14:textId="77777777">
        <w:tc>
          <w:tcPr>
            <w:tcW w:w="10368" w:type="dxa"/>
            <w:shd w:val="clear" w:color="auto" w:fill="EAF7E5"/>
            <w:tcMar>
              <w:top w:w="160" w:type="dxa"/>
              <w:left w:w="160" w:type="dxa"/>
              <w:bottom w:w="160" w:type="dxa"/>
              <w:right w:w="160" w:type="dxa"/>
            </w:tcMar>
          </w:tcPr>
          <w:p w14:paraId="313E123D" w14:textId="77777777" w:rsidR="00BA6165" w:rsidRDefault="00000000">
            <w:r>
              <w:rPr>
                <w:b/>
                <w:color w:val="071B4D"/>
                <w:sz w:val="20"/>
              </w:rPr>
              <w:t>Chapter focus</w:t>
            </w:r>
          </w:p>
          <w:p w14:paraId="354E7F75" w14:textId="77777777" w:rsidR="00BA6165" w:rsidRDefault="00000000">
            <w:pPr>
              <w:spacing w:after="0"/>
            </w:pPr>
            <w:r>
              <w:rPr>
                <w:sz w:val="18"/>
              </w:rPr>
              <w:t>Create a reusable master version and tailor it intelligently for each role.</w:t>
            </w:r>
          </w:p>
        </w:tc>
      </w:tr>
      <w:tr w:rsidR="00BA6165" w14:paraId="4A896EA2" w14:textId="77777777">
        <w:tc>
          <w:tcPr>
            <w:tcW w:w="10368" w:type="dxa"/>
            <w:shd w:val="clear" w:color="auto" w:fill="F7FBF5"/>
            <w:tcMar>
              <w:top w:w="160" w:type="dxa"/>
              <w:left w:w="160" w:type="dxa"/>
              <w:bottom w:w="160" w:type="dxa"/>
              <w:right w:w="160" w:type="dxa"/>
            </w:tcMar>
          </w:tcPr>
          <w:p w14:paraId="078A2D58" w14:textId="77777777" w:rsidR="00BA6165" w:rsidRDefault="00000000">
            <w:r>
              <w:rPr>
                <w:b/>
                <w:color w:val="071B4D"/>
                <w:sz w:val="20"/>
              </w:rPr>
              <w:t>Hint / Tip</w:t>
            </w:r>
          </w:p>
          <w:p w14:paraId="5AFA2C7C" w14:textId="77777777" w:rsidR="00BA6165" w:rsidRDefault="00000000">
            <w:pPr>
              <w:spacing w:after="0"/>
            </w:pPr>
            <w:r>
              <w:rPr>
                <w:sz w:val="18"/>
              </w:rPr>
              <w:t>Tailoring means changing emphasis, examples and language - not inventing experience or rewriting everything.</w:t>
            </w:r>
          </w:p>
        </w:tc>
      </w:tr>
    </w:tbl>
    <w:p w14:paraId="156611AC"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25CFF779" w14:textId="77777777">
        <w:tc>
          <w:tcPr>
            <w:tcW w:w="10368" w:type="dxa"/>
            <w:shd w:val="clear" w:color="auto" w:fill="FFFFFF"/>
            <w:tcMar>
              <w:top w:w="160" w:type="dxa"/>
              <w:left w:w="160" w:type="dxa"/>
              <w:bottom w:w="160" w:type="dxa"/>
              <w:right w:w="160" w:type="dxa"/>
            </w:tcMar>
          </w:tcPr>
          <w:p w14:paraId="07C0BEA4" w14:textId="77777777" w:rsidR="00BA6165" w:rsidRDefault="00000000">
            <w:r>
              <w:rPr>
                <w:b/>
                <w:color w:val="071B4D"/>
                <w:sz w:val="20"/>
              </w:rPr>
              <w:t>Master cover letter components</w:t>
            </w:r>
          </w:p>
          <w:p w14:paraId="085E542D" w14:textId="77777777" w:rsidR="00BA6165" w:rsidRDefault="00000000">
            <w:pPr>
              <w:spacing w:after="0"/>
            </w:pPr>
            <w:r>
              <w:rPr>
                <w:sz w:val="18"/>
              </w:rPr>
              <w:t>List your reusable positioning, transferable strengths and evidence points.</w:t>
            </w:r>
          </w:p>
        </w:tc>
      </w:tr>
    </w:tbl>
    <w:p w14:paraId="3655AE7B" w14:textId="77777777" w:rsidR="00BA6165" w:rsidRDefault="00BA6165">
      <w:pPr>
        <w:pBdr>
          <w:bottom w:val="single" w:sz="4" w:space="1" w:color="BFBFBF"/>
        </w:pBdr>
        <w:spacing w:after="0"/>
      </w:pPr>
    </w:p>
    <w:p w14:paraId="10137024" w14:textId="77777777" w:rsidR="00BA6165" w:rsidRDefault="00BA6165">
      <w:pPr>
        <w:pBdr>
          <w:bottom w:val="single" w:sz="4" w:space="1" w:color="BFBFBF"/>
        </w:pBdr>
        <w:spacing w:after="0"/>
      </w:pPr>
    </w:p>
    <w:p w14:paraId="54C1C52E" w14:textId="77777777" w:rsidR="00BA6165" w:rsidRDefault="00BA6165">
      <w:pPr>
        <w:pBdr>
          <w:bottom w:val="single" w:sz="4" w:space="1" w:color="BFBFBF"/>
        </w:pBdr>
        <w:spacing w:after="0"/>
      </w:pPr>
    </w:p>
    <w:p w14:paraId="28B66714"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48B45119" w14:textId="77777777">
        <w:tc>
          <w:tcPr>
            <w:tcW w:w="10368" w:type="dxa"/>
            <w:shd w:val="clear" w:color="auto" w:fill="FFFFFF"/>
            <w:tcMar>
              <w:top w:w="160" w:type="dxa"/>
              <w:left w:w="160" w:type="dxa"/>
              <w:bottom w:w="160" w:type="dxa"/>
              <w:right w:w="160" w:type="dxa"/>
            </w:tcMar>
          </w:tcPr>
          <w:p w14:paraId="789D3D48" w14:textId="77777777" w:rsidR="00BA6165" w:rsidRDefault="00000000">
            <w:r>
              <w:rPr>
                <w:b/>
                <w:color w:val="071B4D"/>
                <w:sz w:val="20"/>
              </w:rPr>
              <w:t>Tailoring checklist for this role</w:t>
            </w:r>
          </w:p>
          <w:p w14:paraId="4344FD40" w14:textId="77777777" w:rsidR="00BA6165" w:rsidRDefault="00000000">
            <w:pPr>
              <w:spacing w:after="0"/>
            </w:pPr>
            <w:r>
              <w:rPr>
                <w:sz w:val="18"/>
              </w:rPr>
              <w:t>What role title, company name, requirements, examples and language need adjusting?</w:t>
            </w:r>
          </w:p>
        </w:tc>
      </w:tr>
    </w:tbl>
    <w:p w14:paraId="4898058C" w14:textId="77777777" w:rsidR="00BA6165" w:rsidRDefault="00BA6165">
      <w:pPr>
        <w:pBdr>
          <w:bottom w:val="single" w:sz="4" w:space="1" w:color="BFBFBF"/>
        </w:pBdr>
        <w:spacing w:after="0"/>
      </w:pPr>
    </w:p>
    <w:p w14:paraId="0B19A10E" w14:textId="77777777" w:rsidR="00BA6165" w:rsidRDefault="00BA6165">
      <w:pPr>
        <w:pBdr>
          <w:bottom w:val="single" w:sz="4" w:space="1" w:color="BFBFBF"/>
        </w:pBdr>
        <w:spacing w:after="0"/>
      </w:pPr>
    </w:p>
    <w:p w14:paraId="71445DB7" w14:textId="77777777" w:rsidR="00BA6165" w:rsidRDefault="00BA6165">
      <w:pPr>
        <w:pBdr>
          <w:bottom w:val="single" w:sz="4" w:space="1" w:color="BFBFBF"/>
        </w:pBdr>
        <w:spacing w:after="0"/>
      </w:pPr>
    </w:p>
    <w:p w14:paraId="66CC2832"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71F60568" w14:textId="77777777">
        <w:tc>
          <w:tcPr>
            <w:tcW w:w="10368" w:type="dxa"/>
            <w:shd w:val="clear" w:color="auto" w:fill="FFFFFF"/>
            <w:tcMar>
              <w:top w:w="160" w:type="dxa"/>
              <w:left w:w="160" w:type="dxa"/>
              <w:bottom w:w="160" w:type="dxa"/>
              <w:right w:w="160" w:type="dxa"/>
            </w:tcMar>
          </w:tcPr>
          <w:p w14:paraId="412EE39A" w14:textId="77777777" w:rsidR="00BA6165" w:rsidRDefault="00000000">
            <w:r>
              <w:rPr>
                <w:b/>
                <w:color w:val="071B4D"/>
                <w:sz w:val="20"/>
              </w:rPr>
              <w:t>Tailored version notes</w:t>
            </w:r>
          </w:p>
          <w:p w14:paraId="3EDE51D4" w14:textId="77777777" w:rsidR="00BA6165" w:rsidRDefault="00000000">
            <w:pPr>
              <w:spacing w:after="0"/>
            </w:pPr>
            <w:r>
              <w:rPr>
                <w:sz w:val="18"/>
              </w:rPr>
              <w:t>What has changed from the master version?</w:t>
            </w:r>
          </w:p>
        </w:tc>
      </w:tr>
    </w:tbl>
    <w:p w14:paraId="063A6D5B" w14:textId="77777777" w:rsidR="00BA6165" w:rsidRDefault="00BA6165">
      <w:pPr>
        <w:pBdr>
          <w:bottom w:val="single" w:sz="4" w:space="1" w:color="BFBFBF"/>
        </w:pBdr>
        <w:spacing w:after="0"/>
      </w:pPr>
    </w:p>
    <w:p w14:paraId="0A81F83B" w14:textId="77777777" w:rsidR="00BA6165" w:rsidRDefault="00BA6165">
      <w:pPr>
        <w:pBdr>
          <w:bottom w:val="single" w:sz="4" w:space="1" w:color="BFBFBF"/>
        </w:pBdr>
        <w:spacing w:after="0"/>
      </w:pPr>
    </w:p>
    <w:p w14:paraId="371C9D71" w14:textId="77777777" w:rsidR="00BA6165" w:rsidRDefault="00BA6165">
      <w:pPr>
        <w:pBdr>
          <w:bottom w:val="single" w:sz="4" w:space="1" w:color="BFBFBF"/>
        </w:pBdr>
        <w:spacing w:after="0"/>
      </w:pPr>
    </w:p>
    <w:p w14:paraId="5FD0BFC1" w14:textId="77777777" w:rsidR="00BA6165" w:rsidRDefault="00BA6165">
      <w:pPr>
        <w:pBdr>
          <w:bottom w:val="single" w:sz="4" w:space="1" w:color="BFBFBF"/>
        </w:pBdr>
        <w:spacing w:after="0"/>
      </w:pPr>
    </w:p>
    <w:p w14:paraId="665948CB" w14:textId="77777777" w:rsidR="00BA6165" w:rsidRDefault="00000000">
      <w:pPr>
        <w:pStyle w:val="Heading2"/>
      </w:pPr>
      <w:r>
        <w:rPr>
          <w:color w:val="00A7A8"/>
          <w:sz w:val="24"/>
        </w:rPr>
        <w:t>Reflection</w:t>
      </w:r>
    </w:p>
    <w:p w14:paraId="0A4A935A" w14:textId="77777777" w:rsidR="00BA6165" w:rsidRDefault="00000000">
      <w:r>
        <w:t>Are you tailoring enough to show relevance?</w:t>
      </w:r>
    </w:p>
    <w:p w14:paraId="6A03A3FB" w14:textId="77777777" w:rsidR="00BA6165" w:rsidRDefault="00BA6165">
      <w:pPr>
        <w:pBdr>
          <w:bottom w:val="single" w:sz="4" w:space="1" w:color="BFBFBF"/>
        </w:pBdr>
        <w:spacing w:after="0"/>
      </w:pPr>
    </w:p>
    <w:p w14:paraId="28B6CE8B" w14:textId="77777777" w:rsidR="00BA6165" w:rsidRDefault="00BA6165">
      <w:pPr>
        <w:pBdr>
          <w:bottom w:val="single" w:sz="4" w:space="1" w:color="BFBFBF"/>
        </w:pBdr>
        <w:spacing w:after="0"/>
      </w:pPr>
    </w:p>
    <w:p w14:paraId="081E75BA" w14:textId="77777777" w:rsidR="00BA6165" w:rsidRDefault="00BA6165">
      <w:pPr>
        <w:pBdr>
          <w:bottom w:val="single" w:sz="4" w:space="1" w:color="BFBFBF"/>
        </w:pBdr>
        <w:spacing w:after="0"/>
      </w:pPr>
    </w:p>
    <w:p w14:paraId="13972223" w14:textId="77777777" w:rsidR="00BA6165" w:rsidRDefault="00000000">
      <w:r>
        <w:t>Are you wasting time rewriting parts that do not need changing?</w:t>
      </w:r>
    </w:p>
    <w:p w14:paraId="280549B8" w14:textId="77777777" w:rsidR="00BA6165" w:rsidRDefault="00BA6165">
      <w:pPr>
        <w:pBdr>
          <w:bottom w:val="single" w:sz="4" w:space="1" w:color="BFBFBF"/>
        </w:pBdr>
        <w:spacing w:after="0"/>
      </w:pPr>
    </w:p>
    <w:p w14:paraId="6DE9E9BD" w14:textId="77777777" w:rsidR="00BA6165" w:rsidRDefault="00BA6165">
      <w:pPr>
        <w:pBdr>
          <w:bottom w:val="single" w:sz="4" w:space="1" w:color="BFBFBF"/>
        </w:pBdr>
        <w:spacing w:after="0"/>
      </w:pPr>
    </w:p>
    <w:p w14:paraId="41B8E5F4" w14:textId="77777777" w:rsidR="00BA6165" w:rsidRDefault="00BA6165">
      <w:pPr>
        <w:pBdr>
          <w:bottom w:val="single" w:sz="4" w:space="1" w:color="BFBFBF"/>
        </w:pBdr>
        <w:spacing w:after="0"/>
      </w:pPr>
    </w:p>
    <w:p w14:paraId="6D5AA9DD" w14:textId="77777777" w:rsidR="00BA6165" w:rsidRDefault="00000000">
      <w:pPr>
        <w:pStyle w:val="Heading2"/>
      </w:pPr>
      <w:r>
        <w:rPr>
          <w:color w:val="00A7A8"/>
          <w:sz w:val="24"/>
        </w:rPr>
        <w:t>Chapter Notes</w:t>
      </w:r>
    </w:p>
    <w:p w14:paraId="4A337686" w14:textId="77777777" w:rsidR="00BA6165" w:rsidRDefault="00BA6165">
      <w:pPr>
        <w:pBdr>
          <w:bottom w:val="single" w:sz="4" w:space="1" w:color="BFBFBF"/>
        </w:pBdr>
        <w:spacing w:after="0"/>
      </w:pPr>
    </w:p>
    <w:p w14:paraId="3356DA9B" w14:textId="77777777" w:rsidR="00BA6165" w:rsidRDefault="00BA6165">
      <w:pPr>
        <w:pBdr>
          <w:bottom w:val="single" w:sz="4" w:space="1" w:color="BFBFBF"/>
        </w:pBdr>
        <w:spacing w:after="0"/>
      </w:pPr>
    </w:p>
    <w:p w14:paraId="260D43AD" w14:textId="77777777" w:rsidR="00BA6165" w:rsidRDefault="00BA6165">
      <w:pPr>
        <w:pBdr>
          <w:bottom w:val="single" w:sz="4" w:space="1" w:color="BFBFBF"/>
        </w:pBdr>
        <w:spacing w:after="0"/>
      </w:pPr>
    </w:p>
    <w:p w14:paraId="65EA15BE" w14:textId="77777777" w:rsidR="00BA6165" w:rsidRDefault="00BA6165">
      <w:pPr>
        <w:pBdr>
          <w:bottom w:val="single" w:sz="4" w:space="1" w:color="BFBFBF"/>
        </w:pBdr>
        <w:spacing w:after="0"/>
      </w:pPr>
    </w:p>
    <w:p w14:paraId="60510851" w14:textId="77777777" w:rsidR="00BA6165" w:rsidRDefault="00BA6165">
      <w:pPr>
        <w:pBdr>
          <w:bottom w:val="single" w:sz="4" w:space="1" w:color="BFBFBF"/>
        </w:pBdr>
        <w:spacing w:after="0"/>
      </w:pPr>
    </w:p>
    <w:p w14:paraId="1FB8F3A7" w14:textId="77777777" w:rsidR="00BA6165" w:rsidRDefault="00BA6165">
      <w:pPr>
        <w:pBdr>
          <w:bottom w:val="single" w:sz="4" w:space="1" w:color="BFBFBF"/>
        </w:pBdr>
        <w:spacing w:after="0"/>
      </w:pPr>
    </w:p>
    <w:p w14:paraId="15681A8C" w14:textId="77777777" w:rsidR="00BA6165" w:rsidRDefault="00000000">
      <w:pPr>
        <w:pStyle w:val="Heading2"/>
      </w:pPr>
      <w:r>
        <w:rPr>
          <w:color w:val="00A7A8"/>
          <w:sz w:val="24"/>
        </w:rPr>
        <w:t>Chapter Completion Check</w:t>
      </w:r>
    </w:p>
    <w:p w14:paraId="55CF2E45" w14:textId="77777777" w:rsidR="00BA6165" w:rsidRDefault="00000000">
      <w:pPr>
        <w:spacing w:after="40"/>
      </w:pPr>
      <w:r>
        <w:rPr>
          <w:sz w:val="18"/>
        </w:rPr>
        <w:t>☐ I understand the focus of this chapter.</w:t>
      </w:r>
    </w:p>
    <w:p w14:paraId="082EFCDD" w14:textId="77777777" w:rsidR="00BA6165" w:rsidRDefault="00000000">
      <w:pPr>
        <w:spacing w:after="40"/>
      </w:pPr>
      <w:r>
        <w:rPr>
          <w:sz w:val="18"/>
        </w:rPr>
        <w:t>☐ I have completed the workbook tasks for this section.</w:t>
      </w:r>
    </w:p>
    <w:p w14:paraId="0DA75E10" w14:textId="77777777" w:rsidR="00BA6165" w:rsidRDefault="00000000">
      <w:pPr>
        <w:spacing w:after="40"/>
      </w:pPr>
      <w:r>
        <w:rPr>
          <w:sz w:val="18"/>
        </w:rPr>
        <w:t>☐ I have captured notes I can use in my final cover letter.</w:t>
      </w:r>
    </w:p>
    <w:p w14:paraId="68D052FE" w14:textId="77777777" w:rsidR="00BA6165" w:rsidRDefault="00000000">
      <w:r>
        <w:br w:type="page"/>
      </w:r>
    </w:p>
    <w:p w14:paraId="1B0CC98B" w14:textId="77777777" w:rsidR="00BA6165" w:rsidRDefault="00000000">
      <w:pPr>
        <w:pStyle w:val="Heading1"/>
      </w:pPr>
      <w:r>
        <w:rPr>
          <w:color w:val="071B4D"/>
          <w:sz w:val="32"/>
        </w:rPr>
        <w:lastRenderedPageBreak/>
        <w:t>Chapter 13 | Using AI Properly Without Sounding Generic</w:t>
      </w:r>
    </w:p>
    <w:tbl>
      <w:tblPr>
        <w:tblW w:w="0" w:type="auto"/>
        <w:tblLook w:val="04A0" w:firstRow="1" w:lastRow="0" w:firstColumn="1" w:lastColumn="0" w:noHBand="0" w:noVBand="1"/>
      </w:tblPr>
      <w:tblGrid>
        <w:gridCol w:w="10368"/>
      </w:tblGrid>
      <w:tr w:rsidR="00BA6165" w14:paraId="494C0228" w14:textId="77777777">
        <w:tc>
          <w:tcPr>
            <w:tcW w:w="10368" w:type="dxa"/>
            <w:shd w:val="clear" w:color="auto" w:fill="EAF7E5"/>
            <w:tcMar>
              <w:top w:w="160" w:type="dxa"/>
              <w:left w:w="160" w:type="dxa"/>
              <w:bottom w:w="160" w:type="dxa"/>
              <w:right w:w="160" w:type="dxa"/>
            </w:tcMar>
          </w:tcPr>
          <w:p w14:paraId="549CA938" w14:textId="77777777" w:rsidR="00BA6165" w:rsidRDefault="00000000">
            <w:r>
              <w:rPr>
                <w:b/>
                <w:color w:val="071B4D"/>
                <w:sz w:val="20"/>
              </w:rPr>
              <w:t>Chapter focus</w:t>
            </w:r>
          </w:p>
          <w:p w14:paraId="1914AD60" w14:textId="77777777" w:rsidR="00BA6165" w:rsidRDefault="00000000">
            <w:pPr>
              <w:spacing w:after="0"/>
            </w:pPr>
            <w:r>
              <w:rPr>
                <w:sz w:val="18"/>
              </w:rPr>
              <w:t>Use AI to structure and refine your thinking, not to replace your judgement.</w:t>
            </w:r>
          </w:p>
        </w:tc>
      </w:tr>
      <w:tr w:rsidR="00BA6165" w14:paraId="52A7DB40" w14:textId="77777777">
        <w:tc>
          <w:tcPr>
            <w:tcW w:w="10368" w:type="dxa"/>
            <w:shd w:val="clear" w:color="auto" w:fill="F7FBF5"/>
            <w:tcMar>
              <w:top w:w="160" w:type="dxa"/>
              <w:left w:w="160" w:type="dxa"/>
              <w:bottom w:w="160" w:type="dxa"/>
              <w:right w:w="160" w:type="dxa"/>
            </w:tcMar>
          </w:tcPr>
          <w:p w14:paraId="03FBA0E9" w14:textId="77777777" w:rsidR="00BA6165" w:rsidRDefault="00000000">
            <w:r>
              <w:rPr>
                <w:b/>
                <w:color w:val="071B4D"/>
                <w:sz w:val="20"/>
              </w:rPr>
              <w:t>Hint / Tip</w:t>
            </w:r>
          </w:p>
          <w:p w14:paraId="6758BF18" w14:textId="77777777" w:rsidR="00BA6165" w:rsidRDefault="00000000">
            <w:pPr>
              <w:spacing w:after="0"/>
            </w:pPr>
            <w:r>
              <w:rPr>
                <w:sz w:val="18"/>
              </w:rPr>
              <w:t>AI output is only as good as the input. Give it your CV, the advert, achievements, tone and clear boundaries.</w:t>
            </w:r>
          </w:p>
        </w:tc>
      </w:tr>
    </w:tbl>
    <w:p w14:paraId="0C9316CC"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7B66217D" w14:textId="77777777">
        <w:tc>
          <w:tcPr>
            <w:tcW w:w="10368" w:type="dxa"/>
            <w:shd w:val="clear" w:color="auto" w:fill="FFFFFF"/>
            <w:tcMar>
              <w:top w:w="160" w:type="dxa"/>
              <w:left w:w="160" w:type="dxa"/>
              <w:bottom w:w="160" w:type="dxa"/>
              <w:right w:w="160" w:type="dxa"/>
            </w:tcMar>
          </w:tcPr>
          <w:p w14:paraId="01DE3CD8" w14:textId="77777777" w:rsidR="00BA6165" w:rsidRDefault="00000000">
            <w:r>
              <w:rPr>
                <w:b/>
                <w:color w:val="071B4D"/>
                <w:sz w:val="20"/>
              </w:rPr>
              <w:t>AI input checklist</w:t>
            </w:r>
          </w:p>
          <w:p w14:paraId="45D0EECE" w14:textId="77777777" w:rsidR="00BA6165" w:rsidRDefault="00000000">
            <w:pPr>
              <w:spacing w:after="0"/>
            </w:pPr>
            <w:r>
              <w:rPr>
                <w:sz w:val="18"/>
              </w:rPr>
              <w:t>Tick what you will provide: CV, job advert, target direction, achievements, tone, no invention instruction.</w:t>
            </w:r>
          </w:p>
        </w:tc>
      </w:tr>
    </w:tbl>
    <w:p w14:paraId="181FA249" w14:textId="77777777" w:rsidR="00BA6165" w:rsidRDefault="00BA6165">
      <w:pPr>
        <w:pBdr>
          <w:bottom w:val="single" w:sz="4" w:space="1" w:color="BFBFBF"/>
        </w:pBdr>
        <w:spacing w:after="0"/>
      </w:pPr>
    </w:p>
    <w:p w14:paraId="10A19753" w14:textId="77777777" w:rsidR="00BA6165" w:rsidRDefault="00BA6165">
      <w:pPr>
        <w:pBdr>
          <w:bottom w:val="single" w:sz="4" w:space="1" w:color="BFBFBF"/>
        </w:pBdr>
        <w:spacing w:after="0"/>
      </w:pPr>
    </w:p>
    <w:p w14:paraId="22370599" w14:textId="77777777" w:rsidR="00BA6165" w:rsidRDefault="00BA6165">
      <w:pPr>
        <w:pBdr>
          <w:bottom w:val="single" w:sz="4" w:space="1" w:color="BFBFBF"/>
        </w:pBdr>
        <w:spacing w:after="0"/>
      </w:pPr>
    </w:p>
    <w:p w14:paraId="33DE8C22"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54BB3488" w14:textId="77777777">
        <w:tc>
          <w:tcPr>
            <w:tcW w:w="10368" w:type="dxa"/>
            <w:shd w:val="clear" w:color="auto" w:fill="FFFFFF"/>
            <w:tcMar>
              <w:top w:w="160" w:type="dxa"/>
              <w:left w:w="160" w:type="dxa"/>
              <w:bottom w:w="160" w:type="dxa"/>
              <w:right w:w="160" w:type="dxa"/>
            </w:tcMar>
          </w:tcPr>
          <w:p w14:paraId="7BB2CE1D" w14:textId="77777777" w:rsidR="00BA6165" w:rsidRDefault="00000000">
            <w:r>
              <w:rPr>
                <w:b/>
                <w:color w:val="071B4D"/>
                <w:sz w:val="20"/>
              </w:rPr>
              <w:t>Your AI prompt</w:t>
            </w:r>
          </w:p>
          <w:p w14:paraId="159A1F9B" w14:textId="77777777" w:rsidR="00BA6165" w:rsidRDefault="00000000">
            <w:pPr>
              <w:spacing w:after="0"/>
            </w:pPr>
            <w:r>
              <w:rPr>
                <w:sz w:val="18"/>
              </w:rPr>
              <w:t>Write or adapt the prompt you will use.</w:t>
            </w:r>
          </w:p>
        </w:tc>
      </w:tr>
    </w:tbl>
    <w:p w14:paraId="2CDB1A3A" w14:textId="77777777" w:rsidR="00BA6165" w:rsidRDefault="00BA6165">
      <w:pPr>
        <w:pBdr>
          <w:bottom w:val="single" w:sz="4" w:space="1" w:color="BFBFBF"/>
        </w:pBdr>
        <w:spacing w:after="0"/>
      </w:pPr>
    </w:p>
    <w:p w14:paraId="6C89EE39" w14:textId="77777777" w:rsidR="00BA6165" w:rsidRDefault="00BA6165">
      <w:pPr>
        <w:pBdr>
          <w:bottom w:val="single" w:sz="4" w:space="1" w:color="BFBFBF"/>
        </w:pBdr>
        <w:spacing w:after="0"/>
      </w:pPr>
    </w:p>
    <w:p w14:paraId="0284E1AB" w14:textId="77777777" w:rsidR="00BA6165" w:rsidRDefault="00BA6165">
      <w:pPr>
        <w:pBdr>
          <w:bottom w:val="single" w:sz="4" w:space="1" w:color="BFBFBF"/>
        </w:pBdr>
        <w:spacing w:after="0"/>
      </w:pPr>
    </w:p>
    <w:p w14:paraId="3ED21265"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59F413C0" w14:textId="77777777">
        <w:tc>
          <w:tcPr>
            <w:tcW w:w="10368" w:type="dxa"/>
            <w:shd w:val="clear" w:color="auto" w:fill="FFFFFF"/>
            <w:tcMar>
              <w:top w:w="160" w:type="dxa"/>
              <w:left w:w="160" w:type="dxa"/>
              <w:bottom w:w="160" w:type="dxa"/>
              <w:right w:w="160" w:type="dxa"/>
            </w:tcMar>
          </w:tcPr>
          <w:p w14:paraId="1C188C28" w14:textId="77777777" w:rsidR="00BA6165" w:rsidRDefault="00000000">
            <w:r>
              <w:rPr>
                <w:b/>
                <w:color w:val="071B4D"/>
                <w:sz w:val="20"/>
              </w:rPr>
              <w:t>AI output review</w:t>
            </w:r>
          </w:p>
          <w:p w14:paraId="74C58E61" w14:textId="77777777" w:rsidR="00BA6165" w:rsidRDefault="00000000">
            <w:pPr>
              <w:spacing w:after="0"/>
            </w:pPr>
            <w:r>
              <w:rPr>
                <w:sz w:val="18"/>
              </w:rPr>
              <w:t>Check for invented facts, generic wording, excessive length, weak alignment or unnatural tone.</w:t>
            </w:r>
          </w:p>
        </w:tc>
      </w:tr>
    </w:tbl>
    <w:p w14:paraId="03A697FA" w14:textId="77777777" w:rsidR="00BA6165" w:rsidRDefault="00BA6165">
      <w:pPr>
        <w:pBdr>
          <w:bottom w:val="single" w:sz="4" w:space="1" w:color="BFBFBF"/>
        </w:pBdr>
        <w:spacing w:after="0"/>
      </w:pPr>
    </w:p>
    <w:p w14:paraId="29210287" w14:textId="77777777" w:rsidR="00BA6165" w:rsidRDefault="00BA6165">
      <w:pPr>
        <w:pBdr>
          <w:bottom w:val="single" w:sz="4" w:space="1" w:color="BFBFBF"/>
        </w:pBdr>
        <w:spacing w:after="0"/>
      </w:pPr>
    </w:p>
    <w:p w14:paraId="726AAB10" w14:textId="77777777" w:rsidR="00BA6165" w:rsidRDefault="00BA6165">
      <w:pPr>
        <w:pBdr>
          <w:bottom w:val="single" w:sz="4" w:space="1" w:color="BFBFBF"/>
        </w:pBdr>
        <w:spacing w:after="0"/>
      </w:pPr>
    </w:p>
    <w:p w14:paraId="01318398" w14:textId="77777777" w:rsidR="00BA6165" w:rsidRDefault="00BA6165">
      <w:pPr>
        <w:pBdr>
          <w:bottom w:val="single" w:sz="4" w:space="1" w:color="BFBFBF"/>
        </w:pBdr>
        <w:spacing w:after="0"/>
      </w:pPr>
    </w:p>
    <w:p w14:paraId="63921E95" w14:textId="77777777" w:rsidR="00BA6165" w:rsidRDefault="00000000">
      <w:pPr>
        <w:pStyle w:val="Heading2"/>
      </w:pPr>
      <w:r>
        <w:rPr>
          <w:color w:val="00A7A8"/>
          <w:sz w:val="24"/>
        </w:rPr>
        <w:t>Reflection</w:t>
      </w:r>
    </w:p>
    <w:p w14:paraId="77AC1517" w14:textId="77777777" w:rsidR="00BA6165" w:rsidRDefault="00000000">
      <w:r>
        <w:t>Did AI improve clarity or make it more generic?</w:t>
      </w:r>
    </w:p>
    <w:p w14:paraId="1FB20C4B" w14:textId="77777777" w:rsidR="00BA6165" w:rsidRDefault="00BA6165">
      <w:pPr>
        <w:pBdr>
          <w:bottom w:val="single" w:sz="4" w:space="1" w:color="BFBFBF"/>
        </w:pBdr>
        <w:spacing w:after="0"/>
      </w:pPr>
    </w:p>
    <w:p w14:paraId="0C8E5352" w14:textId="77777777" w:rsidR="00BA6165" w:rsidRDefault="00BA6165">
      <w:pPr>
        <w:pBdr>
          <w:bottom w:val="single" w:sz="4" w:space="1" w:color="BFBFBF"/>
        </w:pBdr>
        <w:spacing w:after="0"/>
      </w:pPr>
    </w:p>
    <w:p w14:paraId="4B1F1B7F" w14:textId="77777777" w:rsidR="00BA6165" w:rsidRDefault="00BA6165">
      <w:pPr>
        <w:pBdr>
          <w:bottom w:val="single" w:sz="4" w:space="1" w:color="BFBFBF"/>
        </w:pBdr>
        <w:spacing w:after="0"/>
      </w:pPr>
    </w:p>
    <w:p w14:paraId="036EC583" w14:textId="77777777" w:rsidR="00BA6165" w:rsidRDefault="00000000">
      <w:r>
        <w:t>What edits are needed to make it sound like you?</w:t>
      </w:r>
    </w:p>
    <w:p w14:paraId="4B9BD50E" w14:textId="77777777" w:rsidR="00BA6165" w:rsidRDefault="00BA6165">
      <w:pPr>
        <w:pBdr>
          <w:bottom w:val="single" w:sz="4" w:space="1" w:color="BFBFBF"/>
        </w:pBdr>
        <w:spacing w:after="0"/>
      </w:pPr>
    </w:p>
    <w:p w14:paraId="34496935" w14:textId="77777777" w:rsidR="00BA6165" w:rsidRDefault="00BA6165">
      <w:pPr>
        <w:pBdr>
          <w:bottom w:val="single" w:sz="4" w:space="1" w:color="BFBFBF"/>
        </w:pBdr>
        <w:spacing w:after="0"/>
      </w:pPr>
    </w:p>
    <w:p w14:paraId="7F55D80A" w14:textId="77777777" w:rsidR="00BA6165" w:rsidRDefault="00BA6165">
      <w:pPr>
        <w:pBdr>
          <w:bottom w:val="single" w:sz="4" w:space="1" w:color="BFBFBF"/>
        </w:pBdr>
        <w:spacing w:after="0"/>
      </w:pPr>
    </w:p>
    <w:p w14:paraId="1B4DE3E8" w14:textId="77777777" w:rsidR="00BA6165" w:rsidRDefault="00000000">
      <w:pPr>
        <w:pStyle w:val="Heading2"/>
      </w:pPr>
      <w:r>
        <w:rPr>
          <w:color w:val="00A7A8"/>
          <w:sz w:val="24"/>
        </w:rPr>
        <w:t>Chapter Notes</w:t>
      </w:r>
    </w:p>
    <w:p w14:paraId="162D00E4" w14:textId="77777777" w:rsidR="00BA6165" w:rsidRDefault="00BA6165">
      <w:pPr>
        <w:pBdr>
          <w:bottom w:val="single" w:sz="4" w:space="1" w:color="BFBFBF"/>
        </w:pBdr>
        <w:spacing w:after="0"/>
      </w:pPr>
    </w:p>
    <w:p w14:paraId="5787FADA" w14:textId="77777777" w:rsidR="00BA6165" w:rsidRDefault="00BA6165">
      <w:pPr>
        <w:pBdr>
          <w:bottom w:val="single" w:sz="4" w:space="1" w:color="BFBFBF"/>
        </w:pBdr>
        <w:spacing w:after="0"/>
      </w:pPr>
    </w:p>
    <w:p w14:paraId="16AF56BD" w14:textId="77777777" w:rsidR="00BA6165" w:rsidRDefault="00BA6165">
      <w:pPr>
        <w:pBdr>
          <w:bottom w:val="single" w:sz="4" w:space="1" w:color="BFBFBF"/>
        </w:pBdr>
        <w:spacing w:after="0"/>
      </w:pPr>
    </w:p>
    <w:p w14:paraId="5F9F4675" w14:textId="77777777" w:rsidR="00BA6165" w:rsidRDefault="00BA6165">
      <w:pPr>
        <w:pBdr>
          <w:bottom w:val="single" w:sz="4" w:space="1" w:color="BFBFBF"/>
        </w:pBdr>
        <w:spacing w:after="0"/>
      </w:pPr>
    </w:p>
    <w:p w14:paraId="7C5EE060" w14:textId="77777777" w:rsidR="00BA6165" w:rsidRDefault="00BA6165">
      <w:pPr>
        <w:pBdr>
          <w:bottom w:val="single" w:sz="4" w:space="1" w:color="BFBFBF"/>
        </w:pBdr>
        <w:spacing w:after="0"/>
      </w:pPr>
    </w:p>
    <w:p w14:paraId="5ED2B5F7" w14:textId="77777777" w:rsidR="00BA6165" w:rsidRDefault="00BA6165">
      <w:pPr>
        <w:pBdr>
          <w:bottom w:val="single" w:sz="4" w:space="1" w:color="BFBFBF"/>
        </w:pBdr>
        <w:spacing w:after="0"/>
      </w:pPr>
    </w:p>
    <w:p w14:paraId="549B9E92" w14:textId="77777777" w:rsidR="00BA6165" w:rsidRDefault="00000000">
      <w:pPr>
        <w:pStyle w:val="Heading2"/>
      </w:pPr>
      <w:r>
        <w:rPr>
          <w:color w:val="00A7A8"/>
          <w:sz w:val="24"/>
        </w:rPr>
        <w:t>Chapter Completion Check</w:t>
      </w:r>
    </w:p>
    <w:p w14:paraId="711F18B5" w14:textId="77777777" w:rsidR="00BA6165" w:rsidRDefault="00000000">
      <w:pPr>
        <w:spacing w:after="40"/>
      </w:pPr>
      <w:r>
        <w:rPr>
          <w:sz w:val="18"/>
        </w:rPr>
        <w:t>☐ I understand the focus of this chapter.</w:t>
      </w:r>
    </w:p>
    <w:p w14:paraId="5103D782" w14:textId="77777777" w:rsidR="00BA6165" w:rsidRDefault="00000000">
      <w:pPr>
        <w:spacing w:after="40"/>
      </w:pPr>
      <w:r>
        <w:rPr>
          <w:sz w:val="18"/>
        </w:rPr>
        <w:t>☐ I have completed the workbook tasks for this section.</w:t>
      </w:r>
    </w:p>
    <w:p w14:paraId="1B6F6487" w14:textId="77777777" w:rsidR="00BA6165" w:rsidRDefault="00000000">
      <w:pPr>
        <w:spacing w:after="40"/>
      </w:pPr>
      <w:r>
        <w:rPr>
          <w:sz w:val="18"/>
        </w:rPr>
        <w:t>☐ I have captured notes I can use in my final cover letter.</w:t>
      </w:r>
    </w:p>
    <w:p w14:paraId="1B7061C4" w14:textId="77777777" w:rsidR="00BA6165" w:rsidRDefault="00000000">
      <w:r>
        <w:br w:type="page"/>
      </w:r>
    </w:p>
    <w:p w14:paraId="4163640F" w14:textId="77777777" w:rsidR="00BA6165" w:rsidRDefault="00000000">
      <w:pPr>
        <w:pStyle w:val="Heading1"/>
      </w:pPr>
      <w:r>
        <w:rPr>
          <w:color w:val="071B4D"/>
          <w:sz w:val="32"/>
        </w:rPr>
        <w:lastRenderedPageBreak/>
        <w:t>Chapter 14 | Common Mistakes to Avoid</w:t>
      </w:r>
    </w:p>
    <w:tbl>
      <w:tblPr>
        <w:tblW w:w="0" w:type="auto"/>
        <w:tblLook w:val="04A0" w:firstRow="1" w:lastRow="0" w:firstColumn="1" w:lastColumn="0" w:noHBand="0" w:noVBand="1"/>
      </w:tblPr>
      <w:tblGrid>
        <w:gridCol w:w="10368"/>
      </w:tblGrid>
      <w:tr w:rsidR="00BA6165" w14:paraId="08DCF128" w14:textId="77777777">
        <w:tc>
          <w:tcPr>
            <w:tcW w:w="10368" w:type="dxa"/>
            <w:shd w:val="clear" w:color="auto" w:fill="EAF7E5"/>
            <w:tcMar>
              <w:top w:w="160" w:type="dxa"/>
              <w:left w:w="160" w:type="dxa"/>
              <w:bottom w:w="160" w:type="dxa"/>
              <w:right w:w="160" w:type="dxa"/>
            </w:tcMar>
          </w:tcPr>
          <w:p w14:paraId="1D0274B5" w14:textId="77777777" w:rsidR="00BA6165" w:rsidRDefault="00000000">
            <w:r>
              <w:rPr>
                <w:b/>
                <w:color w:val="071B4D"/>
                <w:sz w:val="20"/>
              </w:rPr>
              <w:t>Chapter focus</w:t>
            </w:r>
          </w:p>
          <w:p w14:paraId="024414C1" w14:textId="77777777" w:rsidR="00BA6165" w:rsidRDefault="00000000">
            <w:pPr>
              <w:spacing w:after="0"/>
            </w:pPr>
            <w:r>
              <w:rPr>
                <w:sz w:val="18"/>
              </w:rPr>
              <w:t>Audit the letter for the most common issues before sending.</w:t>
            </w:r>
          </w:p>
        </w:tc>
      </w:tr>
      <w:tr w:rsidR="00BA6165" w14:paraId="16277693" w14:textId="77777777">
        <w:tc>
          <w:tcPr>
            <w:tcW w:w="10368" w:type="dxa"/>
            <w:shd w:val="clear" w:color="auto" w:fill="F7FBF5"/>
            <w:tcMar>
              <w:top w:w="160" w:type="dxa"/>
              <w:left w:w="160" w:type="dxa"/>
              <w:bottom w:w="160" w:type="dxa"/>
              <w:right w:w="160" w:type="dxa"/>
            </w:tcMar>
          </w:tcPr>
          <w:p w14:paraId="1F1C3220" w14:textId="77777777" w:rsidR="00BA6165" w:rsidRDefault="00000000">
            <w:r>
              <w:rPr>
                <w:b/>
                <w:color w:val="071B4D"/>
                <w:sz w:val="20"/>
              </w:rPr>
              <w:t>Hint / Tip</w:t>
            </w:r>
          </w:p>
          <w:p w14:paraId="17BBAEA4" w14:textId="77777777" w:rsidR="00BA6165" w:rsidRDefault="00000000">
            <w:pPr>
              <w:spacing w:after="0"/>
            </w:pPr>
            <w:r>
              <w:rPr>
                <w:sz w:val="18"/>
              </w:rPr>
              <w:t>The most common problem is not bad writing; it is unclear relevance.</w:t>
            </w:r>
          </w:p>
        </w:tc>
      </w:tr>
    </w:tbl>
    <w:p w14:paraId="02FCAEF3"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55495AB6" w14:textId="77777777">
        <w:tc>
          <w:tcPr>
            <w:tcW w:w="10368" w:type="dxa"/>
            <w:shd w:val="clear" w:color="auto" w:fill="FFFFFF"/>
            <w:tcMar>
              <w:top w:w="160" w:type="dxa"/>
              <w:left w:w="160" w:type="dxa"/>
              <w:bottom w:w="160" w:type="dxa"/>
              <w:right w:w="160" w:type="dxa"/>
            </w:tcMar>
          </w:tcPr>
          <w:p w14:paraId="32D04B53" w14:textId="77777777" w:rsidR="00BA6165" w:rsidRDefault="00000000">
            <w:r>
              <w:rPr>
                <w:b/>
                <w:color w:val="071B4D"/>
                <w:sz w:val="20"/>
              </w:rPr>
              <w:t>Mistake audit</w:t>
            </w:r>
          </w:p>
          <w:p w14:paraId="7BE68355" w14:textId="77777777" w:rsidR="00BA6165" w:rsidRDefault="00000000">
            <w:pPr>
              <w:spacing w:after="0"/>
            </w:pPr>
            <w:r>
              <w:rPr>
                <w:sz w:val="18"/>
              </w:rPr>
              <w:t>Tick any issues present: too long, repeats CV, generic, too emotional, apologetic, not role-aligned, AI-sounding, reader has to work too hard.</w:t>
            </w:r>
          </w:p>
        </w:tc>
      </w:tr>
    </w:tbl>
    <w:p w14:paraId="7A29DFE4" w14:textId="77777777" w:rsidR="00BA6165" w:rsidRDefault="00BA6165">
      <w:pPr>
        <w:pBdr>
          <w:bottom w:val="single" w:sz="4" w:space="1" w:color="BFBFBF"/>
        </w:pBdr>
        <w:spacing w:after="0"/>
      </w:pPr>
    </w:p>
    <w:p w14:paraId="337F1D9F" w14:textId="77777777" w:rsidR="00BA6165" w:rsidRDefault="00BA6165">
      <w:pPr>
        <w:pBdr>
          <w:bottom w:val="single" w:sz="4" w:space="1" w:color="BFBFBF"/>
        </w:pBdr>
        <w:spacing w:after="0"/>
      </w:pPr>
    </w:p>
    <w:p w14:paraId="2EA036E7" w14:textId="77777777" w:rsidR="00BA6165" w:rsidRDefault="00BA6165">
      <w:pPr>
        <w:pBdr>
          <w:bottom w:val="single" w:sz="4" w:space="1" w:color="BFBFBF"/>
        </w:pBdr>
        <w:spacing w:after="0"/>
      </w:pPr>
    </w:p>
    <w:p w14:paraId="53670319"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51DC35E6" w14:textId="77777777">
        <w:tc>
          <w:tcPr>
            <w:tcW w:w="10368" w:type="dxa"/>
            <w:shd w:val="clear" w:color="auto" w:fill="FFFFFF"/>
            <w:tcMar>
              <w:top w:w="160" w:type="dxa"/>
              <w:left w:w="160" w:type="dxa"/>
              <w:bottom w:w="160" w:type="dxa"/>
              <w:right w:w="160" w:type="dxa"/>
            </w:tcMar>
          </w:tcPr>
          <w:p w14:paraId="31EEC55A" w14:textId="77777777" w:rsidR="00BA6165" w:rsidRDefault="00000000">
            <w:r>
              <w:rPr>
                <w:b/>
                <w:color w:val="071B4D"/>
                <w:sz w:val="20"/>
              </w:rPr>
              <w:t>Fix list</w:t>
            </w:r>
          </w:p>
          <w:p w14:paraId="3015DD6C" w14:textId="77777777" w:rsidR="00BA6165" w:rsidRDefault="00000000">
            <w:pPr>
              <w:spacing w:after="0"/>
            </w:pPr>
            <w:r>
              <w:rPr>
                <w:sz w:val="18"/>
              </w:rPr>
              <w:t>Write the specific changes you need to make.</w:t>
            </w:r>
          </w:p>
        </w:tc>
      </w:tr>
    </w:tbl>
    <w:p w14:paraId="080CA534" w14:textId="77777777" w:rsidR="00BA6165" w:rsidRDefault="00BA6165">
      <w:pPr>
        <w:pBdr>
          <w:bottom w:val="single" w:sz="4" w:space="1" w:color="BFBFBF"/>
        </w:pBdr>
        <w:spacing w:after="0"/>
      </w:pPr>
    </w:p>
    <w:p w14:paraId="682A7DE6" w14:textId="77777777" w:rsidR="00BA6165" w:rsidRDefault="00BA6165">
      <w:pPr>
        <w:pBdr>
          <w:bottom w:val="single" w:sz="4" w:space="1" w:color="BFBFBF"/>
        </w:pBdr>
        <w:spacing w:after="0"/>
      </w:pPr>
    </w:p>
    <w:p w14:paraId="412CE1BB" w14:textId="77777777" w:rsidR="00BA6165" w:rsidRDefault="00BA6165">
      <w:pPr>
        <w:pBdr>
          <w:bottom w:val="single" w:sz="4" w:space="1" w:color="BFBFBF"/>
        </w:pBdr>
        <w:spacing w:after="0"/>
      </w:pPr>
    </w:p>
    <w:p w14:paraId="71DCA277" w14:textId="77777777" w:rsidR="00BA6165" w:rsidRDefault="00BA6165">
      <w:pPr>
        <w:pBdr>
          <w:bottom w:val="single" w:sz="4" w:space="1" w:color="BFBFBF"/>
        </w:pBdr>
        <w:spacing w:after="0"/>
      </w:pPr>
    </w:p>
    <w:p w14:paraId="38519FC6" w14:textId="77777777" w:rsidR="00BA6165" w:rsidRDefault="00000000">
      <w:pPr>
        <w:pStyle w:val="Heading2"/>
      </w:pPr>
      <w:r>
        <w:rPr>
          <w:color w:val="00A7A8"/>
          <w:sz w:val="24"/>
        </w:rPr>
        <w:t>Reflection</w:t>
      </w:r>
    </w:p>
    <w:p w14:paraId="2E6B422D" w14:textId="77777777" w:rsidR="00BA6165" w:rsidRDefault="00000000">
      <w:r>
        <w:t>What is weakening the letter most?</w:t>
      </w:r>
    </w:p>
    <w:p w14:paraId="63D68A9E" w14:textId="77777777" w:rsidR="00BA6165" w:rsidRDefault="00BA6165">
      <w:pPr>
        <w:pBdr>
          <w:bottom w:val="single" w:sz="4" w:space="1" w:color="BFBFBF"/>
        </w:pBdr>
        <w:spacing w:after="0"/>
      </w:pPr>
    </w:p>
    <w:p w14:paraId="3890BA2C" w14:textId="77777777" w:rsidR="00BA6165" w:rsidRDefault="00BA6165">
      <w:pPr>
        <w:pBdr>
          <w:bottom w:val="single" w:sz="4" w:space="1" w:color="BFBFBF"/>
        </w:pBdr>
        <w:spacing w:after="0"/>
      </w:pPr>
    </w:p>
    <w:p w14:paraId="2342FD9B" w14:textId="77777777" w:rsidR="00BA6165" w:rsidRDefault="00BA6165">
      <w:pPr>
        <w:pBdr>
          <w:bottom w:val="single" w:sz="4" w:space="1" w:color="BFBFBF"/>
        </w:pBdr>
        <w:spacing w:after="0"/>
      </w:pPr>
    </w:p>
    <w:p w14:paraId="5C07F20F" w14:textId="77777777" w:rsidR="00BA6165" w:rsidRDefault="00000000">
      <w:r>
        <w:t>What one edit would make the biggest difference?</w:t>
      </w:r>
    </w:p>
    <w:p w14:paraId="37DDFF9E" w14:textId="77777777" w:rsidR="00BA6165" w:rsidRDefault="00BA6165">
      <w:pPr>
        <w:pBdr>
          <w:bottom w:val="single" w:sz="4" w:space="1" w:color="BFBFBF"/>
        </w:pBdr>
        <w:spacing w:after="0"/>
      </w:pPr>
    </w:p>
    <w:p w14:paraId="5AA425E4" w14:textId="77777777" w:rsidR="00BA6165" w:rsidRDefault="00BA6165">
      <w:pPr>
        <w:pBdr>
          <w:bottom w:val="single" w:sz="4" w:space="1" w:color="BFBFBF"/>
        </w:pBdr>
        <w:spacing w:after="0"/>
      </w:pPr>
    </w:p>
    <w:p w14:paraId="664E7F55" w14:textId="77777777" w:rsidR="00BA6165" w:rsidRDefault="00BA6165">
      <w:pPr>
        <w:pBdr>
          <w:bottom w:val="single" w:sz="4" w:space="1" w:color="BFBFBF"/>
        </w:pBdr>
        <w:spacing w:after="0"/>
      </w:pPr>
    </w:p>
    <w:p w14:paraId="6C77C21C" w14:textId="77777777" w:rsidR="00BA6165" w:rsidRDefault="00000000">
      <w:pPr>
        <w:pStyle w:val="Heading2"/>
      </w:pPr>
      <w:r>
        <w:rPr>
          <w:color w:val="00A7A8"/>
          <w:sz w:val="24"/>
        </w:rPr>
        <w:t>Chapter Notes</w:t>
      </w:r>
    </w:p>
    <w:p w14:paraId="495E8B08" w14:textId="77777777" w:rsidR="00BA6165" w:rsidRDefault="00BA6165">
      <w:pPr>
        <w:pBdr>
          <w:bottom w:val="single" w:sz="4" w:space="1" w:color="BFBFBF"/>
        </w:pBdr>
        <w:spacing w:after="0"/>
      </w:pPr>
    </w:p>
    <w:p w14:paraId="4B088A3F" w14:textId="77777777" w:rsidR="00BA6165" w:rsidRDefault="00BA6165">
      <w:pPr>
        <w:pBdr>
          <w:bottom w:val="single" w:sz="4" w:space="1" w:color="BFBFBF"/>
        </w:pBdr>
        <w:spacing w:after="0"/>
      </w:pPr>
    </w:p>
    <w:p w14:paraId="21AC72A6" w14:textId="77777777" w:rsidR="00BA6165" w:rsidRDefault="00BA6165">
      <w:pPr>
        <w:pBdr>
          <w:bottom w:val="single" w:sz="4" w:space="1" w:color="BFBFBF"/>
        </w:pBdr>
        <w:spacing w:after="0"/>
      </w:pPr>
    </w:p>
    <w:p w14:paraId="6FB70306" w14:textId="77777777" w:rsidR="00BA6165" w:rsidRDefault="00BA6165">
      <w:pPr>
        <w:pBdr>
          <w:bottom w:val="single" w:sz="4" w:space="1" w:color="BFBFBF"/>
        </w:pBdr>
        <w:spacing w:after="0"/>
      </w:pPr>
    </w:p>
    <w:p w14:paraId="5AFBEA46" w14:textId="77777777" w:rsidR="00BA6165" w:rsidRDefault="00BA6165">
      <w:pPr>
        <w:pBdr>
          <w:bottom w:val="single" w:sz="4" w:space="1" w:color="BFBFBF"/>
        </w:pBdr>
        <w:spacing w:after="0"/>
      </w:pPr>
    </w:p>
    <w:p w14:paraId="0D576B41" w14:textId="77777777" w:rsidR="00BA6165" w:rsidRDefault="00BA6165">
      <w:pPr>
        <w:pBdr>
          <w:bottom w:val="single" w:sz="4" w:space="1" w:color="BFBFBF"/>
        </w:pBdr>
        <w:spacing w:after="0"/>
      </w:pPr>
    </w:p>
    <w:p w14:paraId="6DBA5EB3" w14:textId="77777777" w:rsidR="00BA6165" w:rsidRDefault="00000000">
      <w:pPr>
        <w:pStyle w:val="Heading2"/>
      </w:pPr>
      <w:r>
        <w:rPr>
          <w:color w:val="00A7A8"/>
          <w:sz w:val="24"/>
        </w:rPr>
        <w:t>Chapter Completion Check</w:t>
      </w:r>
    </w:p>
    <w:p w14:paraId="21CFDAD0" w14:textId="77777777" w:rsidR="00BA6165" w:rsidRDefault="00000000">
      <w:pPr>
        <w:spacing w:after="40"/>
      </w:pPr>
      <w:r>
        <w:rPr>
          <w:sz w:val="18"/>
        </w:rPr>
        <w:t>☐ I understand the focus of this chapter.</w:t>
      </w:r>
    </w:p>
    <w:p w14:paraId="3E0A12B0" w14:textId="77777777" w:rsidR="00BA6165" w:rsidRDefault="00000000">
      <w:pPr>
        <w:spacing w:after="40"/>
      </w:pPr>
      <w:r>
        <w:rPr>
          <w:sz w:val="18"/>
        </w:rPr>
        <w:t>☐ I have completed the workbook tasks for this section.</w:t>
      </w:r>
    </w:p>
    <w:p w14:paraId="237BBB76" w14:textId="77777777" w:rsidR="00BA6165" w:rsidRDefault="00000000">
      <w:pPr>
        <w:spacing w:after="40"/>
      </w:pPr>
      <w:r>
        <w:rPr>
          <w:sz w:val="18"/>
        </w:rPr>
        <w:lastRenderedPageBreak/>
        <w:t>☐ I have captured notes I can use in my final cover letter.</w:t>
      </w:r>
    </w:p>
    <w:p w14:paraId="5CD36952" w14:textId="77777777" w:rsidR="00BA6165" w:rsidRDefault="00000000">
      <w:r>
        <w:br w:type="page"/>
      </w:r>
    </w:p>
    <w:p w14:paraId="357C4542" w14:textId="77777777" w:rsidR="00BA6165" w:rsidRDefault="00000000">
      <w:pPr>
        <w:pStyle w:val="Heading1"/>
      </w:pPr>
      <w:r>
        <w:rPr>
          <w:color w:val="071B4D"/>
          <w:sz w:val="32"/>
        </w:rPr>
        <w:lastRenderedPageBreak/>
        <w:t>Chapter 15 | Final Review Before Sending</w:t>
      </w:r>
    </w:p>
    <w:tbl>
      <w:tblPr>
        <w:tblW w:w="0" w:type="auto"/>
        <w:tblLook w:val="04A0" w:firstRow="1" w:lastRow="0" w:firstColumn="1" w:lastColumn="0" w:noHBand="0" w:noVBand="1"/>
      </w:tblPr>
      <w:tblGrid>
        <w:gridCol w:w="10368"/>
      </w:tblGrid>
      <w:tr w:rsidR="00BA6165" w14:paraId="4EA1559F" w14:textId="77777777">
        <w:tc>
          <w:tcPr>
            <w:tcW w:w="10368" w:type="dxa"/>
            <w:shd w:val="clear" w:color="auto" w:fill="EAF7E5"/>
            <w:tcMar>
              <w:top w:w="160" w:type="dxa"/>
              <w:left w:w="160" w:type="dxa"/>
              <w:bottom w:w="160" w:type="dxa"/>
              <w:right w:w="160" w:type="dxa"/>
            </w:tcMar>
          </w:tcPr>
          <w:p w14:paraId="7B79BFFA" w14:textId="77777777" w:rsidR="00BA6165" w:rsidRDefault="00000000">
            <w:r>
              <w:rPr>
                <w:b/>
                <w:color w:val="071B4D"/>
                <w:sz w:val="20"/>
              </w:rPr>
              <w:t>Chapter focus</w:t>
            </w:r>
          </w:p>
          <w:p w14:paraId="08C6D335" w14:textId="77777777" w:rsidR="00BA6165" w:rsidRDefault="00000000">
            <w:pPr>
              <w:spacing w:after="0"/>
            </w:pPr>
            <w:r>
              <w:rPr>
                <w:sz w:val="18"/>
              </w:rPr>
              <w:t>Review strategically before sending. This is not just proofreading; it is checking fit, clarity and reader impact.</w:t>
            </w:r>
          </w:p>
        </w:tc>
      </w:tr>
      <w:tr w:rsidR="00BA6165" w14:paraId="44F82905" w14:textId="77777777">
        <w:tc>
          <w:tcPr>
            <w:tcW w:w="10368" w:type="dxa"/>
            <w:shd w:val="clear" w:color="auto" w:fill="F7FBF5"/>
            <w:tcMar>
              <w:top w:w="160" w:type="dxa"/>
              <w:left w:w="160" w:type="dxa"/>
              <w:bottom w:w="160" w:type="dxa"/>
              <w:right w:w="160" w:type="dxa"/>
            </w:tcMar>
          </w:tcPr>
          <w:p w14:paraId="1E5E8589" w14:textId="77777777" w:rsidR="00BA6165" w:rsidRDefault="00000000">
            <w:r>
              <w:rPr>
                <w:b/>
                <w:color w:val="071B4D"/>
                <w:sz w:val="20"/>
              </w:rPr>
              <w:t>Hint / Tip</w:t>
            </w:r>
          </w:p>
          <w:p w14:paraId="2B35AB44" w14:textId="77777777" w:rsidR="00BA6165" w:rsidRDefault="00000000">
            <w:pPr>
              <w:spacing w:after="0"/>
            </w:pPr>
            <w:r>
              <w:rPr>
                <w:sz w:val="18"/>
              </w:rPr>
              <w:t>Final test: If you were recruiting for this role, would this letter make you want to read the CV properly?</w:t>
            </w:r>
          </w:p>
        </w:tc>
      </w:tr>
    </w:tbl>
    <w:p w14:paraId="7F4A6C12" w14:textId="77777777" w:rsidR="00BA6165" w:rsidRDefault="00000000">
      <w:pPr>
        <w:pStyle w:val="Heading2"/>
      </w:pPr>
      <w:r>
        <w:rPr>
          <w:color w:val="00A7A8"/>
          <w:sz w:val="24"/>
        </w:rPr>
        <w:t>Workbook Tasks</w:t>
      </w:r>
    </w:p>
    <w:tbl>
      <w:tblPr>
        <w:tblW w:w="0" w:type="auto"/>
        <w:tblLook w:val="04A0" w:firstRow="1" w:lastRow="0" w:firstColumn="1" w:lastColumn="0" w:noHBand="0" w:noVBand="1"/>
      </w:tblPr>
      <w:tblGrid>
        <w:gridCol w:w="10368"/>
      </w:tblGrid>
      <w:tr w:rsidR="00BA6165" w14:paraId="18250257" w14:textId="77777777">
        <w:tc>
          <w:tcPr>
            <w:tcW w:w="10368" w:type="dxa"/>
            <w:shd w:val="clear" w:color="auto" w:fill="FFFFFF"/>
            <w:tcMar>
              <w:top w:w="160" w:type="dxa"/>
              <w:left w:w="160" w:type="dxa"/>
              <w:bottom w:w="160" w:type="dxa"/>
              <w:right w:w="160" w:type="dxa"/>
            </w:tcMar>
          </w:tcPr>
          <w:p w14:paraId="6520E4C6" w14:textId="77777777" w:rsidR="00BA6165" w:rsidRDefault="00000000">
            <w:r>
              <w:rPr>
                <w:b/>
                <w:color w:val="071B4D"/>
                <w:sz w:val="20"/>
              </w:rPr>
              <w:t>Final review checklist</w:t>
            </w:r>
          </w:p>
          <w:p w14:paraId="39F5720C" w14:textId="77777777" w:rsidR="00BA6165" w:rsidRDefault="00000000">
            <w:pPr>
              <w:spacing w:after="0"/>
            </w:pPr>
            <w:r>
              <w:rPr>
                <w:sz w:val="18"/>
              </w:rPr>
              <w:t>Check role title, company name, opening, evidence, relevance, word count, tone, spelling and formatting.</w:t>
            </w:r>
          </w:p>
        </w:tc>
      </w:tr>
    </w:tbl>
    <w:p w14:paraId="5ED77E1F" w14:textId="77777777" w:rsidR="00BA6165" w:rsidRDefault="00BA6165">
      <w:pPr>
        <w:pBdr>
          <w:bottom w:val="single" w:sz="4" w:space="1" w:color="BFBFBF"/>
        </w:pBdr>
        <w:spacing w:after="0"/>
      </w:pPr>
    </w:p>
    <w:p w14:paraId="0C0E6626" w14:textId="77777777" w:rsidR="00BA6165" w:rsidRDefault="00BA6165">
      <w:pPr>
        <w:pBdr>
          <w:bottom w:val="single" w:sz="4" w:space="1" w:color="BFBFBF"/>
        </w:pBdr>
        <w:spacing w:after="0"/>
      </w:pPr>
    </w:p>
    <w:p w14:paraId="1F716F16" w14:textId="77777777" w:rsidR="00BA6165" w:rsidRDefault="00BA6165">
      <w:pPr>
        <w:pBdr>
          <w:bottom w:val="single" w:sz="4" w:space="1" w:color="BFBFBF"/>
        </w:pBdr>
        <w:spacing w:after="0"/>
      </w:pPr>
    </w:p>
    <w:p w14:paraId="5DBF6A12"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4B2647D1" w14:textId="77777777">
        <w:tc>
          <w:tcPr>
            <w:tcW w:w="10368" w:type="dxa"/>
            <w:shd w:val="clear" w:color="auto" w:fill="FFFFFF"/>
            <w:tcMar>
              <w:top w:w="160" w:type="dxa"/>
              <w:left w:w="160" w:type="dxa"/>
              <w:bottom w:w="160" w:type="dxa"/>
              <w:right w:w="160" w:type="dxa"/>
            </w:tcMar>
          </w:tcPr>
          <w:p w14:paraId="13550E88" w14:textId="77777777" w:rsidR="00BA6165" w:rsidRDefault="00000000">
            <w:r>
              <w:rPr>
                <w:b/>
                <w:color w:val="071B4D"/>
                <w:sz w:val="20"/>
              </w:rPr>
              <w:t>Final test answer</w:t>
            </w:r>
          </w:p>
          <w:p w14:paraId="411B30A7" w14:textId="77777777" w:rsidR="00BA6165" w:rsidRDefault="00000000">
            <w:pPr>
              <w:spacing w:after="0"/>
            </w:pPr>
            <w:r>
              <w:rPr>
                <w:sz w:val="18"/>
              </w:rPr>
              <w:t>Would this letter make the reader want to review the CV properly? Why?</w:t>
            </w:r>
          </w:p>
        </w:tc>
      </w:tr>
    </w:tbl>
    <w:p w14:paraId="169DEBE7" w14:textId="77777777" w:rsidR="00BA6165" w:rsidRDefault="00BA6165">
      <w:pPr>
        <w:pBdr>
          <w:bottom w:val="single" w:sz="4" w:space="1" w:color="BFBFBF"/>
        </w:pBdr>
        <w:spacing w:after="0"/>
      </w:pPr>
    </w:p>
    <w:p w14:paraId="436FC1A1" w14:textId="77777777" w:rsidR="00BA6165" w:rsidRDefault="00BA6165">
      <w:pPr>
        <w:pBdr>
          <w:bottom w:val="single" w:sz="4" w:space="1" w:color="BFBFBF"/>
        </w:pBdr>
        <w:spacing w:after="0"/>
      </w:pPr>
    </w:p>
    <w:p w14:paraId="3164069F" w14:textId="77777777" w:rsidR="00BA6165" w:rsidRDefault="00BA6165">
      <w:pPr>
        <w:pBdr>
          <w:bottom w:val="single" w:sz="4" w:space="1" w:color="BFBFBF"/>
        </w:pBdr>
        <w:spacing w:after="0"/>
      </w:pPr>
    </w:p>
    <w:p w14:paraId="655EC006" w14:textId="77777777" w:rsidR="00BA6165" w:rsidRDefault="00BA6165">
      <w:pPr>
        <w:pBdr>
          <w:bottom w:val="single" w:sz="4" w:space="1" w:color="BFBFBF"/>
        </w:pBdr>
        <w:spacing w:after="0"/>
      </w:pPr>
    </w:p>
    <w:tbl>
      <w:tblPr>
        <w:tblW w:w="0" w:type="auto"/>
        <w:tblLook w:val="04A0" w:firstRow="1" w:lastRow="0" w:firstColumn="1" w:lastColumn="0" w:noHBand="0" w:noVBand="1"/>
      </w:tblPr>
      <w:tblGrid>
        <w:gridCol w:w="10368"/>
      </w:tblGrid>
      <w:tr w:rsidR="00BA6165" w14:paraId="66D28B10" w14:textId="77777777">
        <w:tc>
          <w:tcPr>
            <w:tcW w:w="10368" w:type="dxa"/>
            <w:shd w:val="clear" w:color="auto" w:fill="FFFFFF"/>
            <w:tcMar>
              <w:top w:w="160" w:type="dxa"/>
              <w:left w:w="160" w:type="dxa"/>
              <w:bottom w:w="160" w:type="dxa"/>
              <w:right w:w="160" w:type="dxa"/>
            </w:tcMar>
          </w:tcPr>
          <w:p w14:paraId="7EF9A435" w14:textId="77777777" w:rsidR="00BA6165" w:rsidRDefault="00000000">
            <w:r>
              <w:rPr>
                <w:b/>
                <w:color w:val="071B4D"/>
                <w:sz w:val="20"/>
              </w:rPr>
              <w:t>Last edits</w:t>
            </w:r>
          </w:p>
          <w:p w14:paraId="4A1D7306" w14:textId="77777777" w:rsidR="00BA6165" w:rsidRDefault="00000000">
            <w:pPr>
              <w:spacing w:after="0"/>
            </w:pPr>
            <w:r>
              <w:rPr>
                <w:sz w:val="18"/>
              </w:rPr>
              <w:t>List final changes before sending.</w:t>
            </w:r>
          </w:p>
        </w:tc>
      </w:tr>
    </w:tbl>
    <w:p w14:paraId="362DD581" w14:textId="77777777" w:rsidR="00BA6165" w:rsidRDefault="00BA6165">
      <w:pPr>
        <w:pBdr>
          <w:bottom w:val="single" w:sz="4" w:space="1" w:color="BFBFBF"/>
        </w:pBdr>
        <w:spacing w:after="0"/>
      </w:pPr>
    </w:p>
    <w:p w14:paraId="176496E6" w14:textId="77777777" w:rsidR="00BA6165" w:rsidRDefault="00BA6165">
      <w:pPr>
        <w:pBdr>
          <w:bottom w:val="single" w:sz="4" w:space="1" w:color="BFBFBF"/>
        </w:pBdr>
        <w:spacing w:after="0"/>
      </w:pPr>
    </w:p>
    <w:p w14:paraId="08FDB1A7" w14:textId="77777777" w:rsidR="00BA6165" w:rsidRDefault="00BA6165">
      <w:pPr>
        <w:pBdr>
          <w:bottom w:val="single" w:sz="4" w:space="1" w:color="BFBFBF"/>
        </w:pBdr>
        <w:spacing w:after="0"/>
      </w:pPr>
    </w:p>
    <w:p w14:paraId="0794FAB6" w14:textId="77777777" w:rsidR="00BA6165" w:rsidRDefault="00BA6165">
      <w:pPr>
        <w:pBdr>
          <w:bottom w:val="single" w:sz="4" w:space="1" w:color="BFBFBF"/>
        </w:pBdr>
        <w:spacing w:after="0"/>
      </w:pPr>
    </w:p>
    <w:p w14:paraId="7962BD94" w14:textId="77777777" w:rsidR="00BA6165" w:rsidRDefault="00000000">
      <w:pPr>
        <w:pStyle w:val="Heading2"/>
      </w:pPr>
      <w:r>
        <w:rPr>
          <w:color w:val="00A7A8"/>
          <w:sz w:val="24"/>
        </w:rPr>
        <w:t>Reflection</w:t>
      </w:r>
    </w:p>
    <w:p w14:paraId="5C0FD013" w14:textId="77777777" w:rsidR="00BA6165" w:rsidRDefault="00000000">
      <w:r>
        <w:t>Does the letter add something useful beyond the CV?</w:t>
      </w:r>
    </w:p>
    <w:p w14:paraId="65AE45BD" w14:textId="77777777" w:rsidR="00BA6165" w:rsidRDefault="00BA6165">
      <w:pPr>
        <w:pBdr>
          <w:bottom w:val="single" w:sz="4" w:space="1" w:color="BFBFBF"/>
        </w:pBdr>
        <w:spacing w:after="0"/>
      </w:pPr>
    </w:p>
    <w:p w14:paraId="69B63F85" w14:textId="77777777" w:rsidR="00BA6165" w:rsidRDefault="00BA6165">
      <w:pPr>
        <w:pBdr>
          <w:bottom w:val="single" w:sz="4" w:space="1" w:color="BFBFBF"/>
        </w:pBdr>
        <w:spacing w:after="0"/>
      </w:pPr>
    </w:p>
    <w:p w14:paraId="0FAFC5AF" w14:textId="77777777" w:rsidR="00BA6165" w:rsidRDefault="00BA6165">
      <w:pPr>
        <w:pBdr>
          <w:bottom w:val="single" w:sz="4" w:space="1" w:color="BFBFBF"/>
        </w:pBdr>
        <w:spacing w:after="0"/>
      </w:pPr>
    </w:p>
    <w:p w14:paraId="653F816B" w14:textId="77777777" w:rsidR="00BA6165" w:rsidRDefault="00000000">
      <w:r>
        <w:t>Is the application stronger because this letter exists?</w:t>
      </w:r>
    </w:p>
    <w:p w14:paraId="5054E493" w14:textId="77777777" w:rsidR="00BA6165" w:rsidRDefault="00BA6165">
      <w:pPr>
        <w:pBdr>
          <w:bottom w:val="single" w:sz="4" w:space="1" w:color="BFBFBF"/>
        </w:pBdr>
        <w:spacing w:after="0"/>
      </w:pPr>
    </w:p>
    <w:p w14:paraId="63D1BB29" w14:textId="77777777" w:rsidR="00BA6165" w:rsidRDefault="00BA6165">
      <w:pPr>
        <w:pBdr>
          <w:bottom w:val="single" w:sz="4" w:space="1" w:color="BFBFBF"/>
        </w:pBdr>
        <w:spacing w:after="0"/>
      </w:pPr>
    </w:p>
    <w:p w14:paraId="0005F2FC" w14:textId="77777777" w:rsidR="00BA6165" w:rsidRDefault="00BA6165">
      <w:pPr>
        <w:pBdr>
          <w:bottom w:val="single" w:sz="4" w:space="1" w:color="BFBFBF"/>
        </w:pBdr>
        <w:spacing w:after="0"/>
      </w:pPr>
    </w:p>
    <w:p w14:paraId="7F474DEA" w14:textId="77777777" w:rsidR="00BA6165" w:rsidRDefault="00000000">
      <w:pPr>
        <w:pStyle w:val="Heading2"/>
      </w:pPr>
      <w:r>
        <w:rPr>
          <w:color w:val="00A7A8"/>
          <w:sz w:val="24"/>
        </w:rPr>
        <w:t>Chapter Notes</w:t>
      </w:r>
    </w:p>
    <w:p w14:paraId="6D84F5D4" w14:textId="77777777" w:rsidR="00BA6165" w:rsidRDefault="00BA6165">
      <w:pPr>
        <w:pBdr>
          <w:bottom w:val="single" w:sz="4" w:space="1" w:color="BFBFBF"/>
        </w:pBdr>
        <w:spacing w:after="0"/>
      </w:pPr>
    </w:p>
    <w:p w14:paraId="20D7BC54" w14:textId="77777777" w:rsidR="00BA6165" w:rsidRDefault="00BA6165">
      <w:pPr>
        <w:pBdr>
          <w:bottom w:val="single" w:sz="4" w:space="1" w:color="BFBFBF"/>
        </w:pBdr>
        <w:spacing w:after="0"/>
      </w:pPr>
    </w:p>
    <w:p w14:paraId="0F60B52A" w14:textId="77777777" w:rsidR="00BA6165" w:rsidRDefault="00BA6165">
      <w:pPr>
        <w:pBdr>
          <w:bottom w:val="single" w:sz="4" w:space="1" w:color="BFBFBF"/>
        </w:pBdr>
        <w:spacing w:after="0"/>
      </w:pPr>
    </w:p>
    <w:p w14:paraId="0C12CD26" w14:textId="77777777" w:rsidR="00BA6165" w:rsidRDefault="00BA6165">
      <w:pPr>
        <w:pBdr>
          <w:bottom w:val="single" w:sz="4" w:space="1" w:color="BFBFBF"/>
        </w:pBdr>
        <w:spacing w:after="0"/>
      </w:pPr>
    </w:p>
    <w:p w14:paraId="4854E9D2" w14:textId="77777777" w:rsidR="00BA6165" w:rsidRDefault="00BA6165">
      <w:pPr>
        <w:pBdr>
          <w:bottom w:val="single" w:sz="4" w:space="1" w:color="BFBFBF"/>
        </w:pBdr>
        <w:spacing w:after="0"/>
      </w:pPr>
    </w:p>
    <w:p w14:paraId="7C9AEDE9" w14:textId="77777777" w:rsidR="00BA6165" w:rsidRDefault="00BA6165">
      <w:pPr>
        <w:pBdr>
          <w:bottom w:val="single" w:sz="4" w:space="1" w:color="BFBFBF"/>
        </w:pBdr>
        <w:spacing w:after="0"/>
      </w:pPr>
    </w:p>
    <w:p w14:paraId="5EA5EE91" w14:textId="77777777" w:rsidR="00BA6165" w:rsidRDefault="00000000">
      <w:pPr>
        <w:pStyle w:val="Heading2"/>
      </w:pPr>
      <w:r>
        <w:rPr>
          <w:color w:val="00A7A8"/>
          <w:sz w:val="24"/>
        </w:rPr>
        <w:t>Chapter Completion Check</w:t>
      </w:r>
    </w:p>
    <w:p w14:paraId="1EBE124F" w14:textId="77777777" w:rsidR="00BA6165" w:rsidRDefault="00000000">
      <w:pPr>
        <w:spacing w:after="40"/>
      </w:pPr>
      <w:r>
        <w:rPr>
          <w:sz w:val="18"/>
        </w:rPr>
        <w:t>☐ I understand the focus of this chapter.</w:t>
      </w:r>
    </w:p>
    <w:p w14:paraId="7CD12E2C" w14:textId="77777777" w:rsidR="00BA6165" w:rsidRDefault="00000000">
      <w:pPr>
        <w:spacing w:after="40"/>
      </w:pPr>
      <w:r>
        <w:rPr>
          <w:sz w:val="18"/>
        </w:rPr>
        <w:t>☐ I have completed the workbook tasks for this section.</w:t>
      </w:r>
    </w:p>
    <w:p w14:paraId="7FE54724" w14:textId="77777777" w:rsidR="00BA6165" w:rsidRDefault="00000000">
      <w:pPr>
        <w:spacing w:after="40"/>
      </w:pPr>
      <w:r>
        <w:rPr>
          <w:sz w:val="18"/>
        </w:rPr>
        <w:t>☐ I have captured notes I can use in my final cover letter.</w:t>
      </w:r>
    </w:p>
    <w:p w14:paraId="19E72558" w14:textId="77777777" w:rsidR="00BA6165" w:rsidRDefault="00000000">
      <w:r>
        <w:br w:type="page"/>
      </w:r>
    </w:p>
    <w:p w14:paraId="53905EC9" w14:textId="7AC10C16" w:rsidR="00BA6165" w:rsidRDefault="00000000">
      <w:pPr>
        <w:pStyle w:val="Heading1"/>
      </w:pPr>
      <w:r>
        <w:rPr>
          <w:color w:val="071B4D"/>
          <w:sz w:val="32"/>
        </w:rPr>
        <w:lastRenderedPageBreak/>
        <w:t>Cover Letter Decision Tree</w:t>
      </w:r>
    </w:p>
    <w:tbl>
      <w:tblPr>
        <w:tblW w:w="0" w:type="auto"/>
        <w:tblLook w:val="04A0" w:firstRow="1" w:lastRow="0" w:firstColumn="1" w:lastColumn="0" w:noHBand="0" w:noVBand="1"/>
      </w:tblPr>
      <w:tblGrid>
        <w:gridCol w:w="10368"/>
      </w:tblGrid>
      <w:tr w:rsidR="00BA6165" w14:paraId="73112DCE" w14:textId="77777777">
        <w:tc>
          <w:tcPr>
            <w:tcW w:w="10368" w:type="dxa"/>
            <w:shd w:val="clear" w:color="auto" w:fill="EAF7E5"/>
            <w:tcMar>
              <w:top w:w="160" w:type="dxa"/>
              <w:left w:w="160" w:type="dxa"/>
              <w:bottom w:w="160" w:type="dxa"/>
              <w:right w:w="160" w:type="dxa"/>
            </w:tcMar>
          </w:tcPr>
          <w:p w14:paraId="6491193D" w14:textId="77777777" w:rsidR="00BA6165" w:rsidRDefault="00000000">
            <w:r>
              <w:rPr>
                <w:b/>
                <w:color w:val="071B4D"/>
                <w:sz w:val="20"/>
              </w:rPr>
              <w:t>Use this before writing</w:t>
            </w:r>
          </w:p>
          <w:p w14:paraId="2D82194B" w14:textId="77777777" w:rsidR="00BA6165" w:rsidRDefault="00000000">
            <w:pPr>
              <w:spacing w:after="0"/>
            </w:pPr>
            <w:r>
              <w:rPr>
                <w:sz w:val="18"/>
              </w:rPr>
              <w:t>Answer these questions to decide whether you need a full cover letter, short message or no letter.</w:t>
            </w:r>
          </w:p>
        </w:tc>
      </w:tr>
    </w:tbl>
    <w:p w14:paraId="751736B0" w14:textId="77777777" w:rsidR="00BA6165" w:rsidRDefault="00000000">
      <w:pPr>
        <w:spacing w:after="40"/>
      </w:pPr>
      <w:r>
        <w:rPr>
          <w:sz w:val="18"/>
        </w:rPr>
        <w:t>☐ The application asks for a cover letter.</w:t>
      </w:r>
    </w:p>
    <w:p w14:paraId="1699EBB6" w14:textId="77777777" w:rsidR="00BA6165" w:rsidRDefault="00000000">
      <w:pPr>
        <w:spacing w:after="40"/>
      </w:pPr>
      <w:r>
        <w:rPr>
          <w:sz w:val="18"/>
        </w:rPr>
        <w:t>☐ I am changing direction.</w:t>
      </w:r>
    </w:p>
    <w:p w14:paraId="29F45CA4" w14:textId="77777777" w:rsidR="00BA6165" w:rsidRDefault="00000000">
      <w:pPr>
        <w:spacing w:after="40"/>
      </w:pPr>
      <w:r>
        <w:rPr>
          <w:sz w:val="18"/>
        </w:rPr>
        <w:t>☐ I need to explain context.</w:t>
      </w:r>
    </w:p>
    <w:p w14:paraId="1E92C9E9" w14:textId="77777777" w:rsidR="00BA6165" w:rsidRDefault="00000000">
      <w:pPr>
        <w:spacing w:after="40"/>
      </w:pPr>
      <w:r>
        <w:rPr>
          <w:sz w:val="18"/>
        </w:rPr>
        <w:t>☐ The role is senior, specialist or competitive.</w:t>
      </w:r>
    </w:p>
    <w:p w14:paraId="0058AA51" w14:textId="77777777" w:rsidR="00BA6165" w:rsidRDefault="00000000">
      <w:pPr>
        <w:spacing w:after="40"/>
      </w:pPr>
      <w:r>
        <w:rPr>
          <w:sz w:val="18"/>
        </w:rPr>
        <w:t>☐ I am applying directly to a company or hiring manager.</w:t>
      </w:r>
    </w:p>
    <w:p w14:paraId="3381601E" w14:textId="27BB2925" w:rsidR="00BA6165" w:rsidRDefault="00000000">
      <w:pPr>
        <w:pStyle w:val="Heading1"/>
      </w:pPr>
      <w:r>
        <w:rPr>
          <w:color w:val="071B4D"/>
          <w:sz w:val="32"/>
        </w:rPr>
        <w:t>Job Advert Analysis Sheet</w:t>
      </w:r>
    </w:p>
    <w:tbl>
      <w:tblPr>
        <w:tblStyle w:val="TableGrid"/>
        <w:tblW w:w="0" w:type="auto"/>
        <w:jc w:val="center"/>
        <w:tblLook w:val="04A0" w:firstRow="1" w:lastRow="0" w:firstColumn="1" w:lastColumn="0" w:noHBand="0" w:noVBand="1"/>
      </w:tblPr>
      <w:tblGrid>
        <w:gridCol w:w="2592"/>
        <w:gridCol w:w="2592"/>
        <w:gridCol w:w="2592"/>
        <w:gridCol w:w="2592"/>
      </w:tblGrid>
      <w:tr w:rsidR="00BA6165" w14:paraId="38F05981" w14:textId="77777777">
        <w:trPr>
          <w:jc w:val="center"/>
        </w:trPr>
        <w:tc>
          <w:tcPr>
            <w:tcW w:w="2592" w:type="dxa"/>
            <w:shd w:val="clear" w:color="auto" w:fill="071B4D"/>
            <w:tcMar>
              <w:top w:w="100" w:type="dxa"/>
              <w:left w:w="100" w:type="dxa"/>
              <w:bottom w:w="100" w:type="dxa"/>
              <w:right w:w="100" w:type="dxa"/>
            </w:tcMar>
          </w:tcPr>
          <w:p w14:paraId="0551214A" w14:textId="77777777" w:rsidR="00BA6165" w:rsidRDefault="00000000">
            <w:r>
              <w:rPr>
                <w:b/>
                <w:color w:val="FFFFFF"/>
                <w:sz w:val="17"/>
              </w:rPr>
              <w:t>Role Requirement</w:t>
            </w:r>
          </w:p>
        </w:tc>
        <w:tc>
          <w:tcPr>
            <w:tcW w:w="2592" w:type="dxa"/>
            <w:shd w:val="clear" w:color="auto" w:fill="071B4D"/>
            <w:tcMar>
              <w:top w:w="100" w:type="dxa"/>
              <w:left w:w="100" w:type="dxa"/>
              <w:bottom w:w="100" w:type="dxa"/>
              <w:right w:w="100" w:type="dxa"/>
            </w:tcMar>
          </w:tcPr>
          <w:p w14:paraId="1476C4D0" w14:textId="77777777" w:rsidR="00BA6165" w:rsidRDefault="00000000">
            <w:r>
              <w:rPr>
                <w:b/>
                <w:color w:val="FFFFFF"/>
                <w:sz w:val="17"/>
              </w:rPr>
              <w:t>Evidence Needed</w:t>
            </w:r>
          </w:p>
        </w:tc>
        <w:tc>
          <w:tcPr>
            <w:tcW w:w="2592" w:type="dxa"/>
            <w:shd w:val="clear" w:color="auto" w:fill="071B4D"/>
            <w:tcMar>
              <w:top w:w="100" w:type="dxa"/>
              <w:left w:w="100" w:type="dxa"/>
              <w:bottom w:w="100" w:type="dxa"/>
              <w:right w:w="100" w:type="dxa"/>
            </w:tcMar>
          </w:tcPr>
          <w:p w14:paraId="2B692A7E" w14:textId="77777777" w:rsidR="00BA6165" w:rsidRDefault="00000000">
            <w:r>
              <w:rPr>
                <w:b/>
                <w:color w:val="FFFFFF"/>
                <w:sz w:val="17"/>
              </w:rPr>
              <w:t>My Matching Experience</w:t>
            </w:r>
          </w:p>
        </w:tc>
        <w:tc>
          <w:tcPr>
            <w:tcW w:w="2592" w:type="dxa"/>
            <w:shd w:val="clear" w:color="auto" w:fill="071B4D"/>
            <w:tcMar>
              <w:top w:w="100" w:type="dxa"/>
              <w:left w:w="100" w:type="dxa"/>
              <w:bottom w:w="100" w:type="dxa"/>
              <w:right w:w="100" w:type="dxa"/>
            </w:tcMar>
          </w:tcPr>
          <w:p w14:paraId="7C8FEFD3" w14:textId="77777777" w:rsidR="00BA6165" w:rsidRDefault="00000000">
            <w:r>
              <w:rPr>
                <w:b/>
                <w:color w:val="FFFFFF"/>
                <w:sz w:val="17"/>
              </w:rPr>
              <w:t>Use in Letter?</w:t>
            </w:r>
          </w:p>
        </w:tc>
      </w:tr>
      <w:tr w:rsidR="00BA6165" w14:paraId="2567C2AE" w14:textId="77777777">
        <w:trPr>
          <w:jc w:val="center"/>
        </w:trPr>
        <w:tc>
          <w:tcPr>
            <w:tcW w:w="2592" w:type="dxa"/>
            <w:tcMar>
              <w:top w:w="100" w:type="dxa"/>
              <w:left w:w="100" w:type="dxa"/>
              <w:bottom w:w="100" w:type="dxa"/>
              <w:right w:w="100" w:type="dxa"/>
            </w:tcMar>
          </w:tcPr>
          <w:p w14:paraId="77A67A68" w14:textId="77777777" w:rsidR="00BA6165" w:rsidRDefault="00BA6165"/>
        </w:tc>
        <w:tc>
          <w:tcPr>
            <w:tcW w:w="2592" w:type="dxa"/>
            <w:tcMar>
              <w:top w:w="100" w:type="dxa"/>
              <w:left w:w="100" w:type="dxa"/>
              <w:bottom w:w="100" w:type="dxa"/>
              <w:right w:w="100" w:type="dxa"/>
            </w:tcMar>
          </w:tcPr>
          <w:p w14:paraId="48B2F219" w14:textId="77777777" w:rsidR="00BA6165" w:rsidRDefault="00BA6165"/>
        </w:tc>
        <w:tc>
          <w:tcPr>
            <w:tcW w:w="2592" w:type="dxa"/>
            <w:tcMar>
              <w:top w:w="100" w:type="dxa"/>
              <w:left w:w="100" w:type="dxa"/>
              <w:bottom w:w="100" w:type="dxa"/>
              <w:right w:w="100" w:type="dxa"/>
            </w:tcMar>
          </w:tcPr>
          <w:p w14:paraId="13FE8EEA" w14:textId="77777777" w:rsidR="00BA6165" w:rsidRDefault="00BA6165"/>
        </w:tc>
        <w:tc>
          <w:tcPr>
            <w:tcW w:w="2592" w:type="dxa"/>
            <w:tcMar>
              <w:top w:w="100" w:type="dxa"/>
              <w:left w:w="100" w:type="dxa"/>
              <w:bottom w:w="100" w:type="dxa"/>
              <w:right w:w="100" w:type="dxa"/>
            </w:tcMar>
          </w:tcPr>
          <w:p w14:paraId="27BD54B7" w14:textId="77777777" w:rsidR="00BA6165" w:rsidRDefault="00BA6165"/>
        </w:tc>
      </w:tr>
      <w:tr w:rsidR="00BA6165" w14:paraId="34099247" w14:textId="77777777">
        <w:trPr>
          <w:jc w:val="center"/>
        </w:trPr>
        <w:tc>
          <w:tcPr>
            <w:tcW w:w="2592" w:type="dxa"/>
            <w:tcMar>
              <w:top w:w="100" w:type="dxa"/>
              <w:left w:w="100" w:type="dxa"/>
              <w:bottom w:w="100" w:type="dxa"/>
              <w:right w:w="100" w:type="dxa"/>
            </w:tcMar>
          </w:tcPr>
          <w:p w14:paraId="18A44AA8" w14:textId="77777777" w:rsidR="00BA6165" w:rsidRDefault="00BA6165"/>
        </w:tc>
        <w:tc>
          <w:tcPr>
            <w:tcW w:w="2592" w:type="dxa"/>
            <w:tcMar>
              <w:top w:w="100" w:type="dxa"/>
              <w:left w:w="100" w:type="dxa"/>
              <w:bottom w:w="100" w:type="dxa"/>
              <w:right w:w="100" w:type="dxa"/>
            </w:tcMar>
          </w:tcPr>
          <w:p w14:paraId="71D0C068" w14:textId="77777777" w:rsidR="00BA6165" w:rsidRDefault="00BA6165"/>
        </w:tc>
        <w:tc>
          <w:tcPr>
            <w:tcW w:w="2592" w:type="dxa"/>
            <w:tcMar>
              <w:top w:w="100" w:type="dxa"/>
              <w:left w:w="100" w:type="dxa"/>
              <w:bottom w:w="100" w:type="dxa"/>
              <w:right w:w="100" w:type="dxa"/>
            </w:tcMar>
          </w:tcPr>
          <w:p w14:paraId="70724A84" w14:textId="77777777" w:rsidR="00BA6165" w:rsidRDefault="00BA6165"/>
        </w:tc>
        <w:tc>
          <w:tcPr>
            <w:tcW w:w="2592" w:type="dxa"/>
            <w:tcMar>
              <w:top w:w="100" w:type="dxa"/>
              <w:left w:w="100" w:type="dxa"/>
              <w:bottom w:w="100" w:type="dxa"/>
              <w:right w:w="100" w:type="dxa"/>
            </w:tcMar>
          </w:tcPr>
          <w:p w14:paraId="6BA1AA27" w14:textId="77777777" w:rsidR="00BA6165" w:rsidRDefault="00BA6165"/>
        </w:tc>
      </w:tr>
      <w:tr w:rsidR="00BA6165" w14:paraId="7B391435" w14:textId="77777777">
        <w:trPr>
          <w:jc w:val="center"/>
        </w:trPr>
        <w:tc>
          <w:tcPr>
            <w:tcW w:w="2592" w:type="dxa"/>
            <w:tcMar>
              <w:top w:w="100" w:type="dxa"/>
              <w:left w:w="100" w:type="dxa"/>
              <w:bottom w:w="100" w:type="dxa"/>
              <w:right w:w="100" w:type="dxa"/>
            </w:tcMar>
          </w:tcPr>
          <w:p w14:paraId="6E3D8E39" w14:textId="77777777" w:rsidR="00BA6165" w:rsidRDefault="00BA6165"/>
        </w:tc>
        <w:tc>
          <w:tcPr>
            <w:tcW w:w="2592" w:type="dxa"/>
            <w:tcMar>
              <w:top w:w="100" w:type="dxa"/>
              <w:left w:w="100" w:type="dxa"/>
              <w:bottom w:w="100" w:type="dxa"/>
              <w:right w:w="100" w:type="dxa"/>
            </w:tcMar>
          </w:tcPr>
          <w:p w14:paraId="4A861824" w14:textId="77777777" w:rsidR="00BA6165" w:rsidRDefault="00BA6165"/>
        </w:tc>
        <w:tc>
          <w:tcPr>
            <w:tcW w:w="2592" w:type="dxa"/>
            <w:tcMar>
              <w:top w:w="100" w:type="dxa"/>
              <w:left w:w="100" w:type="dxa"/>
              <w:bottom w:w="100" w:type="dxa"/>
              <w:right w:w="100" w:type="dxa"/>
            </w:tcMar>
          </w:tcPr>
          <w:p w14:paraId="15590B9A" w14:textId="77777777" w:rsidR="00BA6165" w:rsidRDefault="00BA6165"/>
        </w:tc>
        <w:tc>
          <w:tcPr>
            <w:tcW w:w="2592" w:type="dxa"/>
            <w:tcMar>
              <w:top w:w="100" w:type="dxa"/>
              <w:left w:w="100" w:type="dxa"/>
              <w:bottom w:w="100" w:type="dxa"/>
              <w:right w:w="100" w:type="dxa"/>
            </w:tcMar>
          </w:tcPr>
          <w:p w14:paraId="141EC35A" w14:textId="77777777" w:rsidR="00BA6165" w:rsidRDefault="00BA6165"/>
        </w:tc>
      </w:tr>
      <w:tr w:rsidR="00BA6165" w14:paraId="13D56277" w14:textId="77777777">
        <w:trPr>
          <w:jc w:val="center"/>
        </w:trPr>
        <w:tc>
          <w:tcPr>
            <w:tcW w:w="2592" w:type="dxa"/>
            <w:tcMar>
              <w:top w:w="100" w:type="dxa"/>
              <w:left w:w="100" w:type="dxa"/>
              <w:bottom w:w="100" w:type="dxa"/>
              <w:right w:w="100" w:type="dxa"/>
            </w:tcMar>
          </w:tcPr>
          <w:p w14:paraId="57C91E27" w14:textId="77777777" w:rsidR="00BA6165" w:rsidRDefault="00BA6165"/>
        </w:tc>
        <w:tc>
          <w:tcPr>
            <w:tcW w:w="2592" w:type="dxa"/>
            <w:tcMar>
              <w:top w:w="100" w:type="dxa"/>
              <w:left w:w="100" w:type="dxa"/>
              <w:bottom w:w="100" w:type="dxa"/>
              <w:right w:w="100" w:type="dxa"/>
            </w:tcMar>
          </w:tcPr>
          <w:p w14:paraId="5996A365" w14:textId="77777777" w:rsidR="00BA6165" w:rsidRDefault="00BA6165"/>
        </w:tc>
        <w:tc>
          <w:tcPr>
            <w:tcW w:w="2592" w:type="dxa"/>
            <w:tcMar>
              <w:top w:w="100" w:type="dxa"/>
              <w:left w:w="100" w:type="dxa"/>
              <w:bottom w:w="100" w:type="dxa"/>
              <w:right w:w="100" w:type="dxa"/>
            </w:tcMar>
          </w:tcPr>
          <w:p w14:paraId="030742BF" w14:textId="77777777" w:rsidR="00BA6165" w:rsidRDefault="00BA6165"/>
        </w:tc>
        <w:tc>
          <w:tcPr>
            <w:tcW w:w="2592" w:type="dxa"/>
            <w:tcMar>
              <w:top w:w="100" w:type="dxa"/>
              <w:left w:w="100" w:type="dxa"/>
              <w:bottom w:w="100" w:type="dxa"/>
              <w:right w:w="100" w:type="dxa"/>
            </w:tcMar>
          </w:tcPr>
          <w:p w14:paraId="48983FD3" w14:textId="77777777" w:rsidR="00BA6165" w:rsidRDefault="00BA6165"/>
        </w:tc>
      </w:tr>
      <w:tr w:rsidR="00BA6165" w14:paraId="45052F20" w14:textId="77777777">
        <w:trPr>
          <w:jc w:val="center"/>
        </w:trPr>
        <w:tc>
          <w:tcPr>
            <w:tcW w:w="2592" w:type="dxa"/>
            <w:tcMar>
              <w:top w:w="100" w:type="dxa"/>
              <w:left w:w="100" w:type="dxa"/>
              <w:bottom w:w="100" w:type="dxa"/>
              <w:right w:w="100" w:type="dxa"/>
            </w:tcMar>
          </w:tcPr>
          <w:p w14:paraId="7C2F2D6B" w14:textId="77777777" w:rsidR="00BA6165" w:rsidRDefault="00BA6165"/>
        </w:tc>
        <w:tc>
          <w:tcPr>
            <w:tcW w:w="2592" w:type="dxa"/>
            <w:tcMar>
              <w:top w:w="100" w:type="dxa"/>
              <w:left w:w="100" w:type="dxa"/>
              <w:bottom w:w="100" w:type="dxa"/>
              <w:right w:w="100" w:type="dxa"/>
            </w:tcMar>
          </w:tcPr>
          <w:p w14:paraId="38EE58EF" w14:textId="77777777" w:rsidR="00BA6165" w:rsidRDefault="00BA6165"/>
        </w:tc>
        <w:tc>
          <w:tcPr>
            <w:tcW w:w="2592" w:type="dxa"/>
            <w:tcMar>
              <w:top w:w="100" w:type="dxa"/>
              <w:left w:w="100" w:type="dxa"/>
              <w:bottom w:w="100" w:type="dxa"/>
              <w:right w:w="100" w:type="dxa"/>
            </w:tcMar>
          </w:tcPr>
          <w:p w14:paraId="2AD6946E" w14:textId="77777777" w:rsidR="00BA6165" w:rsidRDefault="00BA6165"/>
        </w:tc>
        <w:tc>
          <w:tcPr>
            <w:tcW w:w="2592" w:type="dxa"/>
            <w:tcMar>
              <w:top w:w="100" w:type="dxa"/>
              <w:left w:w="100" w:type="dxa"/>
              <w:bottom w:w="100" w:type="dxa"/>
              <w:right w:w="100" w:type="dxa"/>
            </w:tcMar>
          </w:tcPr>
          <w:p w14:paraId="0508FE01" w14:textId="77777777" w:rsidR="00BA6165" w:rsidRDefault="00BA6165"/>
        </w:tc>
      </w:tr>
      <w:tr w:rsidR="00BA6165" w14:paraId="61620DDA" w14:textId="77777777">
        <w:trPr>
          <w:jc w:val="center"/>
        </w:trPr>
        <w:tc>
          <w:tcPr>
            <w:tcW w:w="2592" w:type="dxa"/>
            <w:tcMar>
              <w:top w:w="100" w:type="dxa"/>
              <w:left w:w="100" w:type="dxa"/>
              <w:bottom w:w="100" w:type="dxa"/>
              <w:right w:w="100" w:type="dxa"/>
            </w:tcMar>
          </w:tcPr>
          <w:p w14:paraId="72EDB264" w14:textId="77777777" w:rsidR="00BA6165" w:rsidRDefault="00BA6165"/>
        </w:tc>
        <w:tc>
          <w:tcPr>
            <w:tcW w:w="2592" w:type="dxa"/>
            <w:tcMar>
              <w:top w:w="100" w:type="dxa"/>
              <w:left w:w="100" w:type="dxa"/>
              <w:bottom w:w="100" w:type="dxa"/>
              <w:right w:w="100" w:type="dxa"/>
            </w:tcMar>
          </w:tcPr>
          <w:p w14:paraId="23E1A961" w14:textId="77777777" w:rsidR="00BA6165" w:rsidRDefault="00BA6165"/>
        </w:tc>
        <w:tc>
          <w:tcPr>
            <w:tcW w:w="2592" w:type="dxa"/>
            <w:tcMar>
              <w:top w:w="100" w:type="dxa"/>
              <w:left w:w="100" w:type="dxa"/>
              <w:bottom w:w="100" w:type="dxa"/>
              <w:right w:w="100" w:type="dxa"/>
            </w:tcMar>
          </w:tcPr>
          <w:p w14:paraId="232BBC3E" w14:textId="77777777" w:rsidR="00BA6165" w:rsidRDefault="00BA6165"/>
        </w:tc>
        <w:tc>
          <w:tcPr>
            <w:tcW w:w="2592" w:type="dxa"/>
            <w:tcMar>
              <w:top w:w="100" w:type="dxa"/>
              <w:left w:w="100" w:type="dxa"/>
              <w:bottom w:w="100" w:type="dxa"/>
              <w:right w:w="100" w:type="dxa"/>
            </w:tcMar>
          </w:tcPr>
          <w:p w14:paraId="5FE14D5F" w14:textId="77777777" w:rsidR="00BA6165" w:rsidRDefault="00BA6165"/>
        </w:tc>
      </w:tr>
      <w:tr w:rsidR="00BA6165" w14:paraId="29990946" w14:textId="77777777">
        <w:trPr>
          <w:jc w:val="center"/>
        </w:trPr>
        <w:tc>
          <w:tcPr>
            <w:tcW w:w="2592" w:type="dxa"/>
            <w:tcMar>
              <w:top w:w="100" w:type="dxa"/>
              <w:left w:w="100" w:type="dxa"/>
              <w:bottom w:w="100" w:type="dxa"/>
              <w:right w:w="100" w:type="dxa"/>
            </w:tcMar>
          </w:tcPr>
          <w:p w14:paraId="09BA43F5" w14:textId="77777777" w:rsidR="00BA6165" w:rsidRDefault="00BA6165"/>
        </w:tc>
        <w:tc>
          <w:tcPr>
            <w:tcW w:w="2592" w:type="dxa"/>
            <w:tcMar>
              <w:top w:w="100" w:type="dxa"/>
              <w:left w:w="100" w:type="dxa"/>
              <w:bottom w:w="100" w:type="dxa"/>
              <w:right w:w="100" w:type="dxa"/>
            </w:tcMar>
          </w:tcPr>
          <w:p w14:paraId="49CDC6B9" w14:textId="77777777" w:rsidR="00BA6165" w:rsidRDefault="00BA6165"/>
        </w:tc>
        <w:tc>
          <w:tcPr>
            <w:tcW w:w="2592" w:type="dxa"/>
            <w:tcMar>
              <w:top w:w="100" w:type="dxa"/>
              <w:left w:w="100" w:type="dxa"/>
              <w:bottom w:w="100" w:type="dxa"/>
              <w:right w:w="100" w:type="dxa"/>
            </w:tcMar>
          </w:tcPr>
          <w:p w14:paraId="764D944D" w14:textId="77777777" w:rsidR="00BA6165" w:rsidRDefault="00BA6165"/>
        </w:tc>
        <w:tc>
          <w:tcPr>
            <w:tcW w:w="2592" w:type="dxa"/>
            <w:tcMar>
              <w:top w:w="100" w:type="dxa"/>
              <w:left w:w="100" w:type="dxa"/>
              <w:bottom w:w="100" w:type="dxa"/>
              <w:right w:w="100" w:type="dxa"/>
            </w:tcMar>
          </w:tcPr>
          <w:p w14:paraId="193F39CC" w14:textId="77777777" w:rsidR="00BA6165" w:rsidRDefault="00BA6165"/>
        </w:tc>
      </w:tr>
      <w:tr w:rsidR="00BA6165" w14:paraId="7C87BD6C" w14:textId="77777777">
        <w:trPr>
          <w:jc w:val="center"/>
        </w:trPr>
        <w:tc>
          <w:tcPr>
            <w:tcW w:w="2592" w:type="dxa"/>
            <w:tcMar>
              <w:top w:w="100" w:type="dxa"/>
              <w:left w:w="100" w:type="dxa"/>
              <w:bottom w:w="100" w:type="dxa"/>
              <w:right w:w="100" w:type="dxa"/>
            </w:tcMar>
          </w:tcPr>
          <w:p w14:paraId="6F0584D0" w14:textId="77777777" w:rsidR="00BA6165" w:rsidRDefault="00BA6165"/>
        </w:tc>
        <w:tc>
          <w:tcPr>
            <w:tcW w:w="2592" w:type="dxa"/>
            <w:tcMar>
              <w:top w:w="100" w:type="dxa"/>
              <w:left w:w="100" w:type="dxa"/>
              <w:bottom w:w="100" w:type="dxa"/>
              <w:right w:w="100" w:type="dxa"/>
            </w:tcMar>
          </w:tcPr>
          <w:p w14:paraId="41C51D38" w14:textId="77777777" w:rsidR="00BA6165" w:rsidRDefault="00BA6165"/>
        </w:tc>
        <w:tc>
          <w:tcPr>
            <w:tcW w:w="2592" w:type="dxa"/>
            <w:tcMar>
              <w:top w:w="100" w:type="dxa"/>
              <w:left w:w="100" w:type="dxa"/>
              <w:bottom w:w="100" w:type="dxa"/>
              <w:right w:w="100" w:type="dxa"/>
            </w:tcMar>
          </w:tcPr>
          <w:p w14:paraId="41FEB859" w14:textId="77777777" w:rsidR="00BA6165" w:rsidRDefault="00BA6165"/>
        </w:tc>
        <w:tc>
          <w:tcPr>
            <w:tcW w:w="2592" w:type="dxa"/>
            <w:tcMar>
              <w:top w:w="100" w:type="dxa"/>
              <w:left w:w="100" w:type="dxa"/>
              <w:bottom w:w="100" w:type="dxa"/>
              <w:right w:w="100" w:type="dxa"/>
            </w:tcMar>
          </w:tcPr>
          <w:p w14:paraId="63F3015A" w14:textId="77777777" w:rsidR="00BA6165" w:rsidRDefault="00BA6165"/>
        </w:tc>
      </w:tr>
    </w:tbl>
    <w:p w14:paraId="4DAE5BCA" w14:textId="77777777" w:rsidR="00D55138" w:rsidRPr="00D55138" w:rsidRDefault="00D55138" w:rsidP="00D55138">
      <w:pPr>
        <w:rPr>
          <w:b/>
          <w:color w:val="071B4D"/>
          <w:sz w:val="13"/>
          <w:szCs w:val="8"/>
        </w:rPr>
      </w:pPr>
    </w:p>
    <w:p w14:paraId="48724228" w14:textId="0B44138A" w:rsidR="00BA6165" w:rsidRDefault="00000000" w:rsidP="00D55138">
      <w:r>
        <w:rPr>
          <w:b/>
          <w:color w:val="071B4D"/>
          <w:sz w:val="32"/>
        </w:rPr>
        <w:t>Evidence Selection Grid</w:t>
      </w:r>
    </w:p>
    <w:tbl>
      <w:tblPr>
        <w:tblStyle w:val="TableGrid"/>
        <w:tblW w:w="0" w:type="auto"/>
        <w:jc w:val="center"/>
        <w:tblLook w:val="04A0" w:firstRow="1" w:lastRow="0" w:firstColumn="1" w:lastColumn="0" w:noHBand="0" w:noVBand="1"/>
      </w:tblPr>
      <w:tblGrid>
        <w:gridCol w:w="2074"/>
        <w:gridCol w:w="2074"/>
        <w:gridCol w:w="2074"/>
        <w:gridCol w:w="2074"/>
        <w:gridCol w:w="2074"/>
      </w:tblGrid>
      <w:tr w:rsidR="00BA6165" w14:paraId="0EF5861E" w14:textId="77777777">
        <w:trPr>
          <w:jc w:val="center"/>
        </w:trPr>
        <w:tc>
          <w:tcPr>
            <w:tcW w:w="2074" w:type="dxa"/>
            <w:shd w:val="clear" w:color="auto" w:fill="071B4D"/>
            <w:tcMar>
              <w:top w:w="100" w:type="dxa"/>
              <w:left w:w="100" w:type="dxa"/>
              <w:bottom w:w="100" w:type="dxa"/>
              <w:right w:w="100" w:type="dxa"/>
            </w:tcMar>
          </w:tcPr>
          <w:p w14:paraId="6260DFDB" w14:textId="77777777" w:rsidR="00BA6165" w:rsidRDefault="00000000">
            <w:r>
              <w:rPr>
                <w:b/>
                <w:color w:val="FFFFFF"/>
                <w:sz w:val="17"/>
              </w:rPr>
              <w:t>Evidence Point</w:t>
            </w:r>
          </w:p>
        </w:tc>
        <w:tc>
          <w:tcPr>
            <w:tcW w:w="2074" w:type="dxa"/>
            <w:shd w:val="clear" w:color="auto" w:fill="071B4D"/>
            <w:tcMar>
              <w:top w:w="100" w:type="dxa"/>
              <w:left w:w="100" w:type="dxa"/>
              <w:bottom w:w="100" w:type="dxa"/>
              <w:right w:w="100" w:type="dxa"/>
            </w:tcMar>
          </w:tcPr>
          <w:p w14:paraId="3978C0E8" w14:textId="77777777" w:rsidR="00BA6165" w:rsidRDefault="00000000">
            <w:r>
              <w:rPr>
                <w:b/>
                <w:color w:val="FFFFFF"/>
                <w:sz w:val="17"/>
              </w:rPr>
              <w:t>Action</w:t>
            </w:r>
          </w:p>
        </w:tc>
        <w:tc>
          <w:tcPr>
            <w:tcW w:w="2074" w:type="dxa"/>
            <w:shd w:val="clear" w:color="auto" w:fill="071B4D"/>
            <w:tcMar>
              <w:top w:w="100" w:type="dxa"/>
              <w:left w:w="100" w:type="dxa"/>
              <w:bottom w:w="100" w:type="dxa"/>
              <w:right w:w="100" w:type="dxa"/>
            </w:tcMar>
          </w:tcPr>
          <w:p w14:paraId="688D50C8" w14:textId="77777777" w:rsidR="00BA6165" w:rsidRDefault="00000000">
            <w:r>
              <w:rPr>
                <w:b/>
                <w:color w:val="FFFFFF"/>
                <w:sz w:val="17"/>
              </w:rPr>
              <w:t>Context</w:t>
            </w:r>
          </w:p>
        </w:tc>
        <w:tc>
          <w:tcPr>
            <w:tcW w:w="2074" w:type="dxa"/>
            <w:shd w:val="clear" w:color="auto" w:fill="071B4D"/>
            <w:tcMar>
              <w:top w:w="100" w:type="dxa"/>
              <w:left w:w="100" w:type="dxa"/>
              <w:bottom w:w="100" w:type="dxa"/>
              <w:right w:w="100" w:type="dxa"/>
            </w:tcMar>
          </w:tcPr>
          <w:p w14:paraId="1060F3F5" w14:textId="77777777" w:rsidR="00BA6165" w:rsidRDefault="00000000">
            <w:r>
              <w:rPr>
                <w:b/>
                <w:color w:val="FFFFFF"/>
                <w:sz w:val="17"/>
              </w:rPr>
              <w:t>Outcome</w:t>
            </w:r>
          </w:p>
        </w:tc>
        <w:tc>
          <w:tcPr>
            <w:tcW w:w="2074" w:type="dxa"/>
            <w:shd w:val="clear" w:color="auto" w:fill="071B4D"/>
            <w:tcMar>
              <w:top w:w="100" w:type="dxa"/>
              <w:left w:w="100" w:type="dxa"/>
              <w:bottom w:w="100" w:type="dxa"/>
              <w:right w:w="100" w:type="dxa"/>
            </w:tcMar>
          </w:tcPr>
          <w:p w14:paraId="727BB5AC" w14:textId="77777777" w:rsidR="00BA6165" w:rsidRDefault="00000000">
            <w:r>
              <w:rPr>
                <w:b/>
                <w:color w:val="FFFFFF"/>
                <w:sz w:val="17"/>
              </w:rPr>
              <w:t>Strength Shown</w:t>
            </w:r>
          </w:p>
        </w:tc>
      </w:tr>
      <w:tr w:rsidR="00BA6165" w14:paraId="4B74154C" w14:textId="77777777">
        <w:trPr>
          <w:jc w:val="center"/>
        </w:trPr>
        <w:tc>
          <w:tcPr>
            <w:tcW w:w="2074" w:type="dxa"/>
            <w:tcMar>
              <w:top w:w="100" w:type="dxa"/>
              <w:left w:w="100" w:type="dxa"/>
              <w:bottom w:w="100" w:type="dxa"/>
              <w:right w:w="100" w:type="dxa"/>
            </w:tcMar>
          </w:tcPr>
          <w:p w14:paraId="7C26DF79" w14:textId="77777777" w:rsidR="00BA6165" w:rsidRDefault="00BA6165"/>
        </w:tc>
        <w:tc>
          <w:tcPr>
            <w:tcW w:w="2074" w:type="dxa"/>
            <w:tcMar>
              <w:top w:w="100" w:type="dxa"/>
              <w:left w:w="100" w:type="dxa"/>
              <w:bottom w:w="100" w:type="dxa"/>
              <w:right w:w="100" w:type="dxa"/>
            </w:tcMar>
          </w:tcPr>
          <w:p w14:paraId="7A581618" w14:textId="77777777" w:rsidR="00BA6165" w:rsidRDefault="00BA6165"/>
        </w:tc>
        <w:tc>
          <w:tcPr>
            <w:tcW w:w="2074" w:type="dxa"/>
            <w:tcMar>
              <w:top w:w="100" w:type="dxa"/>
              <w:left w:w="100" w:type="dxa"/>
              <w:bottom w:w="100" w:type="dxa"/>
              <w:right w:w="100" w:type="dxa"/>
            </w:tcMar>
          </w:tcPr>
          <w:p w14:paraId="2054A1B7" w14:textId="77777777" w:rsidR="00BA6165" w:rsidRDefault="00BA6165"/>
        </w:tc>
        <w:tc>
          <w:tcPr>
            <w:tcW w:w="2074" w:type="dxa"/>
            <w:tcMar>
              <w:top w:w="100" w:type="dxa"/>
              <w:left w:w="100" w:type="dxa"/>
              <w:bottom w:w="100" w:type="dxa"/>
              <w:right w:w="100" w:type="dxa"/>
            </w:tcMar>
          </w:tcPr>
          <w:p w14:paraId="69CC9ADB" w14:textId="77777777" w:rsidR="00BA6165" w:rsidRDefault="00BA6165"/>
        </w:tc>
        <w:tc>
          <w:tcPr>
            <w:tcW w:w="2074" w:type="dxa"/>
            <w:tcMar>
              <w:top w:w="100" w:type="dxa"/>
              <w:left w:w="100" w:type="dxa"/>
              <w:bottom w:w="100" w:type="dxa"/>
              <w:right w:w="100" w:type="dxa"/>
            </w:tcMar>
          </w:tcPr>
          <w:p w14:paraId="695DB84B" w14:textId="77777777" w:rsidR="00BA6165" w:rsidRDefault="00BA6165"/>
        </w:tc>
      </w:tr>
      <w:tr w:rsidR="00BA6165" w14:paraId="2E2C102B" w14:textId="77777777">
        <w:trPr>
          <w:jc w:val="center"/>
        </w:trPr>
        <w:tc>
          <w:tcPr>
            <w:tcW w:w="2074" w:type="dxa"/>
            <w:tcMar>
              <w:top w:w="100" w:type="dxa"/>
              <w:left w:w="100" w:type="dxa"/>
              <w:bottom w:w="100" w:type="dxa"/>
              <w:right w:w="100" w:type="dxa"/>
            </w:tcMar>
          </w:tcPr>
          <w:p w14:paraId="3F61EEB5" w14:textId="77777777" w:rsidR="00BA6165" w:rsidRDefault="00BA6165"/>
        </w:tc>
        <w:tc>
          <w:tcPr>
            <w:tcW w:w="2074" w:type="dxa"/>
            <w:tcMar>
              <w:top w:w="100" w:type="dxa"/>
              <w:left w:w="100" w:type="dxa"/>
              <w:bottom w:w="100" w:type="dxa"/>
              <w:right w:w="100" w:type="dxa"/>
            </w:tcMar>
          </w:tcPr>
          <w:p w14:paraId="2B0F7763" w14:textId="77777777" w:rsidR="00BA6165" w:rsidRDefault="00BA6165"/>
        </w:tc>
        <w:tc>
          <w:tcPr>
            <w:tcW w:w="2074" w:type="dxa"/>
            <w:tcMar>
              <w:top w:w="100" w:type="dxa"/>
              <w:left w:w="100" w:type="dxa"/>
              <w:bottom w:w="100" w:type="dxa"/>
              <w:right w:w="100" w:type="dxa"/>
            </w:tcMar>
          </w:tcPr>
          <w:p w14:paraId="0B63DE72" w14:textId="77777777" w:rsidR="00BA6165" w:rsidRDefault="00BA6165"/>
        </w:tc>
        <w:tc>
          <w:tcPr>
            <w:tcW w:w="2074" w:type="dxa"/>
            <w:tcMar>
              <w:top w:w="100" w:type="dxa"/>
              <w:left w:w="100" w:type="dxa"/>
              <w:bottom w:w="100" w:type="dxa"/>
              <w:right w:w="100" w:type="dxa"/>
            </w:tcMar>
          </w:tcPr>
          <w:p w14:paraId="115967DA" w14:textId="77777777" w:rsidR="00BA6165" w:rsidRDefault="00BA6165"/>
        </w:tc>
        <w:tc>
          <w:tcPr>
            <w:tcW w:w="2074" w:type="dxa"/>
            <w:tcMar>
              <w:top w:w="100" w:type="dxa"/>
              <w:left w:w="100" w:type="dxa"/>
              <w:bottom w:w="100" w:type="dxa"/>
              <w:right w:w="100" w:type="dxa"/>
            </w:tcMar>
          </w:tcPr>
          <w:p w14:paraId="2DF1BEA8" w14:textId="77777777" w:rsidR="00BA6165" w:rsidRDefault="00BA6165"/>
        </w:tc>
      </w:tr>
      <w:tr w:rsidR="00BA6165" w14:paraId="074DD107" w14:textId="77777777">
        <w:trPr>
          <w:jc w:val="center"/>
        </w:trPr>
        <w:tc>
          <w:tcPr>
            <w:tcW w:w="2074" w:type="dxa"/>
            <w:tcMar>
              <w:top w:w="100" w:type="dxa"/>
              <w:left w:w="100" w:type="dxa"/>
              <w:bottom w:w="100" w:type="dxa"/>
              <w:right w:w="100" w:type="dxa"/>
            </w:tcMar>
          </w:tcPr>
          <w:p w14:paraId="6B7512FE" w14:textId="77777777" w:rsidR="00BA6165" w:rsidRDefault="00BA6165"/>
        </w:tc>
        <w:tc>
          <w:tcPr>
            <w:tcW w:w="2074" w:type="dxa"/>
            <w:tcMar>
              <w:top w:w="100" w:type="dxa"/>
              <w:left w:w="100" w:type="dxa"/>
              <w:bottom w:w="100" w:type="dxa"/>
              <w:right w:w="100" w:type="dxa"/>
            </w:tcMar>
          </w:tcPr>
          <w:p w14:paraId="05667E28" w14:textId="77777777" w:rsidR="00BA6165" w:rsidRDefault="00BA6165"/>
        </w:tc>
        <w:tc>
          <w:tcPr>
            <w:tcW w:w="2074" w:type="dxa"/>
            <w:tcMar>
              <w:top w:w="100" w:type="dxa"/>
              <w:left w:w="100" w:type="dxa"/>
              <w:bottom w:w="100" w:type="dxa"/>
              <w:right w:w="100" w:type="dxa"/>
            </w:tcMar>
          </w:tcPr>
          <w:p w14:paraId="48027CF4" w14:textId="77777777" w:rsidR="00BA6165" w:rsidRDefault="00BA6165"/>
        </w:tc>
        <w:tc>
          <w:tcPr>
            <w:tcW w:w="2074" w:type="dxa"/>
            <w:tcMar>
              <w:top w:w="100" w:type="dxa"/>
              <w:left w:w="100" w:type="dxa"/>
              <w:bottom w:w="100" w:type="dxa"/>
              <w:right w:w="100" w:type="dxa"/>
            </w:tcMar>
          </w:tcPr>
          <w:p w14:paraId="22806DDD" w14:textId="77777777" w:rsidR="00BA6165" w:rsidRDefault="00BA6165"/>
        </w:tc>
        <w:tc>
          <w:tcPr>
            <w:tcW w:w="2074" w:type="dxa"/>
            <w:tcMar>
              <w:top w:w="100" w:type="dxa"/>
              <w:left w:w="100" w:type="dxa"/>
              <w:bottom w:w="100" w:type="dxa"/>
              <w:right w:w="100" w:type="dxa"/>
            </w:tcMar>
          </w:tcPr>
          <w:p w14:paraId="34038D3B" w14:textId="77777777" w:rsidR="00BA6165" w:rsidRDefault="00BA6165"/>
        </w:tc>
      </w:tr>
      <w:tr w:rsidR="00BA6165" w14:paraId="28D4D508" w14:textId="77777777">
        <w:trPr>
          <w:jc w:val="center"/>
        </w:trPr>
        <w:tc>
          <w:tcPr>
            <w:tcW w:w="2074" w:type="dxa"/>
            <w:tcMar>
              <w:top w:w="100" w:type="dxa"/>
              <w:left w:w="100" w:type="dxa"/>
              <w:bottom w:w="100" w:type="dxa"/>
              <w:right w:w="100" w:type="dxa"/>
            </w:tcMar>
          </w:tcPr>
          <w:p w14:paraId="4F589CAF" w14:textId="77777777" w:rsidR="00BA6165" w:rsidRDefault="00BA6165"/>
        </w:tc>
        <w:tc>
          <w:tcPr>
            <w:tcW w:w="2074" w:type="dxa"/>
            <w:tcMar>
              <w:top w:w="100" w:type="dxa"/>
              <w:left w:w="100" w:type="dxa"/>
              <w:bottom w:w="100" w:type="dxa"/>
              <w:right w:w="100" w:type="dxa"/>
            </w:tcMar>
          </w:tcPr>
          <w:p w14:paraId="157FC6AF" w14:textId="77777777" w:rsidR="00BA6165" w:rsidRDefault="00BA6165"/>
        </w:tc>
        <w:tc>
          <w:tcPr>
            <w:tcW w:w="2074" w:type="dxa"/>
            <w:tcMar>
              <w:top w:w="100" w:type="dxa"/>
              <w:left w:w="100" w:type="dxa"/>
              <w:bottom w:w="100" w:type="dxa"/>
              <w:right w:w="100" w:type="dxa"/>
            </w:tcMar>
          </w:tcPr>
          <w:p w14:paraId="61F5EAA2" w14:textId="77777777" w:rsidR="00BA6165" w:rsidRDefault="00BA6165"/>
        </w:tc>
        <w:tc>
          <w:tcPr>
            <w:tcW w:w="2074" w:type="dxa"/>
            <w:tcMar>
              <w:top w:w="100" w:type="dxa"/>
              <w:left w:w="100" w:type="dxa"/>
              <w:bottom w:w="100" w:type="dxa"/>
              <w:right w:w="100" w:type="dxa"/>
            </w:tcMar>
          </w:tcPr>
          <w:p w14:paraId="3237387F" w14:textId="77777777" w:rsidR="00BA6165" w:rsidRDefault="00BA6165"/>
        </w:tc>
        <w:tc>
          <w:tcPr>
            <w:tcW w:w="2074" w:type="dxa"/>
            <w:tcMar>
              <w:top w:w="100" w:type="dxa"/>
              <w:left w:w="100" w:type="dxa"/>
              <w:bottom w:w="100" w:type="dxa"/>
              <w:right w:w="100" w:type="dxa"/>
            </w:tcMar>
          </w:tcPr>
          <w:p w14:paraId="0B7F2C58" w14:textId="77777777" w:rsidR="00BA6165" w:rsidRDefault="00BA6165"/>
        </w:tc>
      </w:tr>
      <w:tr w:rsidR="00BA6165" w14:paraId="381F24E9" w14:textId="77777777">
        <w:trPr>
          <w:jc w:val="center"/>
        </w:trPr>
        <w:tc>
          <w:tcPr>
            <w:tcW w:w="2074" w:type="dxa"/>
            <w:tcMar>
              <w:top w:w="100" w:type="dxa"/>
              <w:left w:w="100" w:type="dxa"/>
              <w:bottom w:w="100" w:type="dxa"/>
              <w:right w:w="100" w:type="dxa"/>
            </w:tcMar>
          </w:tcPr>
          <w:p w14:paraId="07FD5C11" w14:textId="77777777" w:rsidR="00BA6165" w:rsidRDefault="00BA6165"/>
        </w:tc>
        <w:tc>
          <w:tcPr>
            <w:tcW w:w="2074" w:type="dxa"/>
            <w:tcMar>
              <w:top w:w="100" w:type="dxa"/>
              <w:left w:w="100" w:type="dxa"/>
              <w:bottom w:w="100" w:type="dxa"/>
              <w:right w:w="100" w:type="dxa"/>
            </w:tcMar>
          </w:tcPr>
          <w:p w14:paraId="1DC1A895" w14:textId="77777777" w:rsidR="00BA6165" w:rsidRDefault="00BA6165"/>
        </w:tc>
        <w:tc>
          <w:tcPr>
            <w:tcW w:w="2074" w:type="dxa"/>
            <w:tcMar>
              <w:top w:w="100" w:type="dxa"/>
              <w:left w:w="100" w:type="dxa"/>
              <w:bottom w:w="100" w:type="dxa"/>
              <w:right w:w="100" w:type="dxa"/>
            </w:tcMar>
          </w:tcPr>
          <w:p w14:paraId="296D1CA5" w14:textId="77777777" w:rsidR="00BA6165" w:rsidRDefault="00BA6165"/>
        </w:tc>
        <w:tc>
          <w:tcPr>
            <w:tcW w:w="2074" w:type="dxa"/>
            <w:tcMar>
              <w:top w:w="100" w:type="dxa"/>
              <w:left w:w="100" w:type="dxa"/>
              <w:bottom w:w="100" w:type="dxa"/>
              <w:right w:w="100" w:type="dxa"/>
            </w:tcMar>
          </w:tcPr>
          <w:p w14:paraId="59F0A87A" w14:textId="77777777" w:rsidR="00BA6165" w:rsidRDefault="00BA6165"/>
        </w:tc>
        <w:tc>
          <w:tcPr>
            <w:tcW w:w="2074" w:type="dxa"/>
            <w:tcMar>
              <w:top w:w="100" w:type="dxa"/>
              <w:left w:w="100" w:type="dxa"/>
              <w:bottom w:w="100" w:type="dxa"/>
              <w:right w:w="100" w:type="dxa"/>
            </w:tcMar>
          </w:tcPr>
          <w:p w14:paraId="007C358D" w14:textId="77777777" w:rsidR="00BA6165" w:rsidRDefault="00BA6165"/>
        </w:tc>
      </w:tr>
      <w:tr w:rsidR="00BA6165" w14:paraId="6211ADAF" w14:textId="77777777">
        <w:trPr>
          <w:jc w:val="center"/>
        </w:trPr>
        <w:tc>
          <w:tcPr>
            <w:tcW w:w="2074" w:type="dxa"/>
            <w:tcMar>
              <w:top w:w="100" w:type="dxa"/>
              <w:left w:w="100" w:type="dxa"/>
              <w:bottom w:w="100" w:type="dxa"/>
              <w:right w:w="100" w:type="dxa"/>
            </w:tcMar>
          </w:tcPr>
          <w:p w14:paraId="1DD7CB73" w14:textId="77777777" w:rsidR="00BA6165" w:rsidRDefault="00BA6165"/>
        </w:tc>
        <w:tc>
          <w:tcPr>
            <w:tcW w:w="2074" w:type="dxa"/>
            <w:tcMar>
              <w:top w:w="100" w:type="dxa"/>
              <w:left w:w="100" w:type="dxa"/>
              <w:bottom w:w="100" w:type="dxa"/>
              <w:right w:w="100" w:type="dxa"/>
            </w:tcMar>
          </w:tcPr>
          <w:p w14:paraId="7AA4C0AF" w14:textId="77777777" w:rsidR="00BA6165" w:rsidRDefault="00BA6165"/>
        </w:tc>
        <w:tc>
          <w:tcPr>
            <w:tcW w:w="2074" w:type="dxa"/>
            <w:tcMar>
              <w:top w:w="100" w:type="dxa"/>
              <w:left w:w="100" w:type="dxa"/>
              <w:bottom w:w="100" w:type="dxa"/>
              <w:right w:w="100" w:type="dxa"/>
            </w:tcMar>
          </w:tcPr>
          <w:p w14:paraId="1D80E579" w14:textId="77777777" w:rsidR="00BA6165" w:rsidRDefault="00BA6165"/>
        </w:tc>
        <w:tc>
          <w:tcPr>
            <w:tcW w:w="2074" w:type="dxa"/>
            <w:tcMar>
              <w:top w:w="100" w:type="dxa"/>
              <w:left w:w="100" w:type="dxa"/>
              <w:bottom w:w="100" w:type="dxa"/>
              <w:right w:w="100" w:type="dxa"/>
            </w:tcMar>
          </w:tcPr>
          <w:p w14:paraId="74F01C02" w14:textId="77777777" w:rsidR="00BA6165" w:rsidRDefault="00BA6165"/>
        </w:tc>
        <w:tc>
          <w:tcPr>
            <w:tcW w:w="2074" w:type="dxa"/>
            <w:tcMar>
              <w:top w:w="100" w:type="dxa"/>
              <w:left w:w="100" w:type="dxa"/>
              <w:bottom w:w="100" w:type="dxa"/>
              <w:right w:w="100" w:type="dxa"/>
            </w:tcMar>
          </w:tcPr>
          <w:p w14:paraId="3A6F7CC0" w14:textId="77777777" w:rsidR="00BA6165" w:rsidRDefault="00BA6165"/>
        </w:tc>
      </w:tr>
      <w:tr w:rsidR="00BA6165" w14:paraId="0AB25E44" w14:textId="77777777">
        <w:trPr>
          <w:jc w:val="center"/>
        </w:trPr>
        <w:tc>
          <w:tcPr>
            <w:tcW w:w="2074" w:type="dxa"/>
            <w:tcMar>
              <w:top w:w="100" w:type="dxa"/>
              <w:left w:w="100" w:type="dxa"/>
              <w:bottom w:w="100" w:type="dxa"/>
              <w:right w:w="100" w:type="dxa"/>
            </w:tcMar>
          </w:tcPr>
          <w:p w14:paraId="5B410DE8" w14:textId="77777777" w:rsidR="00BA6165" w:rsidRDefault="00BA6165"/>
        </w:tc>
        <w:tc>
          <w:tcPr>
            <w:tcW w:w="2074" w:type="dxa"/>
            <w:tcMar>
              <w:top w:w="100" w:type="dxa"/>
              <w:left w:w="100" w:type="dxa"/>
              <w:bottom w:w="100" w:type="dxa"/>
              <w:right w:w="100" w:type="dxa"/>
            </w:tcMar>
          </w:tcPr>
          <w:p w14:paraId="69BF565E" w14:textId="77777777" w:rsidR="00BA6165" w:rsidRDefault="00BA6165"/>
        </w:tc>
        <w:tc>
          <w:tcPr>
            <w:tcW w:w="2074" w:type="dxa"/>
            <w:tcMar>
              <w:top w:w="100" w:type="dxa"/>
              <w:left w:w="100" w:type="dxa"/>
              <w:bottom w:w="100" w:type="dxa"/>
              <w:right w:w="100" w:type="dxa"/>
            </w:tcMar>
          </w:tcPr>
          <w:p w14:paraId="6C615339" w14:textId="77777777" w:rsidR="00BA6165" w:rsidRDefault="00BA6165"/>
        </w:tc>
        <w:tc>
          <w:tcPr>
            <w:tcW w:w="2074" w:type="dxa"/>
            <w:tcMar>
              <w:top w:w="100" w:type="dxa"/>
              <w:left w:w="100" w:type="dxa"/>
              <w:bottom w:w="100" w:type="dxa"/>
              <w:right w:w="100" w:type="dxa"/>
            </w:tcMar>
          </w:tcPr>
          <w:p w14:paraId="6CC2B44E" w14:textId="77777777" w:rsidR="00BA6165" w:rsidRDefault="00BA6165"/>
        </w:tc>
        <w:tc>
          <w:tcPr>
            <w:tcW w:w="2074" w:type="dxa"/>
            <w:tcMar>
              <w:top w:w="100" w:type="dxa"/>
              <w:left w:w="100" w:type="dxa"/>
              <w:bottom w:w="100" w:type="dxa"/>
              <w:right w:w="100" w:type="dxa"/>
            </w:tcMar>
          </w:tcPr>
          <w:p w14:paraId="048C0542" w14:textId="77777777" w:rsidR="00BA6165" w:rsidRDefault="00BA6165"/>
        </w:tc>
      </w:tr>
      <w:tr w:rsidR="00BA6165" w14:paraId="00A7B6C6" w14:textId="77777777">
        <w:trPr>
          <w:jc w:val="center"/>
        </w:trPr>
        <w:tc>
          <w:tcPr>
            <w:tcW w:w="2074" w:type="dxa"/>
            <w:tcMar>
              <w:top w:w="100" w:type="dxa"/>
              <w:left w:w="100" w:type="dxa"/>
              <w:bottom w:w="100" w:type="dxa"/>
              <w:right w:w="100" w:type="dxa"/>
            </w:tcMar>
          </w:tcPr>
          <w:p w14:paraId="77D70D66" w14:textId="77777777" w:rsidR="00BA6165" w:rsidRDefault="00BA6165"/>
        </w:tc>
        <w:tc>
          <w:tcPr>
            <w:tcW w:w="2074" w:type="dxa"/>
            <w:tcMar>
              <w:top w:w="100" w:type="dxa"/>
              <w:left w:w="100" w:type="dxa"/>
              <w:bottom w:w="100" w:type="dxa"/>
              <w:right w:w="100" w:type="dxa"/>
            </w:tcMar>
          </w:tcPr>
          <w:p w14:paraId="1029F2D3" w14:textId="77777777" w:rsidR="00BA6165" w:rsidRDefault="00BA6165"/>
        </w:tc>
        <w:tc>
          <w:tcPr>
            <w:tcW w:w="2074" w:type="dxa"/>
            <w:tcMar>
              <w:top w:w="100" w:type="dxa"/>
              <w:left w:w="100" w:type="dxa"/>
              <w:bottom w:w="100" w:type="dxa"/>
              <w:right w:w="100" w:type="dxa"/>
            </w:tcMar>
          </w:tcPr>
          <w:p w14:paraId="34554A5E" w14:textId="77777777" w:rsidR="00BA6165" w:rsidRDefault="00BA6165"/>
        </w:tc>
        <w:tc>
          <w:tcPr>
            <w:tcW w:w="2074" w:type="dxa"/>
            <w:tcMar>
              <w:top w:w="100" w:type="dxa"/>
              <w:left w:w="100" w:type="dxa"/>
              <w:bottom w:w="100" w:type="dxa"/>
              <w:right w:w="100" w:type="dxa"/>
            </w:tcMar>
          </w:tcPr>
          <w:p w14:paraId="4712B717" w14:textId="77777777" w:rsidR="00BA6165" w:rsidRDefault="00BA6165"/>
        </w:tc>
        <w:tc>
          <w:tcPr>
            <w:tcW w:w="2074" w:type="dxa"/>
            <w:tcMar>
              <w:top w:w="100" w:type="dxa"/>
              <w:left w:w="100" w:type="dxa"/>
              <w:bottom w:w="100" w:type="dxa"/>
              <w:right w:w="100" w:type="dxa"/>
            </w:tcMar>
          </w:tcPr>
          <w:p w14:paraId="3406B703" w14:textId="77777777" w:rsidR="00BA6165" w:rsidRDefault="00BA6165"/>
        </w:tc>
      </w:tr>
    </w:tbl>
    <w:p w14:paraId="3D1B84C0" w14:textId="77777777" w:rsidR="00BA6165" w:rsidRDefault="00000000">
      <w:r>
        <w:br w:type="page"/>
      </w:r>
    </w:p>
    <w:p w14:paraId="63C083C7" w14:textId="144D41B3" w:rsidR="00BA6165" w:rsidRDefault="00000000">
      <w:pPr>
        <w:pStyle w:val="Heading1"/>
        <w:rPr>
          <w:color w:val="071B4D"/>
          <w:sz w:val="32"/>
        </w:rPr>
      </w:pPr>
      <w:r>
        <w:rPr>
          <w:color w:val="071B4D"/>
          <w:sz w:val="32"/>
        </w:rPr>
        <w:lastRenderedPageBreak/>
        <w:t>Master Cover Letter Builder</w:t>
      </w:r>
    </w:p>
    <w:p w14:paraId="40B2B851" w14:textId="77777777" w:rsidR="00D55138" w:rsidRPr="00D55138" w:rsidRDefault="00D55138" w:rsidP="00D55138">
      <w:pPr>
        <w:rPr>
          <w:sz w:val="2"/>
          <w:szCs w:val="6"/>
        </w:rPr>
      </w:pPr>
    </w:p>
    <w:tbl>
      <w:tblPr>
        <w:tblStyle w:val="TableGrid"/>
        <w:tblW w:w="0" w:type="auto"/>
        <w:jc w:val="center"/>
        <w:tblLook w:val="04A0" w:firstRow="1" w:lastRow="0" w:firstColumn="1" w:lastColumn="0" w:noHBand="0" w:noVBand="1"/>
      </w:tblPr>
      <w:tblGrid>
        <w:gridCol w:w="10368"/>
      </w:tblGrid>
      <w:tr w:rsidR="00BA6165" w14:paraId="394F0E5D" w14:textId="77777777">
        <w:trPr>
          <w:jc w:val="center"/>
        </w:trPr>
        <w:tc>
          <w:tcPr>
            <w:tcW w:w="10368" w:type="dxa"/>
            <w:shd w:val="clear" w:color="auto" w:fill="F7FBF5"/>
            <w:tcMar>
              <w:top w:w="100" w:type="dxa"/>
              <w:left w:w="100" w:type="dxa"/>
              <w:bottom w:w="100" w:type="dxa"/>
              <w:right w:w="100" w:type="dxa"/>
            </w:tcMar>
          </w:tcPr>
          <w:p w14:paraId="6B8C6047" w14:textId="77777777" w:rsidR="00BA6165" w:rsidRDefault="00000000">
            <w:r>
              <w:rPr>
                <w:b/>
                <w:color w:val="071B4D"/>
                <w:sz w:val="17"/>
              </w:rPr>
              <w:t>Professional positioning</w:t>
            </w:r>
          </w:p>
          <w:p w14:paraId="03566EB8" w14:textId="77777777" w:rsidR="00BA6165" w:rsidRDefault="00BA6165"/>
          <w:p w14:paraId="25E2441D" w14:textId="77777777" w:rsidR="00BA6165" w:rsidRDefault="00BA6165"/>
          <w:p w14:paraId="745BDA02" w14:textId="77777777" w:rsidR="00BA6165" w:rsidRDefault="00BA6165"/>
          <w:p w14:paraId="02C777E4" w14:textId="77777777" w:rsidR="00BA6165" w:rsidRDefault="00BA6165"/>
        </w:tc>
      </w:tr>
      <w:tr w:rsidR="00BA6165" w14:paraId="17AE9099" w14:textId="77777777">
        <w:trPr>
          <w:jc w:val="center"/>
        </w:trPr>
        <w:tc>
          <w:tcPr>
            <w:tcW w:w="10368" w:type="dxa"/>
            <w:shd w:val="clear" w:color="auto" w:fill="FFFFFF"/>
            <w:tcMar>
              <w:top w:w="100" w:type="dxa"/>
              <w:left w:w="100" w:type="dxa"/>
              <w:bottom w:w="100" w:type="dxa"/>
              <w:right w:w="100" w:type="dxa"/>
            </w:tcMar>
          </w:tcPr>
          <w:p w14:paraId="28E6E9E5" w14:textId="77777777" w:rsidR="00BA6165" w:rsidRDefault="00000000">
            <w:r>
              <w:rPr>
                <w:b/>
                <w:color w:val="071B4D"/>
                <w:sz w:val="17"/>
              </w:rPr>
              <w:t>Core strengths</w:t>
            </w:r>
          </w:p>
          <w:p w14:paraId="3DA7B415" w14:textId="77777777" w:rsidR="00BA6165" w:rsidRDefault="00BA6165"/>
          <w:p w14:paraId="65B464D1" w14:textId="77777777" w:rsidR="00BA6165" w:rsidRDefault="00BA6165"/>
          <w:p w14:paraId="548C81F0" w14:textId="77777777" w:rsidR="00BA6165" w:rsidRDefault="00BA6165"/>
          <w:p w14:paraId="2D61B020" w14:textId="77777777" w:rsidR="00BA6165" w:rsidRDefault="00BA6165"/>
        </w:tc>
      </w:tr>
      <w:tr w:rsidR="00BA6165" w14:paraId="0FDE86D5" w14:textId="77777777">
        <w:trPr>
          <w:jc w:val="center"/>
        </w:trPr>
        <w:tc>
          <w:tcPr>
            <w:tcW w:w="10368" w:type="dxa"/>
            <w:shd w:val="clear" w:color="auto" w:fill="F7FBF5"/>
            <w:tcMar>
              <w:top w:w="100" w:type="dxa"/>
              <w:left w:w="100" w:type="dxa"/>
              <w:bottom w:w="100" w:type="dxa"/>
              <w:right w:w="100" w:type="dxa"/>
            </w:tcMar>
          </w:tcPr>
          <w:p w14:paraId="1EEDF050" w14:textId="77777777" w:rsidR="00BA6165" w:rsidRDefault="00000000">
            <w:r>
              <w:rPr>
                <w:b/>
                <w:color w:val="071B4D"/>
                <w:sz w:val="17"/>
              </w:rPr>
              <w:t>Reusable evidence points</w:t>
            </w:r>
          </w:p>
          <w:p w14:paraId="2928DF6B" w14:textId="77777777" w:rsidR="00BA6165" w:rsidRDefault="00BA6165"/>
          <w:p w14:paraId="200FC1BF" w14:textId="77777777" w:rsidR="00BA6165" w:rsidRDefault="00BA6165"/>
          <w:p w14:paraId="178886DE" w14:textId="77777777" w:rsidR="00BA6165" w:rsidRDefault="00BA6165"/>
          <w:p w14:paraId="6BAABB40" w14:textId="77777777" w:rsidR="00BA6165" w:rsidRDefault="00BA6165"/>
        </w:tc>
      </w:tr>
      <w:tr w:rsidR="00BA6165" w14:paraId="37782A59" w14:textId="77777777">
        <w:trPr>
          <w:jc w:val="center"/>
        </w:trPr>
        <w:tc>
          <w:tcPr>
            <w:tcW w:w="10368" w:type="dxa"/>
            <w:shd w:val="clear" w:color="auto" w:fill="FFFFFF"/>
            <w:tcMar>
              <w:top w:w="100" w:type="dxa"/>
              <w:left w:w="100" w:type="dxa"/>
              <w:bottom w:w="100" w:type="dxa"/>
              <w:right w:w="100" w:type="dxa"/>
            </w:tcMar>
          </w:tcPr>
          <w:p w14:paraId="66E7412A" w14:textId="77777777" w:rsidR="00BA6165" w:rsidRDefault="00000000">
            <w:r>
              <w:rPr>
                <w:b/>
                <w:color w:val="071B4D"/>
                <w:sz w:val="17"/>
              </w:rPr>
              <w:t>Context or direction wording</w:t>
            </w:r>
          </w:p>
          <w:p w14:paraId="50BBD368" w14:textId="77777777" w:rsidR="00BA6165" w:rsidRDefault="00BA6165"/>
          <w:p w14:paraId="50AA0CE1" w14:textId="77777777" w:rsidR="00BA6165" w:rsidRDefault="00BA6165"/>
          <w:p w14:paraId="26BCF43F" w14:textId="77777777" w:rsidR="00BA6165" w:rsidRDefault="00BA6165"/>
          <w:p w14:paraId="39F2ECEE" w14:textId="77777777" w:rsidR="00BA6165" w:rsidRDefault="00BA6165"/>
        </w:tc>
      </w:tr>
      <w:tr w:rsidR="00BA6165" w14:paraId="1E575C67" w14:textId="77777777">
        <w:trPr>
          <w:jc w:val="center"/>
        </w:trPr>
        <w:tc>
          <w:tcPr>
            <w:tcW w:w="10368" w:type="dxa"/>
            <w:shd w:val="clear" w:color="auto" w:fill="F7FBF5"/>
            <w:tcMar>
              <w:top w:w="100" w:type="dxa"/>
              <w:left w:w="100" w:type="dxa"/>
              <w:bottom w:w="100" w:type="dxa"/>
              <w:right w:w="100" w:type="dxa"/>
            </w:tcMar>
          </w:tcPr>
          <w:p w14:paraId="17FD618A" w14:textId="77777777" w:rsidR="00BA6165" w:rsidRDefault="00000000">
            <w:r>
              <w:rPr>
                <w:b/>
                <w:color w:val="071B4D"/>
                <w:sz w:val="17"/>
              </w:rPr>
              <w:t>Reusable closing paragraph</w:t>
            </w:r>
          </w:p>
          <w:p w14:paraId="6E93B05D" w14:textId="77777777" w:rsidR="00BA6165" w:rsidRDefault="00BA6165"/>
          <w:p w14:paraId="32E1D9B2" w14:textId="77777777" w:rsidR="00BA6165" w:rsidRDefault="00BA6165"/>
          <w:p w14:paraId="1D694986" w14:textId="77777777" w:rsidR="00BA6165" w:rsidRDefault="00BA6165"/>
          <w:p w14:paraId="6B365492" w14:textId="77777777" w:rsidR="00BA6165" w:rsidRDefault="00BA6165"/>
        </w:tc>
      </w:tr>
    </w:tbl>
    <w:p w14:paraId="75C38DEA" w14:textId="77777777" w:rsidR="00D55138" w:rsidRPr="00D55138" w:rsidRDefault="00D55138" w:rsidP="00D55138">
      <w:pPr>
        <w:rPr>
          <w:sz w:val="22"/>
          <w:szCs w:val="28"/>
        </w:rPr>
      </w:pPr>
    </w:p>
    <w:p w14:paraId="1901E154" w14:textId="1D844123" w:rsidR="00BA6165" w:rsidRDefault="00000000" w:rsidP="00D55138">
      <w:r>
        <w:rPr>
          <w:b/>
          <w:color w:val="071B4D"/>
          <w:sz w:val="32"/>
        </w:rPr>
        <w:t>Tailoring Log</w:t>
      </w:r>
    </w:p>
    <w:tbl>
      <w:tblPr>
        <w:tblStyle w:val="TableGrid"/>
        <w:tblW w:w="0" w:type="auto"/>
        <w:jc w:val="center"/>
        <w:tblLook w:val="04A0" w:firstRow="1" w:lastRow="0" w:firstColumn="1" w:lastColumn="0" w:noHBand="0" w:noVBand="1"/>
      </w:tblPr>
      <w:tblGrid>
        <w:gridCol w:w="1728"/>
        <w:gridCol w:w="1728"/>
        <w:gridCol w:w="1728"/>
        <w:gridCol w:w="1728"/>
        <w:gridCol w:w="1728"/>
        <w:gridCol w:w="1728"/>
      </w:tblGrid>
      <w:tr w:rsidR="00BA6165" w14:paraId="175FE864" w14:textId="77777777">
        <w:trPr>
          <w:jc w:val="center"/>
        </w:trPr>
        <w:tc>
          <w:tcPr>
            <w:tcW w:w="1728" w:type="dxa"/>
            <w:shd w:val="clear" w:color="auto" w:fill="071B4D"/>
            <w:tcMar>
              <w:top w:w="100" w:type="dxa"/>
              <w:left w:w="100" w:type="dxa"/>
              <w:bottom w:w="100" w:type="dxa"/>
              <w:right w:w="100" w:type="dxa"/>
            </w:tcMar>
          </w:tcPr>
          <w:p w14:paraId="782E17C6" w14:textId="77777777" w:rsidR="00BA6165" w:rsidRDefault="00000000">
            <w:r>
              <w:rPr>
                <w:b/>
                <w:color w:val="FFFFFF"/>
                <w:sz w:val="17"/>
              </w:rPr>
              <w:t>Role / Company</w:t>
            </w:r>
          </w:p>
        </w:tc>
        <w:tc>
          <w:tcPr>
            <w:tcW w:w="1728" w:type="dxa"/>
            <w:shd w:val="clear" w:color="auto" w:fill="071B4D"/>
            <w:tcMar>
              <w:top w:w="100" w:type="dxa"/>
              <w:left w:w="100" w:type="dxa"/>
              <w:bottom w:w="100" w:type="dxa"/>
              <w:right w:w="100" w:type="dxa"/>
            </w:tcMar>
          </w:tcPr>
          <w:p w14:paraId="1B52F2FB" w14:textId="77777777" w:rsidR="00BA6165" w:rsidRDefault="00000000">
            <w:r>
              <w:rPr>
                <w:b/>
                <w:color w:val="FFFFFF"/>
                <w:sz w:val="17"/>
              </w:rPr>
              <w:t>Top Requirements</w:t>
            </w:r>
          </w:p>
        </w:tc>
        <w:tc>
          <w:tcPr>
            <w:tcW w:w="1728" w:type="dxa"/>
            <w:shd w:val="clear" w:color="auto" w:fill="071B4D"/>
            <w:tcMar>
              <w:top w:w="100" w:type="dxa"/>
              <w:left w:w="100" w:type="dxa"/>
              <w:bottom w:w="100" w:type="dxa"/>
              <w:right w:w="100" w:type="dxa"/>
            </w:tcMar>
          </w:tcPr>
          <w:p w14:paraId="584037F6" w14:textId="77777777" w:rsidR="00BA6165" w:rsidRDefault="00000000">
            <w:r>
              <w:rPr>
                <w:b/>
                <w:color w:val="FFFFFF"/>
                <w:sz w:val="17"/>
              </w:rPr>
              <w:t>Evidence Used</w:t>
            </w:r>
          </w:p>
        </w:tc>
        <w:tc>
          <w:tcPr>
            <w:tcW w:w="1728" w:type="dxa"/>
            <w:shd w:val="clear" w:color="auto" w:fill="071B4D"/>
            <w:tcMar>
              <w:top w:w="100" w:type="dxa"/>
              <w:left w:w="100" w:type="dxa"/>
              <w:bottom w:w="100" w:type="dxa"/>
              <w:right w:w="100" w:type="dxa"/>
            </w:tcMar>
          </w:tcPr>
          <w:p w14:paraId="32AFBBB9" w14:textId="77777777" w:rsidR="00BA6165" w:rsidRDefault="00000000">
            <w:r>
              <w:rPr>
                <w:b/>
                <w:color w:val="FFFFFF"/>
                <w:sz w:val="17"/>
              </w:rPr>
              <w:t>Language Mirrored</w:t>
            </w:r>
          </w:p>
        </w:tc>
        <w:tc>
          <w:tcPr>
            <w:tcW w:w="1728" w:type="dxa"/>
            <w:shd w:val="clear" w:color="auto" w:fill="071B4D"/>
            <w:tcMar>
              <w:top w:w="100" w:type="dxa"/>
              <w:left w:w="100" w:type="dxa"/>
              <w:bottom w:w="100" w:type="dxa"/>
              <w:right w:w="100" w:type="dxa"/>
            </w:tcMar>
          </w:tcPr>
          <w:p w14:paraId="1AC17C81" w14:textId="77777777" w:rsidR="00BA6165" w:rsidRDefault="00000000">
            <w:r>
              <w:rPr>
                <w:b/>
                <w:color w:val="FFFFFF"/>
                <w:sz w:val="17"/>
              </w:rPr>
              <w:t>Date Sent</w:t>
            </w:r>
          </w:p>
        </w:tc>
        <w:tc>
          <w:tcPr>
            <w:tcW w:w="1728" w:type="dxa"/>
            <w:shd w:val="clear" w:color="auto" w:fill="071B4D"/>
            <w:tcMar>
              <w:top w:w="100" w:type="dxa"/>
              <w:left w:w="100" w:type="dxa"/>
              <w:bottom w:w="100" w:type="dxa"/>
              <w:right w:w="100" w:type="dxa"/>
            </w:tcMar>
          </w:tcPr>
          <w:p w14:paraId="0BD2219B" w14:textId="77777777" w:rsidR="00BA6165" w:rsidRDefault="00000000">
            <w:r>
              <w:rPr>
                <w:b/>
                <w:color w:val="FFFFFF"/>
                <w:sz w:val="17"/>
              </w:rPr>
              <w:t>Outcome</w:t>
            </w:r>
          </w:p>
        </w:tc>
      </w:tr>
      <w:tr w:rsidR="00BA6165" w14:paraId="11CCD95C" w14:textId="77777777">
        <w:trPr>
          <w:jc w:val="center"/>
        </w:trPr>
        <w:tc>
          <w:tcPr>
            <w:tcW w:w="1728" w:type="dxa"/>
            <w:tcMar>
              <w:top w:w="100" w:type="dxa"/>
              <w:left w:w="100" w:type="dxa"/>
              <w:bottom w:w="100" w:type="dxa"/>
              <w:right w:w="100" w:type="dxa"/>
            </w:tcMar>
          </w:tcPr>
          <w:p w14:paraId="5562F6D4" w14:textId="77777777" w:rsidR="00BA6165" w:rsidRDefault="00BA6165"/>
        </w:tc>
        <w:tc>
          <w:tcPr>
            <w:tcW w:w="1728" w:type="dxa"/>
            <w:tcMar>
              <w:top w:w="100" w:type="dxa"/>
              <w:left w:w="100" w:type="dxa"/>
              <w:bottom w:w="100" w:type="dxa"/>
              <w:right w:w="100" w:type="dxa"/>
            </w:tcMar>
          </w:tcPr>
          <w:p w14:paraId="50A40D30" w14:textId="77777777" w:rsidR="00BA6165" w:rsidRDefault="00BA6165"/>
        </w:tc>
        <w:tc>
          <w:tcPr>
            <w:tcW w:w="1728" w:type="dxa"/>
            <w:tcMar>
              <w:top w:w="100" w:type="dxa"/>
              <w:left w:w="100" w:type="dxa"/>
              <w:bottom w:w="100" w:type="dxa"/>
              <w:right w:w="100" w:type="dxa"/>
            </w:tcMar>
          </w:tcPr>
          <w:p w14:paraId="409AD30A" w14:textId="77777777" w:rsidR="00BA6165" w:rsidRDefault="00BA6165"/>
        </w:tc>
        <w:tc>
          <w:tcPr>
            <w:tcW w:w="1728" w:type="dxa"/>
            <w:tcMar>
              <w:top w:w="100" w:type="dxa"/>
              <w:left w:w="100" w:type="dxa"/>
              <w:bottom w:w="100" w:type="dxa"/>
              <w:right w:w="100" w:type="dxa"/>
            </w:tcMar>
          </w:tcPr>
          <w:p w14:paraId="0E9EEFFE" w14:textId="77777777" w:rsidR="00BA6165" w:rsidRDefault="00BA6165"/>
        </w:tc>
        <w:tc>
          <w:tcPr>
            <w:tcW w:w="1728" w:type="dxa"/>
            <w:tcMar>
              <w:top w:w="100" w:type="dxa"/>
              <w:left w:w="100" w:type="dxa"/>
              <w:bottom w:w="100" w:type="dxa"/>
              <w:right w:w="100" w:type="dxa"/>
            </w:tcMar>
          </w:tcPr>
          <w:p w14:paraId="02699016" w14:textId="77777777" w:rsidR="00BA6165" w:rsidRDefault="00BA6165"/>
        </w:tc>
        <w:tc>
          <w:tcPr>
            <w:tcW w:w="1728" w:type="dxa"/>
            <w:tcMar>
              <w:top w:w="100" w:type="dxa"/>
              <w:left w:w="100" w:type="dxa"/>
              <w:bottom w:w="100" w:type="dxa"/>
              <w:right w:w="100" w:type="dxa"/>
            </w:tcMar>
          </w:tcPr>
          <w:p w14:paraId="26C940EF" w14:textId="77777777" w:rsidR="00BA6165" w:rsidRDefault="00BA6165"/>
        </w:tc>
      </w:tr>
      <w:tr w:rsidR="00BA6165" w14:paraId="2D3F873A" w14:textId="77777777">
        <w:trPr>
          <w:jc w:val="center"/>
        </w:trPr>
        <w:tc>
          <w:tcPr>
            <w:tcW w:w="1728" w:type="dxa"/>
            <w:tcMar>
              <w:top w:w="100" w:type="dxa"/>
              <w:left w:w="100" w:type="dxa"/>
              <w:bottom w:w="100" w:type="dxa"/>
              <w:right w:w="100" w:type="dxa"/>
            </w:tcMar>
          </w:tcPr>
          <w:p w14:paraId="7ABB624E" w14:textId="77777777" w:rsidR="00BA6165" w:rsidRDefault="00BA6165"/>
        </w:tc>
        <w:tc>
          <w:tcPr>
            <w:tcW w:w="1728" w:type="dxa"/>
            <w:tcMar>
              <w:top w:w="100" w:type="dxa"/>
              <w:left w:w="100" w:type="dxa"/>
              <w:bottom w:w="100" w:type="dxa"/>
              <w:right w:w="100" w:type="dxa"/>
            </w:tcMar>
          </w:tcPr>
          <w:p w14:paraId="01B739E9" w14:textId="77777777" w:rsidR="00BA6165" w:rsidRDefault="00BA6165"/>
        </w:tc>
        <w:tc>
          <w:tcPr>
            <w:tcW w:w="1728" w:type="dxa"/>
            <w:tcMar>
              <w:top w:w="100" w:type="dxa"/>
              <w:left w:w="100" w:type="dxa"/>
              <w:bottom w:w="100" w:type="dxa"/>
              <w:right w:w="100" w:type="dxa"/>
            </w:tcMar>
          </w:tcPr>
          <w:p w14:paraId="6D353E96" w14:textId="77777777" w:rsidR="00BA6165" w:rsidRDefault="00BA6165"/>
        </w:tc>
        <w:tc>
          <w:tcPr>
            <w:tcW w:w="1728" w:type="dxa"/>
            <w:tcMar>
              <w:top w:w="100" w:type="dxa"/>
              <w:left w:w="100" w:type="dxa"/>
              <w:bottom w:w="100" w:type="dxa"/>
              <w:right w:w="100" w:type="dxa"/>
            </w:tcMar>
          </w:tcPr>
          <w:p w14:paraId="2EAF015F" w14:textId="77777777" w:rsidR="00BA6165" w:rsidRDefault="00BA6165"/>
        </w:tc>
        <w:tc>
          <w:tcPr>
            <w:tcW w:w="1728" w:type="dxa"/>
            <w:tcMar>
              <w:top w:w="100" w:type="dxa"/>
              <w:left w:w="100" w:type="dxa"/>
              <w:bottom w:w="100" w:type="dxa"/>
              <w:right w:w="100" w:type="dxa"/>
            </w:tcMar>
          </w:tcPr>
          <w:p w14:paraId="0AD47441" w14:textId="77777777" w:rsidR="00BA6165" w:rsidRDefault="00BA6165"/>
        </w:tc>
        <w:tc>
          <w:tcPr>
            <w:tcW w:w="1728" w:type="dxa"/>
            <w:tcMar>
              <w:top w:w="100" w:type="dxa"/>
              <w:left w:w="100" w:type="dxa"/>
              <w:bottom w:w="100" w:type="dxa"/>
              <w:right w:w="100" w:type="dxa"/>
            </w:tcMar>
          </w:tcPr>
          <w:p w14:paraId="137C93D1" w14:textId="77777777" w:rsidR="00BA6165" w:rsidRDefault="00BA6165"/>
        </w:tc>
      </w:tr>
      <w:tr w:rsidR="00BA6165" w14:paraId="53A484B2" w14:textId="77777777">
        <w:trPr>
          <w:jc w:val="center"/>
        </w:trPr>
        <w:tc>
          <w:tcPr>
            <w:tcW w:w="1728" w:type="dxa"/>
            <w:tcMar>
              <w:top w:w="100" w:type="dxa"/>
              <w:left w:w="100" w:type="dxa"/>
              <w:bottom w:w="100" w:type="dxa"/>
              <w:right w:w="100" w:type="dxa"/>
            </w:tcMar>
          </w:tcPr>
          <w:p w14:paraId="79338ECA" w14:textId="77777777" w:rsidR="00BA6165" w:rsidRDefault="00BA6165"/>
        </w:tc>
        <w:tc>
          <w:tcPr>
            <w:tcW w:w="1728" w:type="dxa"/>
            <w:tcMar>
              <w:top w:w="100" w:type="dxa"/>
              <w:left w:w="100" w:type="dxa"/>
              <w:bottom w:w="100" w:type="dxa"/>
              <w:right w:w="100" w:type="dxa"/>
            </w:tcMar>
          </w:tcPr>
          <w:p w14:paraId="49F9C99A" w14:textId="77777777" w:rsidR="00BA6165" w:rsidRDefault="00BA6165"/>
        </w:tc>
        <w:tc>
          <w:tcPr>
            <w:tcW w:w="1728" w:type="dxa"/>
            <w:tcMar>
              <w:top w:w="100" w:type="dxa"/>
              <w:left w:w="100" w:type="dxa"/>
              <w:bottom w:w="100" w:type="dxa"/>
              <w:right w:w="100" w:type="dxa"/>
            </w:tcMar>
          </w:tcPr>
          <w:p w14:paraId="0EB7FA48" w14:textId="77777777" w:rsidR="00BA6165" w:rsidRDefault="00BA6165"/>
        </w:tc>
        <w:tc>
          <w:tcPr>
            <w:tcW w:w="1728" w:type="dxa"/>
            <w:tcMar>
              <w:top w:w="100" w:type="dxa"/>
              <w:left w:w="100" w:type="dxa"/>
              <w:bottom w:w="100" w:type="dxa"/>
              <w:right w:w="100" w:type="dxa"/>
            </w:tcMar>
          </w:tcPr>
          <w:p w14:paraId="43094DC2" w14:textId="77777777" w:rsidR="00BA6165" w:rsidRDefault="00BA6165"/>
        </w:tc>
        <w:tc>
          <w:tcPr>
            <w:tcW w:w="1728" w:type="dxa"/>
            <w:tcMar>
              <w:top w:w="100" w:type="dxa"/>
              <w:left w:w="100" w:type="dxa"/>
              <w:bottom w:w="100" w:type="dxa"/>
              <w:right w:w="100" w:type="dxa"/>
            </w:tcMar>
          </w:tcPr>
          <w:p w14:paraId="56F8EEC1" w14:textId="77777777" w:rsidR="00BA6165" w:rsidRDefault="00BA6165"/>
        </w:tc>
        <w:tc>
          <w:tcPr>
            <w:tcW w:w="1728" w:type="dxa"/>
            <w:tcMar>
              <w:top w:w="100" w:type="dxa"/>
              <w:left w:w="100" w:type="dxa"/>
              <w:bottom w:w="100" w:type="dxa"/>
              <w:right w:w="100" w:type="dxa"/>
            </w:tcMar>
          </w:tcPr>
          <w:p w14:paraId="26EC55CE" w14:textId="77777777" w:rsidR="00BA6165" w:rsidRDefault="00BA6165"/>
        </w:tc>
      </w:tr>
      <w:tr w:rsidR="00BA6165" w14:paraId="74380920" w14:textId="77777777">
        <w:trPr>
          <w:jc w:val="center"/>
        </w:trPr>
        <w:tc>
          <w:tcPr>
            <w:tcW w:w="1728" w:type="dxa"/>
            <w:tcMar>
              <w:top w:w="100" w:type="dxa"/>
              <w:left w:w="100" w:type="dxa"/>
              <w:bottom w:w="100" w:type="dxa"/>
              <w:right w:w="100" w:type="dxa"/>
            </w:tcMar>
          </w:tcPr>
          <w:p w14:paraId="698377BB" w14:textId="77777777" w:rsidR="00BA6165" w:rsidRDefault="00BA6165"/>
        </w:tc>
        <w:tc>
          <w:tcPr>
            <w:tcW w:w="1728" w:type="dxa"/>
            <w:tcMar>
              <w:top w:w="100" w:type="dxa"/>
              <w:left w:w="100" w:type="dxa"/>
              <w:bottom w:w="100" w:type="dxa"/>
              <w:right w:w="100" w:type="dxa"/>
            </w:tcMar>
          </w:tcPr>
          <w:p w14:paraId="73951D51" w14:textId="77777777" w:rsidR="00BA6165" w:rsidRDefault="00BA6165"/>
        </w:tc>
        <w:tc>
          <w:tcPr>
            <w:tcW w:w="1728" w:type="dxa"/>
            <w:tcMar>
              <w:top w:w="100" w:type="dxa"/>
              <w:left w:w="100" w:type="dxa"/>
              <w:bottom w:w="100" w:type="dxa"/>
              <w:right w:w="100" w:type="dxa"/>
            </w:tcMar>
          </w:tcPr>
          <w:p w14:paraId="3A92AB35" w14:textId="77777777" w:rsidR="00BA6165" w:rsidRDefault="00BA6165"/>
        </w:tc>
        <w:tc>
          <w:tcPr>
            <w:tcW w:w="1728" w:type="dxa"/>
            <w:tcMar>
              <w:top w:w="100" w:type="dxa"/>
              <w:left w:w="100" w:type="dxa"/>
              <w:bottom w:w="100" w:type="dxa"/>
              <w:right w:w="100" w:type="dxa"/>
            </w:tcMar>
          </w:tcPr>
          <w:p w14:paraId="27BED09E" w14:textId="77777777" w:rsidR="00BA6165" w:rsidRDefault="00BA6165"/>
        </w:tc>
        <w:tc>
          <w:tcPr>
            <w:tcW w:w="1728" w:type="dxa"/>
            <w:tcMar>
              <w:top w:w="100" w:type="dxa"/>
              <w:left w:w="100" w:type="dxa"/>
              <w:bottom w:w="100" w:type="dxa"/>
              <w:right w:w="100" w:type="dxa"/>
            </w:tcMar>
          </w:tcPr>
          <w:p w14:paraId="5E56185C" w14:textId="77777777" w:rsidR="00BA6165" w:rsidRDefault="00BA6165"/>
        </w:tc>
        <w:tc>
          <w:tcPr>
            <w:tcW w:w="1728" w:type="dxa"/>
            <w:tcMar>
              <w:top w:w="100" w:type="dxa"/>
              <w:left w:w="100" w:type="dxa"/>
              <w:bottom w:w="100" w:type="dxa"/>
              <w:right w:w="100" w:type="dxa"/>
            </w:tcMar>
          </w:tcPr>
          <w:p w14:paraId="27F16EE5" w14:textId="77777777" w:rsidR="00BA6165" w:rsidRDefault="00BA6165"/>
        </w:tc>
      </w:tr>
      <w:tr w:rsidR="00BA6165" w14:paraId="2EE08D64" w14:textId="77777777">
        <w:trPr>
          <w:jc w:val="center"/>
        </w:trPr>
        <w:tc>
          <w:tcPr>
            <w:tcW w:w="1728" w:type="dxa"/>
            <w:tcMar>
              <w:top w:w="100" w:type="dxa"/>
              <w:left w:w="100" w:type="dxa"/>
              <w:bottom w:w="100" w:type="dxa"/>
              <w:right w:w="100" w:type="dxa"/>
            </w:tcMar>
          </w:tcPr>
          <w:p w14:paraId="24C30AD6" w14:textId="77777777" w:rsidR="00BA6165" w:rsidRDefault="00BA6165"/>
        </w:tc>
        <w:tc>
          <w:tcPr>
            <w:tcW w:w="1728" w:type="dxa"/>
            <w:tcMar>
              <w:top w:w="100" w:type="dxa"/>
              <w:left w:w="100" w:type="dxa"/>
              <w:bottom w:w="100" w:type="dxa"/>
              <w:right w:w="100" w:type="dxa"/>
            </w:tcMar>
          </w:tcPr>
          <w:p w14:paraId="6983711B" w14:textId="77777777" w:rsidR="00BA6165" w:rsidRDefault="00BA6165"/>
        </w:tc>
        <w:tc>
          <w:tcPr>
            <w:tcW w:w="1728" w:type="dxa"/>
            <w:tcMar>
              <w:top w:w="100" w:type="dxa"/>
              <w:left w:w="100" w:type="dxa"/>
              <w:bottom w:w="100" w:type="dxa"/>
              <w:right w:w="100" w:type="dxa"/>
            </w:tcMar>
          </w:tcPr>
          <w:p w14:paraId="72970FF1" w14:textId="77777777" w:rsidR="00BA6165" w:rsidRDefault="00BA6165"/>
        </w:tc>
        <w:tc>
          <w:tcPr>
            <w:tcW w:w="1728" w:type="dxa"/>
            <w:tcMar>
              <w:top w:w="100" w:type="dxa"/>
              <w:left w:w="100" w:type="dxa"/>
              <w:bottom w:w="100" w:type="dxa"/>
              <w:right w:w="100" w:type="dxa"/>
            </w:tcMar>
          </w:tcPr>
          <w:p w14:paraId="284B8969" w14:textId="77777777" w:rsidR="00BA6165" w:rsidRDefault="00BA6165"/>
        </w:tc>
        <w:tc>
          <w:tcPr>
            <w:tcW w:w="1728" w:type="dxa"/>
            <w:tcMar>
              <w:top w:w="100" w:type="dxa"/>
              <w:left w:w="100" w:type="dxa"/>
              <w:bottom w:w="100" w:type="dxa"/>
              <w:right w:w="100" w:type="dxa"/>
            </w:tcMar>
          </w:tcPr>
          <w:p w14:paraId="74E35A88" w14:textId="77777777" w:rsidR="00BA6165" w:rsidRDefault="00BA6165"/>
        </w:tc>
        <w:tc>
          <w:tcPr>
            <w:tcW w:w="1728" w:type="dxa"/>
            <w:tcMar>
              <w:top w:w="100" w:type="dxa"/>
              <w:left w:w="100" w:type="dxa"/>
              <w:bottom w:w="100" w:type="dxa"/>
              <w:right w:w="100" w:type="dxa"/>
            </w:tcMar>
          </w:tcPr>
          <w:p w14:paraId="511507FE" w14:textId="77777777" w:rsidR="00BA6165" w:rsidRDefault="00BA6165"/>
        </w:tc>
      </w:tr>
      <w:tr w:rsidR="00BA6165" w14:paraId="3075853E" w14:textId="77777777">
        <w:trPr>
          <w:jc w:val="center"/>
        </w:trPr>
        <w:tc>
          <w:tcPr>
            <w:tcW w:w="1728" w:type="dxa"/>
            <w:tcMar>
              <w:top w:w="100" w:type="dxa"/>
              <w:left w:w="100" w:type="dxa"/>
              <w:bottom w:w="100" w:type="dxa"/>
              <w:right w:w="100" w:type="dxa"/>
            </w:tcMar>
          </w:tcPr>
          <w:p w14:paraId="779D014D" w14:textId="77777777" w:rsidR="00BA6165" w:rsidRDefault="00BA6165"/>
        </w:tc>
        <w:tc>
          <w:tcPr>
            <w:tcW w:w="1728" w:type="dxa"/>
            <w:tcMar>
              <w:top w:w="100" w:type="dxa"/>
              <w:left w:w="100" w:type="dxa"/>
              <w:bottom w:w="100" w:type="dxa"/>
              <w:right w:w="100" w:type="dxa"/>
            </w:tcMar>
          </w:tcPr>
          <w:p w14:paraId="5D47EE37" w14:textId="77777777" w:rsidR="00BA6165" w:rsidRDefault="00BA6165"/>
        </w:tc>
        <w:tc>
          <w:tcPr>
            <w:tcW w:w="1728" w:type="dxa"/>
            <w:tcMar>
              <w:top w:w="100" w:type="dxa"/>
              <w:left w:w="100" w:type="dxa"/>
              <w:bottom w:w="100" w:type="dxa"/>
              <w:right w:w="100" w:type="dxa"/>
            </w:tcMar>
          </w:tcPr>
          <w:p w14:paraId="2B8AAEF0" w14:textId="77777777" w:rsidR="00BA6165" w:rsidRDefault="00BA6165"/>
        </w:tc>
        <w:tc>
          <w:tcPr>
            <w:tcW w:w="1728" w:type="dxa"/>
            <w:tcMar>
              <w:top w:w="100" w:type="dxa"/>
              <w:left w:w="100" w:type="dxa"/>
              <w:bottom w:w="100" w:type="dxa"/>
              <w:right w:w="100" w:type="dxa"/>
            </w:tcMar>
          </w:tcPr>
          <w:p w14:paraId="026609CE" w14:textId="77777777" w:rsidR="00BA6165" w:rsidRDefault="00BA6165"/>
        </w:tc>
        <w:tc>
          <w:tcPr>
            <w:tcW w:w="1728" w:type="dxa"/>
            <w:tcMar>
              <w:top w:w="100" w:type="dxa"/>
              <w:left w:w="100" w:type="dxa"/>
              <w:bottom w:w="100" w:type="dxa"/>
              <w:right w:w="100" w:type="dxa"/>
            </w:tcMar>
          </w:tcPr>
          <w:p w14:paraId="1F92C46F" w14:textId="77777777" w:rsidR="00BA6165" w:rsidRDefault="00BA6165"/>
        </w:tc>
        <w:tc>
          <w:tcPr>
            <w:tcW w:w="1728" w:type="dxa"/>
            <w:tcMar>
              <w:top w:w="100" w:type="dxa"/>
              <w:left w:w="100" w:type="dxa"/>
              <w:bottom w:w="100" w:type="dxa"/>
              <w:right w:w="100" w:type="dxa"/>
            </w:tcMar>
          </w:tcPr>
          <w:p w14:paraId="5C868A53" w14:textId="77777777" w:rsidR="00BA6165" w:rsidRDefault="00BA6165"/>
        </w:tc>
      </w:tr>
    </w:tbl>
    <w:p w14:paraId="45DD7DD5" w14:textId="77777777" w:rsidR="00D55138" w:rsidRDefault="00D55138" w:rsidP="00D55138"/>
    <w:p w14:paraId="453F4F90" w14:textId="77777777" w:rsidR="00D55138" w:rsidRDefault="00D55138" w:rsidP="00D55138">
      <w:pPr>
        <w:rPr>
          <w:b/>
          <w:color w:val="071B4D"/>
          <w:sz w:val="32"/>
        </w:rPr>
      </w:pPr>
    </w:p>
    <w:p w14:paraId="21FBCF4E" w14:textId="77777777" w:rsidR="00D55138" w:rsidRDefault="00D55138" w:rsidP="00D55138">
      <w:pPr>
        <w:rPr>
          <w:b/>
          <w:color w:val="071B4D"/>
          <w:sz w:val="32"/>
        </w:rPr>
      </w:pPr>
    </w:p>
    <w:p w14:paraId="1BC65E45" w14:textId="77777777" w:rsidR="00D55138" w:rsidRDefault="00D55138" w:rsidP="00D55138">
      <w:pPr>
        <w:rPr>
          <w:b/>
          <w:color w:val="071B4D"/>
          <w:sz w:val="32"/>
        </w:rPr>
      </w:pPr>
    </w:p>
    <w:p w14:paraId="45F44275" w14:textId="241B2DB2" w:rsidR="00BA6165" w:rsidRDefault="00000000" w:rsidP="00D55138">
      <w:r>
        <w:rPr>
          <w:b/>
          <w:color w:val="071B4D"/>
          <w:sz w:val="32"/>
        </w:rPr>
        <w:lastRenderedPageBreak/>
        <w:t>Short Cover Message Templates</w:t>
      </w:r>
    </w:p>
    <w:tbl>
      <w:tblPr>
        <w:tblW w:w="0" w:type="auto"/>
        <w:tblLook w:val="04A0" w:firstRow="1" w:lastRow="0" w:firstColumn="1" w:lastColumn="0" w:noHBand="0" w:noVBand="1"/>
      </w:tblPr>
      <w:tblGrid>
        <w:gridCol w:w="10368"/>
      </w:tblGrid>
      <w:tr w:rsidR="00BA6165" w14:paraId="28A18AA0" w14:textId="77777777">
        <w:tc>
          <w:tcPr>
            <w:tcW w:w="10368" w:type="dxa"/>
            <w:shd w:val="clear" w:color="auto" w:fill="F7FBF5"/>
            <w:tcMar>
              <w:top w:w="160" w:type="dxa"/>
              <w:left w:w="160" w:type="dxa"/>
              <w:bottom w:w="160" w:type="dxa"/>
              <w:right w:w="160" w:type="dxa"/>
            </w:tcMar>
          </w:tcPr>
          <w:p w14:paraId="46A65BE5" w14:textId="77777777" w:rsidR="00BA6165" w:rsidRDefault="00000000">
            <w:r>
              <w:rPr>
                <w:b/>
                <w:color w:val="071B4D"/>
                <w:sz w:val="20"/>
              </w:rPr>
              <w:t>Short message template</w:t>
            </w:r>
          </w:p>
          <w:p w14:paraId="77202E6A" w14:textId="77777777" w:rsidR="00BA6165" w:rsidRDefault="00000000">
            <w:pPr>
              <w:spacing w:after="0"/>
            </w:pPr>
            <w:r>
              <w:rPr>
                <w:sz w:val="18"/>
              </w:rPr>
              <w:t>Hello [Name],</w:t>
            </w:r>
            <w:r>
              <w:rPr>
                <w:sz w:val="18"/>
              </w:rPr>
              <w:br/>
            </w:r>
            <w:r>
              <w:rPr>
                <w:sz w:val="18"/>
              </w:rPr>
              <w:br/>
              <w:t>Please find attached my CV for the [Role Title] position. I bring experience in [area], with particular strengths in [strength 1], [strength 2] and [strength 3], which align closely with the requirements of the role.</w:t>
            </w:r>
            <w:r>
              <w:rPr>
                <w:sz w:val="18"/>
              </w:rPr>
              <w:br/>
            </w:r>
            <w:r>
              <w:rPr>
                <w:sz w:val="18"/>
              </w:rPr>
              <w:br/>
              <w:t>I would welcome the opportunity to be considered.</w:t>
            </w:r>
            <w:r>
              <w:rPr>
                <w:sz w:val="18"/>
              </w:rPr>
              <w:br/>
            </w:r>
            <w:r>
              <w:rPr>
                <w:sz w:val="18"/>
              </w:rPr>
              <w:br/>
              <w:t>Kind regards,</w:t>
            </w:r>
            <w:r>
              <w:rPr>
                <w:sz w:val="18"/>
              </w:rPr>
              <w:br/>
              <w:t>[Name]</w:t>
            </w:r>
          </w:p>
        </w:tc>
      </w:tr>
    </w:tbl>
    <w:p w14:paraId="47653D13" w14:textId="77777777" w:rsidR="00D55138" w:rsidRPr="00D55138" w:rsidRDefault="00D55138" w:rsidP="00D55138">
      <w:pPr>
        <w:rPr>
          <w:sz w:val="13"/>
          <w:szCs w:val="16"/>
        </w:rPr>
      </w:pPr>
    </w:p>
    <w:p w14:paraId="11B6F62E" w14:textId="0B9DFFA6" w:rsidR="00BA6165" w:rsidRDefault="00000000" w:rsidP="00D55138">
      <w:r>
        <w:rPr>
          <w:b/>
          <w:color w:val="071B4D"/>
          <w:sz w:val="32"/>
        </w:rPr>
        <w:t>AI Prompt Builder</w:t>
      </w:r>
    </w:p>
    <w:tbl>
      <w:tblPr>
        <w:tblW w:w="0" w:type="auto"/>
        <w:tblLook w:val="04A0" w:firstRow="1" w:lastRow="0" w:firstColumn="1" w:lastColumn="0" w:noHBand="0" w:noVBand="1"/>
      </w:tblPr>
      <w:tblGrid>
        <w:gridCol w:w="10368"/>
      </w:tblGrid>
      <w:tr w:rsidR="00BA6165" w14:paraId="12769D8B" w14:textId="77777777">
        <w:tc>
          <w:tcPr>
            <w:tcW w:w="10368" w:type="dxa"/>
            <w:shd w:val="clear" w:color="auto" w:fill="F7FBF5"/>
            <w:tcMar>
              <w:top w:w="160" w:type="dxa"/>
              <w:left w:w="160" w:type="dxa"/>
              <w:bottom w:w="160" w:type="dxa"/>
              <w:right w:w="160" w:type="dxa"/>
            </w:tcMar>
          </w:tcPr>
          <w:p w14:paraId="330EEBEC" w14:textId="77777777" w:rsidR="00BA6165" w:rsidRDefault="00000000">
            <w:r>
              <w:rPr>
                <w:b/>
                <w:color w:val="071B4D"/>
                <w:sz w:val="20"/>
              </w:rPr>
              <w:t>Prompt template</w:t>
            </w:r>
          </w:p>
          <w:p w14:paraId="5E7D92D3" w14:textId="77777777" w:rsidR="00BA6165" w:rsidRDefault="00000000">
            <w:pPr>
              <w:spacing w:after="0"/>
            </w:pPr>
            <w:r>
              <w:rPr>
                <w:sz w:val="18"/>
              </w:rPr>
              <w:t>Using the attached CV and job advert, please draft a concise UK English cover letter of around 300-350 words. Focus on aligning my most relevant experience to the role requirements. Do not repeat the CV, do not invent metrics, avoid clichés, and use a professional but natural tone.</w:t>
            </w:r>
          </w:p>
        </w:tc>
      </w:tr>
    </w:tbl>
    <w:tbl>
      <w:tblPr>
        <w:tblStyle w:val="TableGrid"/>
        <w:tblW w:w="0" w:type="auto"/>
        <w:jc w:val="center"/>
        <w:tblLook w:val="04A0" w:firstRow="1" w:lastRow="0" w:firstColumn="1" w:lastColumn="0" w:noHBand="0" w:noVBand="1"/>
      </w:tblPr>
      <w:tblGrid>
        <w:gridCol w:w="10368"/>
      </w:tblGrid>
      <w:tr w:rsidR="00BA6165" w14:paraId="214C78A9" w14:textId="77777777">
        <w:trPr>
          <w:jc w:val="center"/>
        </w:trPr>
        <w:tc>
          <w:tcPr>
            <w:tcW w:w="10368" w:type="dxa"/>
            <w:shd w:val="clear" w:color="auto" w:fill="F7FBF5"/>
            <w:tcMar>
              <w:top w:w="100" w:type="dxa"/>
              <w:left w:w="100" w:type="dxa"/>
              <w:bottom w:w="100" w:type="dxa"/>
              <w:right w:w="100" w:type="dxa"/>
            </w:tcMar>
          </w:tcPr>
          <w:p w14:paraId="6B869EC2" w14:textId="77777777" w:rsidR="00BA6165" w:rsidRDefault="00000000">
            <w:r>
              <w:rPr>
                <w:b/>
                <w:color w:val="071B4D"/>
                <w:sz w:val="17"/>
              </w:rPr>
              <w:t>My CV evidence to include</w:t>
            </w:r>
          </w:p>
          <w:p w14:paraId="26855A56" w14:textId="77777777" w:rsidR="00BA6165" w:rsidRDefault="00BA6165"/>
          <w:p w14:paraId="64E75168" w14:textId="77777777" w:rsidR="00BA6165" w:rsidRDefault="00BA6165"/>
          <w:p w14:paraId="192AFD84" w14:textId="77777777" w:rsidR="00BA6165" w:rsidRDefault="00BA6165"/>
        </w:tc>
      </w:tr>
      <w:tr w:rsidR="00BA6165" w14:paraId="57744794" w14:textId="77777777">
        <w:trPr>
          <w:jc w:val="center"/>
        </w:trPr>
        <w:tc>
          <w:tcPr>
            <w:tcW w:w="10368" w:type="dxa"/>
            <w:shd w:val="clear" w:color="auto" w:fill="FFFFFF"/>
            <w:tcMar>
              <w:top w:w="100" w:type="dxa"/>
              <w:left w:w="100" w:type="dxa"/>
              <w:bottom w:w="100" w:type="dxa"/>
              <w:right w:w="100" w:type="dxa"/>
            </w:tcMar>
          </w:tcPr>
          <w:p w14:paraId="0DBDBEB8" w14:textId="77777777" w:rsidR="00BA6165" w:rsidRDefault="00000000">
            <w:r>
              <w:rPr>
                <w:b/>
                <w:color w:val="071B4D"/>
                <w:sz w:val="17"/>
              </w:rPr>
              <w:t>Job advert priorities</w:t>
            </w:r>
          </w:p>
          <w:p w14:paraId="434A4BB8" w14:textId="77777777" w:rsidR="00BA6165" w:rsidRDefault="00BA6165"/>
          <w:p w14:paraId="1447B880" w14:textId="77777777" w:rsidR="00BA6165" w:rsidRDefault="00BA6165"/>
          <w:p w14:paraId="1E7DB422" w14:textId="77777777" w:rsidR="00BA6165" w:rsidRDefault="00BA6165"/>
        </w:tc>
      </w:tr>
      <w:tr w:rsidR="00BA6165" w14:paraId="23C4C59D" w14:textId="77777777">
        <w:trPr>
          <w:jc w:val="center"/>
        </w:trPr>
        <w:tc>
          <w:tcPr>
            <w:tcW w:w="10368" w:type="dxa"/>
            <w:shd w:val="clear" w:color="auto" w:fill="F7FBF5"/>
            <w:tcMar>
              <w:top w:w="100" w:type="dxa"/>
              <w:left w:w="100" w:type="dxa"/>
              <w:bottom w:w="100" w:type="dxa"/>
              <w:right w:w="100" w:type="dxa"/>
            </w:tcMar>
          </w:tcPr>
          <w:p w14:paraId="22EAE0B1" w14:textId="77777777" w:rsidR="00BA6165" w:rsidRDefault="00000000">
            <w:r>
              <w:rPr>
                <w:b/>
                <w:color w:val="071B4D"/>
                <w:sz w:val="17"/>
              </w:rPr>
              <w:t>Tone instructions</w:t>
            </w:r>
          </w:p>
          <w:p w14:paraId="27BABDAB" w14:textId="77777777" w:rsidR="00BA6165" w:rsidRDefault="00BA6165"/>
          <w:p w14:paraId="420B1B05" w14:textId="77777777" w:rsidR="00BA6165" w:rsidRDefault="00BA6165"/>
          <w:p w14:paraId="3F1856BF" w14:textId="77777777" w:rsidR="00BA6165" w:rsidRDefault="00BA6165"/>
        </w:tc>
      </w:tr>
      <w:tr w:rsidR="00BA6165" w14:paraId="01265BD1" w14:textId="77777777">
        <w:trPr>
          <w:jc w:val="center"/>
        </w:trPr>
        <w:tc>
          <w:tcPr>
            <w:tcW w:w="10368" w:type="dxa"/>
            <w:shd w:val="clear" w:color="auto" w:fill="FFFFFF"/>
            <w:tcMar>
              <w:top w:w="100" w:type="dxa"/>
              <w:left w:w="100" w:type="dxa"/>
              <w:bottom w:w="100" w:type="dxa"/>
              <w:right w:w="100" w:type="dxa"/>
            </w:tcMar>
          </w:tcPr>
          <w:p w14:paraId="4EDDE4E9" w14:textId="77777777" w:rsidR="00BA6165" w:rsidRDefault="00000000">
            <w:r>
              <w:rPr>
                <w:b/>
                <w:color w:val="071B4D"/>
                <w:sz w:val="17"/>
              </w:rPr>
              <w:t>Facts AI must not invent</w:t>
            </w:r>
          </w:p>
          <w:p w14:paraId="31A3A66C" w14:textId="77777777" w:rsidR="00BA6165" w:rsidRDefault="00BA6165"/>
          <w:p w14:paraId="6E3446A9" w14:textId="77777777" w:rsidR="00BA6165" w:rsidRDefault="00BA6165"/>
          <w:p w14:paraId="6687C1E5" w14:textId="77777777" w:rsidR="00BA6165" w:rsidRDefault="00BA6165"/>
        </w:tc>
      </w:tr>
      <w:tr w:rsidR="00BA6165" w14:paraId="19ACCCFC" w14:textId="77777777">
        <w:trPr>
          <w:jc w:val="center"/>
        </w:trPr>
        <w:tc>
          <w:tcPr>
            <w:tcW w:w="10368" w:type="dxa"/>
            <w:shd w:val="clear" w:color="auto" w:fill="F7FBF5"/>
            <w:tcMar>
              <w:top w:w="100" w:type="dxa"/>
              <w:left w:w="100" w:type="dxa"/>
              <w:bottom w:w="100" w:type="dxa"/>
              <w:right w:w="100" w:type="dxa"/>
            </w:tcMar>
          </w:tcPr>
          <w:p w14:paraId="379D0A70" w14:textId="77777777" w:rsidR="00BA6165" w:rsidRDefault="00000000">
            <w:r>
              <w:rPr>
                <w:b/>
                <w:color w:val="071B4D"/>
                <w:sz w:val="17"/>
              </w:rPr>
              <w:t>My final edited prompt</w:t>
            </w:r>
          </w:p>
          <w:p w14:paraId="1EA6364B" w14:textId="77777777" w:rsidR="00BA6165" w:rsidRDefault="00BA6165"/>
          <w:p w14:paraId="697DA4C0" w14:textId="77777777" w:rsidR="00BA6165" w:rsidRDefault="00BA6165"/>
          <w:p w14:paraId="14263ADC" w14:textId="77777777" w:rsidR="00BA6165" w:rsidRDefault="00BA6165"/>
        </w:tc>
      </w:tr>
    </w:tbl>
    <w:p w14:paraId="1540A8D4" w14:textId="77777777" w:rsidR="00BA6165" w:rsidRDefault="00000000">
      <w:r>
        <w:br w:type="page"/>
      </w:r>
    </w:p>
    <w:p w14:paraId="6C999937" w14:textId="3A95A664" w:rsidR="00BA6165" w:rsidRDefault="00000000">
      <w:pPr>
        <w:pStyle w:val="Heading1"/>
      </w:pPr>
      <w:r>
        <w:rPr>
          <w:color w:val="071B4D"/>
          <w:sz w:val="32"/>
        </w:rPr>
        <w:lastRenderedPageBreak/>
        <w:t>Final Sending Checklist</w:t>
      </w:r>
    </w:p>
    <w:p w14:paraId="5B97C8C4" w14:textId="77777777" w:rsidR="00BA6165" w:rsidRDefault="00000000">
      <w:pPr>
        <w:spacing w:after="40"/>
      </w:pPr>
      <w:r>
        <w:rPr>
          <w:sz w:val="18"/>
        </w:rPr>
        <w:t>☐ Correct role title</w:t>
      </w:r>
    </w:p>
    <w:p w14:paraId="68FDF5B8" w14:textId="77777777" w:rsidR="00BA6165" w:rsidRDefault="00000000">
      <w:pPr>
        <w:spacing w:after="40"/>
      </w:pPr>
      <w:r>
        <w:rPr>
          <w:sz w:val="18"/>
        </w:rPr>
        <w:t>☐ Correct company name</w:t>
      </w:r>
    </w:p>
    <w:p w14:paraId="71C890F9" w14:textId="77777777" w:rsidR="00BA6165" w:rsidRDefault="00000000">
      <w:pPr>
        <w:spacing w:after="40"/>
      </w:pPr>
      <w:r>
        <w:rPr>
          <w:sz w:val="18"/>
        </w:rPr>
        <w:t>☐ Opening positions me quickly</w:t>
      </w:r>
    </w:p>
    <w:p w14:paraId="366E8756" w14:textId="77777777" w:rsidR="00BA6165" w:rsidRDefault="00000000">
      <w:pPr>
        <w:spacing w:after="40"/>
      </w:pPr>
      <w:r>
        <w:rPr>
          <w:sz w:val="18"/>
        </w:rPr>
        <w:t>☐ Evidence is relevant</w:t>
      </w:r>
    </w:p>
    <w:p w14:paraId="494AB0DA" w14:textId="77777777" w:rsidR="00BA6165" w:rsidRDefault="00000000">
      <w:pPr>
        <w:spacing w:after="40"/>
      </w:pPr>
      <w:r>
        <w:rPr>
          <w:sz w:val="18"/>
        </w:rPr>
        <w:t>☐ Adds value beyond CV</w:t>
      </w:r>
    </w:p>
    <w:p w14:paraId="516F8764" w14:textId="77777777" w:rsidR="00BA6165" w:rsidRDefault="00000000">
      <w:pPr>
        <w:spacing w:after="40"/>
      </w:pPr>
      <w:r>
        <w:rPr>
          <w:sz w:val="18"/>
        </w:rPr>
        <w:t>☐ Concise and readable</w:t>
      </w:r>
    </w:p>
    <w:p w14:paraId="3EA9EC42" w14:textId="77777777" w:rsidR="00BA6165" w:rsidRDefault="00000000">
      <w:pPr>
        <w:spacing w:after="40"/>
      </w:pPr>
      <w:r>
        <w:rPr>
          <w:sz w:val="18"/>
        </w:rPr>
        <w:t>☐ Sounds like me</w:t>
      </w:r>
    </w:p>
    <w:p w14:paraId="17D96D28" w14:textId="77777777" w:rsidR="00BA6165" w:rsidRDefault="00000000">
      <w:pPr>
        <w:spacing w:after="40"/>
      </w:pPr>
      <w:r>
        <w:rPr>
          <w:sz w:val="18"/>
        </w:rPr>
        <w:t>☐ No generic language</w:t>
      </w:r>
    </w:p>
    <w:p w14:paraId="0B3D4E75" w14:textId="77777777" w:rsidR="00BA6165" w:rsidRDefault="00000000">
      <w:pPr>
        <w:spacing w:after="40"/>
      </w:pPr>
      <w:r>
        <w:rPr>
          <w:sz w:val="18"/>
        </w:rPr>
        <w:t>☐ Spelling and formatting checked</w:t>
      </w:r>
    </w:p>
    <w:p w14:paraId="49F79773" w14:textId="77777777" w:rsidR="00BA6165" w:rsidRDefault="00000000">
      <w:pPr>
        <w:spacing w:after="40"/>
      </w:pPr>
      <w:r>
        <w:rPr>
          <w:sz w:val="18"/>
        </w:rPr>
        <w:t>☐ Saved using a professional file name</w:t>
      </w:r>
    </w:p>
    <w:p w14:paraId="744ABA0A" w14:textId="77777777" w:rsidR="00BA6165" w:rsidRDefault="00BA6165">
      <w:pPr>
        <w:pBdr>
          <w:bottom w:val="single" w:sz="4" w:space="1" w:color="BFBFBF"/>
        </w:pBdr>
        <w:spacing w:after="0"/>
      </w:pPr>
    </w:p>
    <w:p w14:paraId="71CFF5A9" w14:textId="77777777" w:rsidR="00BA6165" w:rsidRDefault="00000000">
      <w:pPr>
        <w:pStyle w:val="Heading1"/>
      </w:pPr>
      <w:r>
        <w:rPr>
          <w:color w:val="071B4D"/>
          <w:sz w:val="32"/>
        </w:rPr>
        <w:t>Final Note</w:t>
      </w:r>
    </w:p>
    <w:p w14:paraId="5210411D" w14:textId="4202B999" w:rsidR="00BA6165" w:rsidRDefault="00000000">
      <w:r>
        <w:t xml:space="preserve">This workbook is not here to make you write </w:t>
      </w:r>
      <w:proofErr w:type="gramStart"/>
      <w:r>
        <w:t>more</w:t>
      </w:r>
      <w:r w:rsidR="00D55138">
        <w:t>,</w:t>
      </w:r>
      <w:proofErr w:type="gramEnd"/>
      <w:r w:rsidR="00D55138">
        <w:t xml:space="preserve"> i</w:t>
      </w:r>
      <w:r>
        <w:t>t is here to help you write with more clarity, relevance and intention. A strong cover letter does not explain everything; it frames the right evidence for the right role so the reader understands why your application deserves proper consideration.</w:t>
      </w:r>
    </w:p>
    <w:sectPr w:rsidR="00BA6165" w:rsidSect="00DF21B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F7947" w14:textId="77777777" w:rsidR="009679F7" w:rsidRDefault="009679F7">
      <w:pPr>
        <w:spacing w:after="0" w:line="240" w:lineRule="auto"/>
      </w:pPr>
      <w:r>
        <w:separator/>
      </w:r>
    </w:p>
  </w:endnote>
  <w:endnote w:type="continuationSeparator" w:id="0">
    <w:p w14:paraId="14B20E50" w14:textId="77777777" w:rsidR="009679F7" w:rsidRDefault="0096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55F9F" w14:textId="77777777" w:rsidR="00BA6165" w:rsidRDefault="00000000">
    <w:pPr>
      <w:pStyle w:val="Footer"/>
      <w:jc w:val="center"/>
    </w:pPr>
    <w:r>
      <w:rPr>
        <w:color w:val="071B4D"/>
        <w:sz w:val="16"/>
      </w:rPr>
      <w:t>Career Social | Cover Letter Writing Workbook | © PCVW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CE13D" w14:textId="77777777" w:rsidR="009679F7" w:rsidRDefault="009679F7">
      <w:pPr>
        <w:spacing w:after="0" w:line="240" w:lineRule="auto"/>
      </w:pPr>
      <w:r>
        <w:separator/>
      </w:r>
    </w:p>
  </w:footnote>
  <w:footnote w:type="continuationSeparator" w:id="0">
    <w:p w14:paraId="2333869F" w14:textId="77777777" w:rsidR="009679F7" w:rsidRDefault="00967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9706094">
    <w:abstractNumId w:val="8"/>
  </w:num>
  <w:num w:numId="2" w16cid:durableId="1342275274">
    <w:abstractNumId w:val="6"/>
  </w:num>
  <w:num w:numId="3" w16cid:durableId="1077870667">
    <w:abstractNumId w:val="5"/>
  </w:num>
  <w:num w:numId="4" w16cid:durableId="1016494209">
    <w:abstractNumId w:val="4"/>
  </w:num>
  <w:num w:numId="5" w16cid:durableId="956984346">
    <w:abstractNumId w:val="7"/>
  </w:num>
  <w:num w:numId="6" w16cid:durableId="609970985">
    <w:abstractNumId w:val="3"/>
  </w:num>
  <w:num w:numId="7" w16cid:durableId="444541613">
    <w:abstractNumId w:val="2"/>
  </w:num>
  <w:num w:numId="8" w16cid:durableId="1847132449">
    <w:abstractNumId w:val="1"/>
  </w:num>
  <w:num w:numId="9" w16cid:durableId="2123573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679F7"/>
    <w:rsid w:val="00AA1D8D"/>
    <w:rsid w:val="00B47730"/>
    <w:rsid w:val="00BA6165"/>
    <w:rsid w:val="00BD759D"/>
    <w:rsid w:val="00BE1582"/>
    <w:rsid w:val="00BE23A6"/>
    <w:rsid w:val="00CB0664"/>
    <w:rsid w:val="00D55138"/>
    <w:rsid w:val="00DF21B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93A153"/>
  <w14:defaultImageDpi w14:val="300"/>
  <w15:docId w15:val="{312A62CF-4E63-E648-8483-C827EF7F9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3302</Words>
  <Characters>16581</Characters>
  <Application>Microsoft Office Word</Application>
  <DocSecurity>0</DocSecurity>
  <Lines>1105</Lines>
  <Paragraphs>497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Claire Lyon</cp:lastModifiedBy>
  <cp:revision>2</cp:revision>
  <dcterms:created xsi:type="dcterms:W3CDTF">2026-05-03T16:00:00Z</dcterms:created>
  <dcterms:modified xsi:type="dcterms:W3CDTF">2026-05-03T16:00:00Z</dcterms:modified>
  <cp:category/>
</cp:coreProperties>
</file>