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764A" w14:textId="5DEBF0ED" w:rsidR="00836752" w:rsidRDefault="00FB2994">
      <w:r>
        <w:rPr>
          <w:noProof/>
        </w:rPr>
        <w:drawing>
          <wp:inline distT="0" distB="0" distL="0" distR="0" wp14:anchorId="3F869402" wp14:editId="7AA6E1B5">
            <wp:extent cx="6275705" cy="8869680"/>
            <wp:effectExtent l="0" t="0" r="0" b="0"/>
            <wp:docPr id="420492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92156" name="Picture 420492156"/>
                    <pic:cNvPicPr/>
                  </pic:nvPicPr>
                  <pic:blipFill>
                    <a:blip r:embed="rId8"/>
                    <a:stretch>
                      <a:fillRect/>
                    </a:stretch>
                  </pic:blipFill>
                  <pic:spPr>
                    <a:xfrm>
                      <a:off x="0" y="0"/>
                      <a:ext cx="6275705" cy="8869680"/>
                    </a:xfrm>
                    <a:prstGeom prst="rect">
                      <a:avLst/>
                    </a:prstGeom>
                  </pic:spPr>
                </pic:pic>
              </a:graphicData>
            </a:graphic>
          </wp:inline>
        </w:drawing>
      </w:r>
    </w:p>
    <w:p w14:paraId="3EE94C21" w14:textId="6F2DE485" w:rsidR="00836752" w:rsidRPr="00FB2994" w:rsidRDefault="00000000" w:rsidP="00FB2994">
      <w:pPr>
        <w:rPr>
          <w:b/>
          <w:bCs/>
        </w:rPr>
      </w:pPr>
      <w:r>
        <w:br w:type="page"/>
      </w:r>
      <w:r w:rsidRPr="00FB2994">
        <w:rPr>
          <w:b/>
          <w:bCs/>
        </w:rPr>
        <w:lastRenderedPageBreak/>
        <w:t>Disclaimer &amp; Copyright | The legal bit</w:t>
      </w:r>
    </w:p>
    <w:p w14:paraId="171A74A5" w14:textId="77777777" w:rsidR="00836752" w:rsidRDefault="00000000">
      <w:r>
        <w:t>This LinkedIn Profile Workbook is provided as part of the Career Social resource library and is intended for personal learning, reflection and job search preparation only.</w:t>
      </w:r>
    </w:p>
    <w:p w14:paraId="6CF98B92" w14:textId="77777777" w:rsidR="00836752" w:rsidRDefault="00000000">
      <w:r>
        <w:t>No part of this workbook may be reproduced, copied, distributed, shared, stored in a retrieval system, uploaded to third-party platforms, sold, adapted, or transmitted in any form or by any means without prior written permission from PCVW Ltd, except for brief quotations used for non-commercial purposes with appropriate credit.</w:t>
      </w:r>
    </w:p>
    <w:p w14:paraId="3C6C51A2" w14:textId="77777777" w:rsidR="00836752" w:rsidRDefault="00000000">
      <w:r>
        <w:t>This workbook is intended for informational and educational purposes only. While every effort has been made to ensure the accuracy, relevance and practical application of the guidance provided, Career Social and PCVW Ltd make no guarantees regarding LinkedIn visibility, recruiter engagement, job search outcomes, interview invitations, job offers or employment success.</w:t>
      </w:r>
    </w:p>
    <w:p w14:paraId="2284756A" w14:textId="77777777" w:rsidR="00836752" w:rsidRDefault="00000000">
      <w:r>
        <w:t>LinkedIn is a third-party platform, and its algorithms, features and recruiter tools, including LinkedIn Recruiter and LinkedIn Talent Insights, are subject to change. The strategies, advice and examples provided are based on professional experience and industry insight and should be adapted to individual circumstances.</w:t>
      </w:r>
    </w:p>
    <w:p w14:paraId="4E993AE0" w14:textId="77777777" w:rsidR="00836752" w:rsidRDefault="00000000">
      <w:r>
        <w:t>Users are responsible for ensuring that all information presented on their LinkedIn profile is accurate, truthful and appropriate for their professional circumstances. Career Social and PCVW Ltd accept no responsibility for any loss, damage, reputational impact, missed opportunity or disruption arising from the use of this workbook or any actions taken based on its content.</w:t>
      </w:r>
    </w:p>
    <w:p w14:paraId="67747545" w14:textId="77777777" w:rsidR="00836752" w:rsidRDefault="00000000">
      <w:r>
        <w:t>All trademarks, company names, brand names and third-party references remain the property of their respective owners and are used for illustrative or educational purposes only.</w:t>
      </w:r>
    </w:p>
    <w:p w14:paraId="7587A7E0" w14:textId="070CF28D" w:rsidR="00FB2994" w:rsidRDefault="00000000" w:rsidP="00FB2994">
      <w:r>
        <w:t>© PCVW Ltd trading as Career Social. All rights reserved.</w:t>
      </w:r>
    </w:p>
    <w:p w14:paraId="23221AAA" w14:textId="77777777" w:rsidR="00FB2994" w:rsidRDefault="00FB2994" w:rsidP="00FB2994"/>
    <w:p w14:paraId="48027042" w14:textId="3DBF78BC" w:rsidR="00836752" w:rsidRPr="00FB2994" w:rsidRDefault="00000000" w:rsidP="00FB2994">
      <w:pPr>
        <w:rPr>
          <w:b/>
          <w:bCs/>
          <w:sz w:val="28"/>
          <w:szCs w:val="32"/>
        </w:rPr>
      </w:pPr>
      <w:r w:rsidRPr="00FB2994">
        <w:rPr>
          <w:b/>
          <w:bCs/>
          <w:sz w:val="28"/>
          <w:szCs w:val="32"/>
        </w:rPr>
        <w:t>How to Use This Workbook</w:t>
      </w:r>
    </w:p>
    <w:p w14:paraId="20995C5C" w14:textId="77777777" w:rsidR="00836752" w:rsidRDefault="00000000">
      <w:r>
        <w:t>This workbook is designed to sit alongside the LinkedIn Profile Guide. The guide explains the thinking; this workbook helps you do the work. Do not jump straight to editing your LinkedIn profile. Use these pages to plan, analyse, extract, position and then write.</w:t>
      </w:r>
    </w:p>
    <w:tbl>
      <w:tblPr>
        <w:tblW w:w="0" w:type="auto"/>
        <w:jc w:val="center"/>
        <w:tblLook w:val="04A0" w:firstRow="1" w:lastRow="0" w:firstColumn="1" w:lastColumn="0" w:noHBand="0" w:noVBand="1"/>
      </w:tblPr>
      <w:tblGrid>
        <w:gridCol w:w="10224"/>
      </w:tblGrid>
      <w:tr w:rsidR="00836752" w14:paraId="25C5A971" w14:textId="77777777">
        <w:trPr>
          <w:jc w:val="center"/>
        </w:trPr>
        <w:tc>
          <w:tcPr>
            <w:tcW w:w="10224" w:type="dxa"/>
            <w:shd w:val="clear" w:color="auto" w:fill="EAF7F7"/>
          </w:tcPr>
          <w:p w14:paraId="3678FABB" w14:textId="77777777" w:rsidR="00836752" w:rsidRDefault="00000000">
            <w:r>
              <w:rPr>
                <w:b/>
                <w:color w:val="081A49"/>
              </w:rPr>
              <w:t>Hints for using this workbook</w:t>
            </w:r>
          </w:p>
          <w:p w14:paraId="5A37B272" w14:textId="77777777" w:rsidR="00836752" w:rsidRDefault="00000000">
            <w:pPr>
              <w:spacing w:after="0"/>
            </w:pPr>
            <w:r>
              <w:t>1. Work in order. 2. Use real job adverts, not assumptions. 3. Write messy first drafts. 4. Focus on clarity before polish. 5. Keep checking that your profile supports your target direction.</w:t>
            </w:r>
          </w:p>
        </w:tc>
      </w:tr>
    </w:tbl>
    <w:p w14:paraId="2B02085A" w14:textId="77777777" w:rsidR="00836752" w:rsidRDefault="00836752"/>
    <w:p w14:paraId="0807364C" w14:textId="77777777" w:rsidR="00836752" w:rsidRDefault="00000000">
      <w:r>
        <w:t>☐ I have read the LinkedIn Profile Guide introduction</w:t>
      </w:r>
    </w:p>
    <w:p w14:paraId="17BAADAC" w14:textId="77777777" w:rsidR="00836752" w:rsidRDefault="00000000">
      <w:r>
        <w:t>☐ I know the type of roles I want my profile to support</w:t>
      </w:r>
    </w:p>
    <w:p w14:paraId="6FA54B77" w14:textId="77777777" w:rsidR="00836752" w:rsidRDefault="00000000">
      <w:r>
        <w:t>☐ I have gathered 3-5 target job adverts</w:t>
      </w:r>
    </w:p>
    <w:p w14:paraId="334D05F9" w14:textId="77777777" w:rsidR="00836752" w:rsidRDefault="00000000">
      <w:r>
        <w:t>☐ I understand this workbook is a working document, not final profile copy</w:t>
      </w:r>
    </w:p>
    <w:p w14:paraId="2CEAF11B" w14:textId="77777777" w:rsidR="00836752" w:rsidRDefault="00836752"/>
    <w:p w14:paraId="4C3075DE" w14:textId="77777777" w:rsidR="00836752" w:rsidRDefault="00000000">
      <w:r>
        <w:br w:type="page"/>
      </w:r>
    </w:p>
    <w:p w14:paraId="7A26B66A" w14:textId="77777777" w:rsidR="00836752" w:rsidRDefault="00000000">
      <w:pPr>
        <w:pStyle w:val="Heading1"/>
      </w:pPr>
      <w:r>
        <w:lastRenderedPageBreak/>
        <w:t>Workbook Contents</w:t>
      </w:r>
    </w:p>
    <w:p w14:paraId="3A30E882" w14:textId="77777777" w:rsidR="00836752" w:rsidRDefault="00000000">
      <w:pPr>
        <w:pStyle w:val="ListBullet"/>
      </w:pPr>
      <w:r>
        <w:t>Chapter 1 Workbook | Understanding What LinkedIn Needs to Do</w:t>
      </w:r>
    </w:p>
    <w:p w14:paraId="0154A191" w14:textId="77777777" w:rsidR="00836752" w:rsidRDefault="00000000">
      <w:pPr>
        <w:pStyle w:val="ListBullet"/>
      </w:pPr>
      <w:r>
        <w:t>Chapter 2 Workbook | Why Your LinkedIn Profile May Not Be Working</w:t>
      </w:r>
    </w:p>
    <w:p w14:paraId="26C6DF17" w14:textId="77777777" w:rsidR="00836752" w:rsidRDefault="00000000">
      <w:pPr>
        <w:pStyle w:val="ListBullet"/>
      </w:pPr>
      <w:r>
        <w:t>Chapter 3 Workbook | Define Your Target Direction Before You Write</w:t>
      </w:r>
    </w:p>
    <w:p w14:paraId="36693DAA" w14:textId="77777777" w:rsidR="00836752" w:rsidRDefault="00000000">
      <w:pPr>
        <w:pStyle w:val="ListBullet"/>
      </w:pPr>
      <w:r>
        <w:t>Chapter 4 Workbook | How Recruiters Search on LinkedIn</w:t>
      </w:r>
    </w:p>
    <w:p w14:paraId="7E6F6C99" w14:textId="77777777" w:rsidR="00836752" w:rsidRDefault="00000000">
      <w:pPr>
        <w:pStyle w:val="ListBullet"/>
      </w:pPr>
      <w:r>
        <w:t>Chapter 5 Workbook | Build Your LinkedIn Keyword Bank</w:t>
      </w:r>
    </w:p>
    <w:p w14:paraId="13A616D5" w14:textId="77777777" w:rsidR="00836752" w:rsidRDefault="00000000">
      <w:pPr>
        <w:pStyle w:val="ListBullet"/>
      </w:pPr>
      <w:r>
        <w:t>Chapter 6 Workbook | How to Write Your LinkedIn Headline</w:t>
      </w:r>
    </w:p>
    <w:p w14:paraId="65C6968F" w14:textId="77777777" w:rsidR="00836752" w:rsidRDefault="00000000">
      <w:pPr>
        <w:pStyle w:val="ListBullet"/>
      </w:pPr>
      <w:r>
        <w:t>Chapter 7 Workbook | How to Write Your About Section</w:t>
      </w:r>
    </w:p>
    <w:p w14:paraId="0E8ADA19" w14:textId="77777777" w:rsidR="00836752" w:rsidRDefault="00000000">
      <w:pPr>
        <w:pStyle w:val="ListBullet"/>
      </w:pPr>
      <w:r>
        <w:t>Chapter 8 Workbook | How to Build Career Entries for LinkedIn</w:t>
      </w:r>
    </w:p>
    <w:p w14:paraId="7FDDA501" w14:textId="77777777" w:rsidR="00836752" w:rsidRDefault="00000000">
      <w:pPr>
        <w:pStyle w:val="ListBullet"/>
      </w:pPr>
      <w:r>
        <w:t>Chapter 9 Workbook | How to Choose Key Skills</w:t>
      </w:r>
    </w:p>
    <w:p w14:paraId="751012D8" w14:textId="77777777" w:rsidR="00836752" w:rsidRDefault="00000000">
      <w:pPr>
        <w:pStyle w:val="ListBullet"/>
      </w:pPr>
      <w:r>
        <w:t>Chapter 10 Workbook | How to Align the Whole Profile</w:t>
      </w:r>
    </w:p>
    <w:p w14:paraId="04AFCF80" w14:textId="77777777" w:rsidR="00836752" w:rsidRDefault="00000000">
      <w:pPr>
        <w:pStyle w:val="ListBullet"/>
      </w:pPr>
      <w:r>
        <w:t>Chapter 11 Workbook | Industry Selection</w:t>
      </w:r>
    </w:p>
    <w:p w14:paraId="67B80BAF" w14:textId="77777777" w:rsidR="00836752" w:rsidRDefault="00000000">
      <w:pPr>
        <w:pStyle w:val="ListBullet"/>
      </w:pPr>
      <w:r>
        <w:t>Chapter 12 Workbook | Featured Section</w:t>
      </w:r>
    </w:p>
    <w:p w14:paraId="1AA51C88" w14:textId="77777777" w:rsidR="00836752" w:rsidRDefault="00000000">
      <w:pPr>
        <w:pStyle w:val="ListBullet"/>
      </w:pPr>
      <w:r>
        <w:t>Chapter 13 Workbook | Influencers, Following and Engagement</w:t>
      </w:r>
    </w:p>
    <w:p w14:paraId="4B444CB8" w14:textId="77777777" w:rsidR="00836752" w:rsidRDefault="00000000">
      <w:pPr>
        <w:pStyle w:val="ListBullet"/>
      </w:pPr>
      <w:r>
        <w:t>Chapter 14 Workbook | Open to Work Settings</w:t>
      </w:r>
    </w:p>
    <w:p w14:paraId="16401B58" w14:textId="77777777" w:rsidR="00836752" w:rsidRDefault="00000000">
      <w:pPr>
        <w:pStyle w:val="ListBullet"/>
      </w:pPr>
      <w:r>
        <w:t>Chapter 15 Workbook | Final Profile Review</w:t>
      </w:r>
    </w:p>
    <w:p w14:paraId="3465B30C" w14:textId="77777777" w:rsidR="00836752" w:rsidRDefault="00000000">
      <w:pPr>
        <w:pStyle w:val="ListBullet"/>
      </w:pPr>
      <w:r>
        <w:t>Bonus Tools | Build Tracker, Keyword Bank, Recruiter Search Test, Visibility Planner</w:t>
      </w:r>
    </w:p>
    <w:p w14:paraId="3C92900D" w14:textId="77777777" w:rsidR="00836752" w:rsidRDefault="00000000">
      <w:r>
        <w:br w:type="page"/>
      </w:r>
    </w:p>
    <w:p w14:paraId="5DAD2181" w14:textId="77777777" w:rsidR="00836752" w:rsidRDefault="00000000">
      <w:pPr>
        <w:pStyle w:val="Heading1"/>
      </w:pPr>
      <w:r>
        <w:lastRenderedPageBreak/>
        <w:t>Chapter 1 Workbook | Understanding What LinkedIn Needs to Do</w:t>
      </w:r>
    </w:p>
    <w:p w14:paraId="55EB4973" w14:textId="77777777" w:rsidR="00836752" w:rsidRDefault="00000000">
      <w:pPr>
        <w:pStyle w:val="Heading2"/>
      </w:pPr>
      <w:r>
        <w:t>Chapter Focus</w:t>
      </w:r>
    </w:p>
    <w:p w14:paraId="3E6D96B8" w14:textId="77777777" w:rsidR="00836752" w:rsidRDefault="00000000">
      <w:r>
        <w:t>Use this section to define what your profile needs to communicate before you start editing anything.</w:t>
      </w:r>
    </w:p>
    <w:tbl>
      <w:tblPr>
        <w:tblW w:w="0" w:type="auto"/>
        <w:jc w:val="center"/>
        <w:tblLook w:val="04A0" w:firstRow="1" w:lastRow="0" w:firstColumn="1" w:lastColumn="0" w:noHBand="0" w:noVBand="1"/>
      </w:tblPr>
      <w:tblGrid>
        <w:gridCol w:w="10224"/>
      </w:tblGrid>
      <w:tr w:rsidR="00836752" w14:paraId="5BD66624" w14:textId="77777777">
        <w:trPr>
          <w:jc w:val="center"/>
        </w:trPr>
        <w:tc>
          <w:tcPr>
            <w:tcW w:w="10224" w:type="dxa"/>
            <w:shd w:val="clear" w:color="auto" w:fill="EAF7F7"/>
          </w:tcPr>
          <w:p w14:paraId="0D3BF7CC" w14:textId="77777777" w:rsidR="00836752" w:rsidRDefault="00000000">
            <w:r>
              <w:rPr>
                <w:b/>
                <w:color w:val="081A49"/>
              </w:rPr>
              <w:t>Chapter Hint / Tip</w:t>
            </w:r>
          </w:p>
          <w:p w14:paraId="509E169D" w14:textId="77777777" w:rsidR="00836752" w:rsidRDefault="00000000">
            <w:pPr>
              <w:spacing w:after="0"/>
            </w:pPr>
            <w:r>
              <w:t>Clarity comes first. If someone cannot understand what you do, what you are relevant for and why they should contact you, the profile is not doing its job.</w:t>
            </w:r>
          </w:p>
        </w:tc>
      </w:tr>
    </w:tbl>
    <w:p w14:paraId="4B195C80" w14:textId="77777777" w:rsidR="00836752" w:rsidRDefault="00836752"/>
    <w:p w14:paraId="26FE8A25" w14:textId="77777777" w:rsidR="00836752" w:rsidRDefault="00000000">
      <w:pPr>
        <w:pStyle w:val="Heading2"/>
      </w:pPr>
      <w:r>
        <w:t>Workbook Exercise</w:t>
      </w:r>
    </w:p>
    <w:p w14:paraId="0E0679A6" w14:textId="77777777" w:rsidR="00836752" w:rsidRDefault="00000000">
      <w:pPr>
        <w:pStyle w:val="Heading3"/>
      </w:pPr>
      <w:r>
        <w:t>What do I want to be known for?</w:t>
      </w:r>
    </w:p>
    <w:p w14:paraId="29757E5E" w14:textId="77777777" w:rsidR="00836752" w:rsidRDefault="00000000">
      <w:pPr>
        <w:spacing w:after="0"/>
      </w:pPr>
      <w:r>
        <w:t>________________________________________________________________________________</w:t>
      </w:r>
    </w:p>
    <w:p w14:paraId="1B7DA44F" w14:textId="77777777" w:rsidR="00836752" w:rsidRDefault="00000000">
      <w:pPr>
        <w:spacing w:after="0"/>
      </w:pPr>
      <w:r>
        <w:t>________________________________________________________________________________</w:t>
      </w:r>
    </w:p>
    <w:p w14:paraId="3E151B1A" w14:textId="77777777" w:rsidR="00836752" w:rsidRDefault="00000000">
      <w:pPr>
        <w:spacing w:after="0"/>
      </w:pPr>
      <w:r>
        <w:t>________________________________________________________________________________</w:t>
      </w:r>
    </w:p>
    <w:p w14:paraId="4ABD9B52" w14:textId="77777777" w:rsidR="00836752" w:rsidRDefault="00000000">
      <w:pPr>
        <w:spacing w:after="0"/>
      </w:pPr>
      <w:r>
        <w:t>________________________________________________________________________________</w:t>
      </w:r>
    </w:p>
    <w:p w14:paraId="66FC81B0" w14:textId="77777777" w:rsidR="00836752" w:rsidRDefault="00000000">
      <w:pPr>
        <w:spacing w:after="0"/>
      </w:pPr>
      <w:r>
        <w:t>________________________________________________________________________________</w:t>
      </w:r>
    </w:p>
    <w:p w14:paraId="0008222B" w14:textId="77777777" w:rsidR="00836752" w:rsidRDefault="00000000">
      <w:pPr>
        <w:pStyle w:val="Heading3"/>
      </w:pPr>
      <w:r>
        <w:t>What roles do I want to be approached about?</w:t>
      </w:r>
    </w:p>
    <w:p w14:paraId="53138E4E" w14:textId="77777777" w:rsidR="00836752" w:rsidRDefault="00000000">
      <w:pPr>
        <w:spacing w:after="0"/>
      </w:pPr>
      <w:r>
        <w:t>________________________________________________________________________________</w:t>
      </w:r>
    </w:p>
    <w:p w14:paraId="30473981" w14:textId="77777777" w:rsidR="00836752" w:rsidRDefault="00000000">
      <w:pPr>
        <w:spacing w:after="0"/>
      </w:pPr>
      <w:r>
        <w:t>________________________________________________________________________________</w:t>
      </w:r>
    </w:p>
    <w:p w14:paraId="3775D1F2" w14:textId="77777777" w:rsidR="00836752" w:rsidRDefault="00000000">
      <w:pPr>
        <w:spacing w:after="0"/>
      </w:pPr>
      <w:r>
        <w:t>________________________________________________________________________________</w:t>
      </w:r>
    </w:p>
    <w:p w14:paraId="3E0400B7" w14:textId="77777777" w:rsidR="00836752" w:rsidRDefault="00000000">
      <w:pPr>
        <w:spacing w:after="0"/>
      </w:pPr>
      <w:r>
        <w:t>________________________________________________________________________________</w:t>
      </w:r>
    </w:p>
    <w:p w14:paraId="3A9C311E" w14:textId="77777777" w:rsidR="00836752" w:rsidRDefault="00000000">
      <w:pPr>
        <w:spacing w:after="0"/>
      </w:pPr>
      <w:r>
        <w:t>________________________________________________________________________________</w:t>
      </w:r>
    </w:p>
    <w:p w14:paraId="15150E10" w14:textId="77777777" w:rsidR="00836752" w:rsidRDefault="00000000">
      <w:pPr>
        <w:pStyle w:val="Heading3"/>
      </w:pPr>
      <w:r>
        <w:t>What type of opportunity would make sense for me?</w:t>
      </w:r>
    </w:p>
    <w:p w14:paraId="63C93E32" w14:textId="77777777" w:rsidR="00836752" w:rsidRDefault="00000000">
      <w:pPr>
        <w:spacing w:after="0"/>
      </w:pPr>
      <w:r>
        <w:t>________________________________________________________________________________</w:t>
      </w:r>
    </w:p>
    <w:p w14:paraId="3A6401D2" w14:textId="77777777" w:rsidR="00836752" w:rsidRDefault="00000000">
      <w:pPr>
        <w:spacing w:after="0"/>
      </w:pPr>
      <w:r>
        <w:t>________________________________________________________________________________</w:t>
      </w:r>
    </w:p>
    <w:p w14:paraId="29A6A038" w14:textId="77777777" w:rsidR="00836752" w:rsidRDefault="00000000">
      <w:pPr>
        <w:spacing w:after="0"/>
      </w:pPr>
      <w:r>
        <w:t>________________________________________________________________________________</w:t>
      </w:r>
    </w:p>
    <w:p w14:paraId="785D5065" w14:textId="77777777" w:rsidR="00836752" w:rsidRDefault="00000000">
      <w:pPr>
        <w:spacing w:after="0"/>
      </w:pPr>
      <w:r>
        <w:t>________________________________________________________________________________</w:t>
      </w:r>
    </w:p>
    <w:p w14:paraId="2EE21A8B" w14:textId="77777777" w:rsidR="00836752" w:rsidRDefault="00000000">
      <w:pPr>
        <w:spacing w:after="0"/>
      </w:pPr>
      <w:r>
        <w:t>________________________________________________________________________________</w:t>
      </w:r>
    </w:p>
    <w:p w14:paraId="3321170C" w14:textId="77777777" w:rsidR="00836752" w:rsidRDefault="00000000">
      <w:pPr>
        <w:pStyle w:val="Heading3"/>
      </w:pPr>
      <w:r>
        <w:t>What should someone understand about me in 10 seconds?</w:t>
      </w:r>
    </w:p>
    <w:p w14:paraId="177DE4F4" w14:textId="77777777" w:rsidR="00836752" w:rsidRDefault="00000000">
      <w:pPr>
        <w:spacing w:after="0"/>
      </w:pPr>
      <w:r>
        <w:t>________________________________________________________________________________</w:t>
      </w:r>
    </w:p>
    <w:p w14:paraId="53C523F4" w14:textId="77777777" w:rsidR="00836752" w:rsidRDefault="00000000">
      <w:pPr>
        <w:spacing w:after="0"/>
      </w:pPr>
      <w:r>
        <w:t>________________________________________________________________________________</w:t>
      </w:r>
    </w:p>
    <w:p w14:paraId="4D013423" w14:textId="77777777" w:rsidR="00836752" w:rsidRDefault="00000000">
      <w:pPr>
        <w:spacing w:after="0"/>
      </w:pPr>
      <w:r>
        <w:t>________________________________________________________________________________</w:t>
      </w:r>
    </w:p>
    <w:p w14:paraId="4239FD27" w14:textId="77777777" w:rsidR="00836752" w:rsidRDefault="00000000">
      <w:pPr>
        <w:spacing w:after="0"/>
      </w:pPr>
      <w:r>
        <w:t>________________________________________________________________________________</w:t>
      </w:r>
    </w:p>
    <w:p w14:paraId="45B1A439" w14:textId="77777777" w:rsidR="00836752" w:rsidRDefault="00000000">
      <w:pPr>
        <w:spacing w:after="0"/>
      </w:pPr>
      <w:r>
        <w:t>________________________________________________________________________________</w:t>
      </w:r>
    </w:p>
    <w:p w14:paraId="4AF5FD7E" w14:textId="77777777" w:rsidR="00836752" w:rsidRDefault="00000000">
      <w:pPr>
        <w:pStyle w:val="Heading2"/>
      </w:pPr>
      <w:r>
        <w:t>Reflection Prompts</w:t>
      </w:r>
    </w:p>
    <w:p w14:paraId="5A0A9BFF" w14:textId="77777777" w:rsidR="00836752" w:rsidRDefault="00000000">
      <w:pPr>
        <w:pStyle w:val="ListBullet"/>
      </w:pPr>
      <w:r>
        <w:t>What is currently unclear on your profile?</w:t>
      </w:r>
    </w:p>
    <w:p w14:paraId="640F5B94" w14:textId="77777777" w:rsidR="00836752" w:rsidRDefault="00000000">
      <w:pPr>
        <w:spacing w:after="0"/>
      </w:pPr>
      <w:r>
        <w:t>________________________________________________________________________________</w:t>
      </w:r>
    </w:p>
    <w:p w14:paraId="3C3923B8" w14:textId="77777777" w:rsidR="00836752" w:rsidRDefault="00000000">
      <w:pPr>
        <w:spacing w:after="0"/>
      </w:pPr>
      <w:r>
        <w:t>________________________________________________________________________________</w:t>
      </w:r>
    </w:p>
    <w:p w14:paraId="771C1358" w14:textId="77777777" w:rsidR="00836752" w:rsidRDefault="00000000">
      <w:pPr>
        <w:pStyle w:val="ListBullet"/>
      </w:pPr>
      <w:r>
        <w:t>What would you like your profile to make easier for recruiters or your network to understand?</w:t>
      </w:r>
    </w:p>
    <w:p w14:paraId="0B1F1E71" w14:textId="77777777" w:rsidR="00836752" w:rsidRDefault="00000000">
      <w:pPr>
        <w:spacing w:after="0"/>
      </w:pPr>
      <w:r>
        <w:t>________________________________________________________________________________</w:t>
      </w:r>
    </w:p>
    <w:p w14:paraId="43DF981D" w14:textId="77777777" w:rsidR="00836752" w:rsidRDefault="00000000">
      <w:pPr>
        <w:spacing w:after="0"/>
      </w:pPr>
      <w:r>
        <w:t>________________________________________________________________________________</w:t>
      </w:r>
    </w:p>
    <w:p w14:paraId="73DB59D0" w14:textId="77777777" w:rsidR="00836752" w:rsidRDefault="00000000">
      <w:pPr>
        <w:pStyle w:val="Heading2"/>
      </w:pPr>
      <w:r>
        <w:lastRenderedPageBreak/>
        <w:t>Notes</w:t>
      </w:r>
    </w:p>
    <w:p w14:paraId="41117321" w14:textId="77777777" w:rsidR="00836752" w:rsidRDefault="00000000">
      <w:pPr>
        <w:spacing w:after="0"/>
      </w:pPr>
      <w:r>
        <w:t>________________________________________________________________________________</w:t>
      </w:r>
    </w:p>
    <w:p w14:paraId="557A887C" w14:textId="77777777" w:rsidR="00836752" w:rsidRDefault="00000000">
      <w:pPr>
        <w:spacing w:after="0"/>
      </w:pPr>
      <w:r>
        <w:t>________________________________________________________________________________</w:t>
      </w:r>
    </w:p>
    <w:p w14:paraId="58D2F289" w14:textId="77777777" w:rsidR="00836752" w:rsidRDefault="00000000">
      <w:pPr>
        <w:spacing w:after="0"/>
      </w:pPr>
      <w:r>
        <w:t>________________________________________________________________________________</w:t>
      </w:r>
    </w:p>
    <w:p w14:paraId="2FAF446B" w14:textId="77777777" w:rsidR="00836752" w:rsidRDefault="00000000">
      <w:pPr>
        <w:spacing w:after="0"/>
      </w:pPr>
      <w:r>
        <w:t>________________________________________________________________________________</w:t>
      </w:r>
    </w:p>
    <w:p w14:paraId="71E07DC2" w14:textId="77777777" w:rsidR="00836752" w:rsidRDefault="00000000">
      <w:pPr>
        <w:spacing w:after="0"/>
      </w:pPr>
      <w:r>
        <w:t>________________________________________________________________________________</w:t>
      </w:r>
    </w:p>
    <w:p w14:paraId="4C4560DB" w14:textId="77777777" w:rsidR="00836752" w:rsidRDefault="00000000">
      <w:pPr>
        <w:spacing w:after="0"/>
      </w:pPr>
      <w:r>
        <w:t>________________________________________________________________________________</w:t>
      </w:r>
    </w:p>
    <w:p w14:paraId="1CA18242" w14:textId="77777777" w:rsidR="00836752" w:rsidRDefault="00000000">
      <w:r>
        <w:br w:type="page"/>
      </w:r>
    </w:p>
    <w:p w14:paraId="7B0EE980" w14:textId="77777777" w:rsidR="00836752" w:rsidRDefault="00000000">
      <w:pPr>
        <w:pStyle w:val="Heading1"/>
      </w:pPr>
      <w:r>
        <w:lastRenderedPageBreak/>
        <w:t>Chapter 2 Workbook | Why Your LinkedIn Profile May Not Be Working</w:t>
      </w:r>
    </w:p>
    <w:p w14:paraId="0620D74D" w14:textId="77777777" w:rsidR="00836752" w:rsidRDefault="00000000">
      <w:pPr>
        <w:pStyle w:val="Heading2"/>
      </w:pPr>
      <w:r>
        <w:t>Chapter Focus</w:t>
      </w:r>
    </w:p>
    <w:p w14:paraId="34F06BEE" w14:textId="77777777" w:rsidR="00836752" w:rsidRDefault="00000000">
      <w:r>
        <w:t>Use this section to audit what may be weakening your profile now.</w:t>
      </w:r>
    </w:p>
    <w:tbl>
      <w:tblPr>
        <w:tblW w:w="0" w:type="auto"/>
        <w:jc w:val="center"/>
        <w:tblLook w:val="04A0" w:firstRow="1" w:lastRow="0" w:firstColumn="1" w:lastColumn="0" w:noHBand="0" w:noVBand="1"/>
      </w:tblPr>
      <w:tblGrid>
        <w:gridCol w:w="10224"/>
      </w:tblGrid>
      <w:tr w:rsidR="00836752" w14:paraId="48434291" w14:textId="77777777">
        <w:trPr>
          <w:jc w:val="center"/>
        </w:trPr>
        <w:tc>
          <w:tcPr>
            <w:tcW w:w="10224" w:type="dxa"/>
            <w:shd w:val="clear" w:color="auto" w:fill="EAF7F7"/>
          </w:tcPr>
          <w:p w14:paraId="066963D4" w14:textId="77777777" w:rsidR="00836752" w:rsidRDefault="00000000">
            <w:r>
              <w:rPr>
                <w:b/>
                <w:color w:val="081A49"/>
              </w:rPr>
              <w:t>Chapter Hint / Tip</w:t>
            </w:r>
          </w:p>
          <w:p w14:paraId="142771BE" w14:textId="77777777" w:rsidR="00836752" w:rsidRDefault="00000000">
            <w:pPr>
              <w:spacing w:after="0"/>
            </w:pPr>
            <w:r>
              <w:t>Do not use this as criticism. Use it as diagnosis. The goal is to find the gaps that are stopping your experience from being understood.</w:t>
            </w:r>
          </w:p>
        </w:tc>
      </w:tr>
    </w:tbl>
    <w:p w14:paraId="575D8586" w14:textId="77777777" w:rsidR="00836752" w:rsidRDefault="00836752"/>
    <w:p w14:paraId="39D83F25" w14:textId="77777777" w:rsidR="00836752" w:rsidRDefault="00000000">
      <w:pPr>
        <w:pStyle w:val="Heading2"/>
      </w:pPr>
      <w:r>
        <w:t>Workbook Exercise</w:t>
      </w:r>
    </w:p>
    <w:p w14:paraId="37FB43A3" w14:textId="77777777" w:rsidR="00836752" w:rsidRDefault="00000000">
      <w:pPr>
        <w:pStyle w:val="Heading3"/>
      </w:pPr>
      <w:r>
        <w:t>Current headline - what does it say?</w:t>
      </w:r>
    </w:p>
    <w:p w14:paraId="3D5E8BD9" w14:textId="77777777" w:rsidR="00836752" w:rsidRDefault="00000000">
      <w:pPr>
        <w:spacing w:after="0"/>
      </w:pPr>
      <w:r>
        <w:t>________________________________________________________________________________</w:t>
      </w:r>
    </w:p>
    <w:p w14:paraId="6F27D02E" w14:textId="77777777" w:rsidR="00836752" w:rsidRDefault="00000000">
      <w:pPr>
        <w:spacing w:after="0"/>
      </w:pPr>
      <w:r>
        <w:t>________________________________________________________________________________</w:t>
      </w:r>
    </w:p>
    <w:p w14:paraId="656A786F" w14:textId="77777777" w:rsidR="00836752" w:rsidRDefault="00000000">
      <w:pPr>
        <w:spacing w:after="0"/>
      </w:pPr>
      <w:r>
        <w:t>________________________________________________________________________________</w:t>
      </w:r>
    </w:p>
    <w:p w14:paraId="409B20C0" w14:textId="77777777" w:rsidR="00836752" w:rsidRDefault="00000000">
      <w:pPr>
        <w:pStyle w:val="Heading3"/>
      </w:pPr>
      <w:r>
        <w:t>What does your current About section actually communicate?</w:t>
      </w:r>
    </w:p>
    <w:p w14:paraId="1A444B35" w14:textId="77777777" w:rsidR="00836752" w:rsidRDefault="00000000">
      <w:pPr>
        <w:spacing w:after="0"/>
      </w:pPr>
      <w:r>
        <w:t>________________________________________________________________________________</w:t>
      </w:r>
    </w:p>
    <w:p w14:paraId="4905E17B" w14:textId="77777777" w:rsidR="00836752" w:rsidRDefault="00000000">
      <w:pPr>
        <w:spacing w:after="0"/>
      </w:pPr>
      <w:r>
        <w:t>________________________________________________________________________________</w:t>
      </w:r>
    </w:p>
    <w:p w14:paraId="01A8127D" w14:textId="77777777" w:rsidR="00836752" w:rsidRDefault="00000000">
      <w:pPr>
        <w:spacing w:after="0"/>
      </w:pPr>
      <w:r>
        <w:t>________________________________________________________________________________</w:t>
      </w:r>
    </w:p>
    <w:p w14:paraId="27DA00FB" w14:textId="77777777" w:rsidR="00836752" w:rsidRDefault="00000000">
      <w:pPr>
        <w:spacing w:after="0"/>
      </w:pPr>
      <w:r>
        <w:t>________________________________________________________________________________</w:t>
      </w:r>
    </w:p>
    <w:p w14:paraId="7164602B" w14:textId="77777777" w:rsidR="00836752" w:rsidRDefault="00000000">
      <w:pPr>
        <w:spacing w:after="0"/>
      </w:pPr>
      <w:r>
        <w:t>________________________________________________________________________________</w:t>
      </w:r>
    </w:p>
    <w:p w14:paraId="32CA45CC" w14:textId="77777777" w:rsidR="00836752" w:rsidRDefault="00000000">
      <w:pPr>
        <w:pStyle w:val="Heading3"/>
      </w:pPr>
      <w:r>
        <w:t>Where are your strongest examples currently sitting?</w:t>
      </w:r>
    </w:p>
    <w:p w14:paraId="14E48232" w14:textId="77777777" w:rsidR="00836752" w:rsidRDefault="00000000">
      <w:pPr>
        <w:spacing w:after="0"/>
      </w:pPr>
      <w:r>
        <w:t>________________________________________________________________________________</w:t>
      </w:r>
    </w:p>
    <w:p w14:paraId="1D637EE6" w14:textId="77777777" w:rsidR="00836752" w:rsidRDefault="00000000">
      <w:pPr>
        <w:spacing w:after="0"/>
      </w:pPr>
      <w:r>
        <w:t>________________________________________________________________________________</w:t>
      </w:r>
    </w:p>
    <w:p w14:paraId="0D080304" w14:textId="77777777" w:rsidR="00836752" w:rsidRDefault="00000000">
      <w:pPr>
        <w:spacing w:after="0"/>
      </w:pPr>
      <w:r>
        <w:t>________________________________________________________________________________</w:t>
      </w:r>
    </w:p>
    <w:p w14:paraId="0768728B" w14:textId="77777777" w:rsidR="00836752" w:rsidRDefault="00000000">
      <w:pPr>
        <w:spacing w:after="0"/>
      </w:pPr>
      <w:r>
        <w:t>________________________________________________________________________________</w:t>
      </w:r>
    </w:p>
    <w:p w14:paraId="4CFEF9EA" w14:textId="77777777" w:rsidR="00836752" w:rsidRDefault="00000000">
      <w:pPr>
        <w:pStyle w:val="Heading3"/>
      </w:pPr>
      <w:r>
        <w:t>Which parts feel vague, outdated or too internal-company focused?</w:t>
      </w:r>
    </w:p>
    <w:p w14:paraId="6CC6616B" w14:textId="77777777" w:rsidR="00836752" w:rsidRDefault="00000000">
      <w:pPr>
        <w:spacing w:after="0"/>
      </w:pPr>
      <w:r>
        <w:t>________________________________________________________________________________</w:t>
      </w:r>
    </w:p>
    <w:p w14:paraId="119436CB" w14:textId="77777777" w:rsidR="00836752" w:rsidRDefault="00000000">
      <w:pPr>
        <w:spacing w:after="0"/>
      </w:pPr>
      <w:r>
        <w:t>________________________________________________________________________________</w:t>
      </w:r>
    </w:p>
    <w:p w14:paraId="7E06B307" w14:textId="77777777" w:rsidR="00836752" w:rsidRDefault="00000000">
      <w:pPr>
        <w:spacing w:after="0"/>
      </w:pPr>
      <w:r>
        <w:t>________________________________________________________________________________</w:t>
      </w:r>
    </w:p>
    <w:p w14:paraId="620F16F7" w14:textId="77777777" w:rsidR="00836752" w:rsidRDefault="00000000">
      <w:pPr>
        <w:spacing w:after="0"/>
      </w:pPr>
      <w:r>
        <w:t>________________________________________________________________________________</w:t>
      </w:r>
    </w:p>
    <w:p w14:paraId="77F0F2A5" w14:textId="77777777" w:rsidR="00836752" w:rsidRDefault="00000000">
      <w:pPr>
        <w:spacing w:after="0"/>
      </w:pPr>
      <w:r>
        <w:t>________________________________________________________________________________</w:t>
      </w:r>
    </w:p>
    <w:p w14:paraId="719999E0" w14:textId="77777777" w:rsidR="00836752" w:rsidRDefault="00000000">
      <w:pPr>
        <w:pStyle w:val="Heading2"/>
      </w:pPr>
      <w:r>
        <w:t>Reflection Prompts</w:t>
      </w:r>
    </w:p>
    <w:p w14:paraId="2CB122FB" w14:textId="77777777" w:rsidR="00836752" w:rsidRDefault="00000000">
      <w:pPr>
        <w:pStyle w:val="ListBullet"/>
      </w:pPr>
      <w:r>
        <w:t>Is your profile being written for you, or for the audience you want to reach?</w:t>
      </w:r>
    </w:p>
    <w:p w14:paraId="2297D3B9" w14:textId="77777777" w:rsidR="00836752" w:rsidRDefault="00000000">
      <w:pPr>
        <w:spacing w:after="0"/>
      </w:pPr>
      <w:r>
        <w:t>________________________________________________________________________________</w:t>
      </w:r>
    </w:p>
    <w:p w14:paraId="35A22032" w14:textId="77777777" w:rsidR="00836752" w:rsidRDefault="00000000">
      <w:pPr>
        <w:spacing w:after="0"/>
      </w:pPr>
      <w:r>
        <w:t>________________________________________________________________________________</w:t>
      </w:r>
    </w:p>
    <w:p w14:paraId="27B9FCA7" w14:textId="77777777" w:rsidR="00836752" w:rsidRDefault="00000000">
      <w:pPr>
        <w:pStyle w:val="ListBullet"/>
      </w:pPr>
      <w:r>
        <w:t>What is the biggest issue you need to fix first?</w:t>
      </w:r>
    </w:p>
    <w:p w14:paraId="251E4805" w14:textId="77777777" w:rsidR="00836752" w:rsidRDefault="00000000">
      <w:pPr>
        <w:spacing w:after="0"/>
      </w:pPr>
      <w:r>
        <w:t>________________________________________________________________________________</w:t>
      </w:r>
    </w:p>
    <w:p w14:paraId="15BDA7E2" w14:textId="77777777" w:rsidR="00836752" w:rsidRDefault="00000000">
      <w:pPr>
        <w:spacing w:after="0"/>
      </w:pPr>
      <w:r>
        <w:t>________________________________________________________________________________</w:t>
      </w:r>
    </w:p>
    <w:p w14:paraId="27DE4831" w14:textId="77777777" w:rsidR="00836752" w:rsidRDefault="00000000">
      <w:pPr>
        <w:pStyle w:val="Heading2"/>
      </w:pPr>
      <w:r>
        <w:t>Notes</w:t>
      </w:r>
    </w:p>
    <w:p w14:paraId="15845765" w14:textId="77777777" w:rsidR="00836752" w:rsidRDefault="00000000">
      <w:pPr>
        <w:spacing w:after="0"/>
      </w:pPr>
      <w:r>
        <w:t>________________________________________________________________________________</w:t>
      </w:r>
    </w:p>
    <w:p w14:paraId="11197E22" w14:textId="77777777" w:rsidR="00836752" w:rsidRDefault="00000000">
      <w:pPr>
        <w:spacing w:after="0"/>
      </w:pPr>
      <w:r>
        <w:t>________________________________________________________________________________</w:t>
      </w:r>
    </w:p>
    <w:p w14:paraId="1A0899EC" w14:textId="77777777" w:rsidR="00836752" w:rsidRDefault="00000000">
      <w:pPr>
        <w:spacing w:after="0"/>
      </w:pPr>
      <w:r>
        <w:lastRenderedPageBreak/>
        <w:t>________________________________________________________________________________</w:t>
      </w:r>
    </w:p>
    <w:p w14:paraId="5705B5B8" w14:textId="77777777" w:rsidR="00836752" w:rsidRDefault="00000000">
      <w:pPr>
        <w:spacing w:after="0"/>
      </w:pPr>
      <w:r>
        <w:t>________________________________________________________________________________</w:t>
      </w:r>
    </w:p>
    <w:p w14:paraId="11193C86" w14:textId="77777777" w:rsidR="00836752" w:rsidRDefault="00000000">
      <w:pPr>
        <w:spacing w:after="0"/>
      </w:pPr>
      <w:r>
        <w:t>________________________________________________________________________________</w:t>
      </w:r>
    </w:p>
    <w:p w14:paraId="10338AA5" w14:textId="77777777" w:rsidR="00836752" w:rsidRDefault="00000000">
      <w:pPr>
        <w:spacing w:after="0"/>
      </w:pPr>
      <w:r>
        <w:t>________________________________________________________________________________</w:t>
      </w:r>
    </w:p>
    <w:p w14:paraId="245A84A1" w14:textId="77777777" w:rsidR="00836752" w:rsidRDefault="00000000">
      <w:r>
        <w:br w:type="page"/>
      </w:r>
    </w:p>
    <w:p w14:paraId="3F9EE02B" w14:textId="77777777" w:rsidR="00836752" w:rsidRDefault="00000000">
      <w:pPr>
        <w:pStyle w:val="Heading1"/>
      </w:pPr>
      <w:r>
        <w:lastRenderedPageBreak/>
        <w:t>Chapter 3 Workbook | Define Your Target Direction Before You Write</w:t>
      </w:r>
    </w:p>
    <w:p w14:paraId="4D0A96A1" w14:textId="77777777" w:rsidR="00836752" w:rsidRDefault="00000000">
      <w:pPr>
        <w:pStyle w:val="Heading2"/>
      </w:pPr>
      <w:r>
        <w:t>Chapter Focus</w:t>
      </w:r>
    </w:p>
    <w:p w14:paraId="2A41837E" w14:textId="77777777" w:rsidR="00836752" w:rsidRDefault="00000000">
      <w:r>
        <w:t>Use live job adverts to identify the market language your profile should reflect.</w:t>
      </w:r>
    </w:p>
    <w:tbl>
      <w:tblPr>
        <w:tblW w:w="0" w:type="auto"/>
        <w:jc w:val="center"/>
        <w:tblLook w:val="04A0" w:firstRow="1" w:lastRow="0" w:firstColumn="1" w:lastColumn="0" w:noHBand="0" w:noVBand="1"/>
      </w:tblPr>
      <w:tblGrid>
        <w:gridCol w:w="10224"/>
      </w:tblGrid>
      <w:tr w:rsidR="00836752" w14:paraId="581CE374" w14:textId="77777777">
        <w:trPr>
          <w:jc w:val="center"/>
        </w:trPr>
        <w:tc>
          <w:tcPr>
            <w:tcW w:w="10224" w:type="dxa"/>
            <w:shd w:val="clear" w:color="auto" w:fill="EAF7F7"/>
          </w:tcPr>
          <w:p w14:paraId="2E5E4CEB" w14:textId="77777777" w:rsidR="00836752" w:rsidRDefault="00000000">
            <w:r>
              <w:rPr>
                <w:b/>
                <w:color w:val="081A49"/>
              </w:rPr>
              <w:t>Chapter Hint / Tip</w:t>
            </w:r>
          </w:p>
          <w:p w14:paraId="72B9AC88" w14:textId="77777777" w:rsidR="00836752" w:rsidRDefault="00000000">
            <w:pPr>
              <w:spacing w:after="0"/>
            </w:pPr>
            <w:r>
              <w:t>Your LinkedIn profile needs a lane. This does not limit you; it helps other people understand where you fit.</w:t>
            </w:r>
          </w:p>
        </w:tc>
      </w:tr>
    </w:tbl>
    <w:p w14:paraId="674EB154" w14:textId="77777777" w:rsidR="00836752" w:rsidRDefault="00836752"/>
    <w:p w14:paraId="50F5DBB3" w14:textId="77777777" w:rsidR="00836752" w:rsidRDefault="00000000">
      <w:pPr>
        <w:pStyle w:val="Heading2"/>
      </w:pPr>
      <w:r>
        <w:t>Workbook Exercise</w:t>
      </w:r>
    </w:p>
    <w:p w14:paraId="02FA495C" w14:textId="77777777" w:rsidR="00836752" w:rsidRDefault="00000000">
      <w:pPr>
        <w:pStyle w:val="Heading3"/>
      </w:pPr>
      <w:r>
        <w:t>Target role 1</w:t>
      </w:r>
    </w:p>
    <w:p w14:paraId="56DCEE0A" w14:textId="77777777" w:rsidR="00836752" w:rsidRDefault="00000000">
      <w:pPr>
        <w:spacing w:after="0"/>
      </w:pPr>
      <w:r>
        <w:t>________________________________________________________________________________</w:t>
      </w:r>
    </w:p>
    <w:p w14:paraId="74A4E87F" w14:textId="77777777" w:rsidR="00836752" w:rsidRDefault="00000000">
      <w:pPr>
        <w:spacing w:after="0"/>
      </w:pPr>
      <w:r>
        <w:t>________________________________________________________________________________</w:t>
      </w:r>
    </w:p>
    <w:p w14:paraId="7578526F" w14:textId="77777777" w:rsidR="00836752" w:rsidRDefault="00000000">
      <w:pPr>
        <w:pStyle w:val="Heading3"/>
      </w:pPr>
      <w:r>
        <w:t>Target role 2</w:t>
      </w:r>
    </w:p>
    <w:p w14:paraId="23FF67BC" w14:textId="77777777" w:rsidR="00836752" w:rsidRDefault="00000000">
      <w:pPr>
        <w:spacing w:after="0"/>
      </w:pPr>
      <w:r>
        <w:t>________________________________________________________________________________</w:t>
      </w:r>
    </w:p>
    <w:p w14:paraId="183B5112" w14:textId="77777777" w:rsidR="00836752" w:rsidRDefault="00000000">
      <w:pPr>
        <w:spacing w:after="0"/>
      </w:pPr>
      <w:r>
        <w:t>________________________________________________________________________________</w:t>
      </w:r>
    </w:p>
    <w:p w14:paraId="36A1D4BD" w14:textId="77777777" w:rsidR="00836752" w:rsidRDefault="00000000">
      <w:pPr>
        <w:pStyle w:val="Heading3"/>
      </w:pPr>
      <w:r>
        <w:t>Target role 3</w:t>
      </w:r>
    </w:p>
    <w:p w14:paraId="796B2F26" w14:textId="77777777" w:rsidR="00836752" w:rsidRDefault="00000000">
      <w:pPr>
        <w:spacing w:after="0"/>
      </w:pPr>
      <w:r>
        <w:t>________________________________________________________________________________</w:t>
      </w:r>
    </w:p>
    <w:p w14:paraId="1FFCB281" w14:textId="77777777" w:rsidR="00836752" w:rsidRDefault="00000000">
      <w:pPr>
        <w:spacing w:after="0"/>
      </w:pPr>
      <w:r>
        <w:t>________________________________________________________________________________</w:t>
      </w:r>
    </w:p>
    <w:p w14:paraId="3C58AF58" w14:textId="77777777" w:rsidR="00836752" w:rsidRDefault="00000000">
      <w:pPr>
        <w:pStyle w:val="Heading3"/>
      </w:pPr>
      <w:r>
        <w:t>Target role 4</w:t>
      </w:r>
    </w:p>
    <w:p w14:paraId="314B8A74" w14:textId="77777777" w:rsidR="00836752" w:rsidRDefault="00000000">
      <w:pPr>
        <w:spacing w:after="0"/>
      </w:pPr>
      <w:r>
        <w:t>________________________________________________________________________________</w:t>
      </w:r>
    </w:p>
    <w:p w14:paraId="3A0B428E" w14:textId="77777777" w:rsidR="00836752" w:rsidRDefault="00000000">
      <w:pPr>
        <w:spacing w:after="0"/>
      </w:pPr>
      <w:r>
        <w:t>________________________________________________________________________________</w:t>
      </w:r>
    </w:p>
    <w:p w14:paraId="5D052730" w14:textId="77777777" w:rsidR="00836752" w:rsidRDefault="00000000">
      <w:pPr>
        <w:pStyle w:val="Heading3"/>
      </w:pPr>
      <w:r>
        <w:t>Target role 5</w:t>
      </w:r>
    </w:p>
    <w:p w14:paraId="29BD41F8" w14:textId="77777777" w:rsidR="00836752" w:rsidRDefault="00000000">
      <w:pPr>
        <w:spacing w:after="0"/>
      </w:pPr>
      <w:r>
        <w:t>________________________________________________________________________________</w:t>
      </w:r>
    </w:p>
    <w:p w14:paraId="5C987F4A" w14:textId="77777777" w:rsidR="00836752" w:rsidRDefault="00000000">
      <w:pPr>
        <w:spacing w:after="0"/>
      </w:pPr>
      <w:r>
        <w:t>________________________________________________________________________________</w:t>
      </w:r>
    </w:p>
    <w:p w14:paraId="61581C90" w14:textId="77777777" w:rsidR="00836752" w:rsidRDefault="00000000">
      <w:pPr>
        <w:pStyle w:val="Heading3"/>
      </w:pPr>
      <w:r>
        <w:t>Common responsibilities across these roles</w:t>
      </w:r>
    </w:p>
    <w:p w14:paraId="0C4CA29F" w14:textId="77777777" w:rsidR="00836752" w:rsidRDefault="00000000">
      <w:pPr>
        <w:spacing w:after="0"/>
      </w:pPr>
      <w:r>
        <w:t>________________________________________________________________________________</w:t>
      </w:r>
    </w:p>
    <w:p w14:paraId="73076D39" w14:textId="77777777" w:rsidR="00836752" w:rsidRDefault="00000000">
      <w:pPr>
        <w:spacing w:after="0"/>
      </w:pPr>
      <w:r>
        <w:t>________________________________________________________________________________</w:t>
      </w:r>
    </w:p>
    <w:p w14:paraId="7EF61E23" w14:textId="77777777" w:rsidR="00836752" w:rsidRDefault="00000000">
      <w:pPr>
        <w:spacing w:after="0"/>
      </w:pPr>
      <w:r>
        <w:t>________________________________________________________________________________</w:t>
      </w:r>
    </w:p>
    <w:p w14:paraId="42EF1D6D" w14:textId="77777777" w:rsidR="00836752" w:rsidRDefault="00000000">
      <w:pPr>
        <w:spacing w:after="0"/>
      </w:pPr>
      <w:r>
        <w:t>________________________________________________________________________________</w:t>
      </w:r>
    </w:p>
    <w:p w14:paraId="6A48AA0C" w14:textId="77777777" w:rsidR="00836752" w:rsidRDefault="00000000">
      <w:pPr>
        <w:spacing w:after="0"/>
      </w:pPr>
      <w:r>
        <w:t>________________________________________________________________________________</w:t>
      </w:r>
    </w:p>
    <w:p w14:paraId="00B08B32" w14:textId="77777777" w:rsidR="00836752" w:rsidRDefault="00000000">
      <w:pPr>
        <w:spacing w:after="0"/>
      </w:pPr>
      <w:r>
        <w:t>________________________________________________________________________________</w:t>
      </w:r>
    </w:p>
    <w:p w14:paraId="0FD8A1CF" w14:textId="77777777" w:rsidR="00836752" w:rsidRDefault="00000000">
      <w:pPr>
        <w:pStyle w:val="Heading3"/>
      </w:pPr>
      <w:r>
        <w:t>Common outcomes/problems these roles are hired to solve</w:t>
      </w:r>
    </w:p>
    <w:p w14:paraId="04C42EDD" w14:textId="77777777" w:rsidR="00836752" w:rsidRDefault="00000000">
      <w:pPr>
        <w:spacing w:after="0"/>
      </w:pPr>
      <w:r>
        <w:t>________________________________________________________________________________</w:t>
      </w:r>
    </w:p>
    <w:p w14:paraId="754676C9" w14:textId="77777777" w:rsidR="00836752" w:rsidRDefault="00000000">
      <w:pPr>
        <w:spacing w:after="0"/>
      </w:pPr>
      <w:r>
        <w:t>________________________________________________________________________________</w:t>
      </w:r>
    </w:p>
    <w:p w14:paraId="2B4802CE" w14:textId="77777777" w:rsidR="00836752" w:rsidRDefault="00000000">
      <w:pPr>
        <w:spacing w:after="0"/>
      </w:pPr>
      <w:r>
        <w:t>________________________________________________________________________________</w:t>
      </w:r>
    </w:p>
    <w:p w14:paraId="04A06BC9" w14:textId="77777777" w:rsidR="00836752" w:rsidRDefault="00000000">
      <w:pPr>
        <w:spacing w:after="0"/>
      </w:pPr>
      <w:r>
        <w:t>________________________________________________________________________________</w:t>
      </w:r>
    </w:p>
    <w:p w14:paraId="1953B46C" w14:textId="77777777" w:rsidR="00836752" w:rsidRDefault="00000000">
      <w:pPr>
        <w:spacing w:after="0"/>
      </w:pPr>
      <w:r>
        <w:t>________________________________________________________________________________</w:t>
      </w:r>
    </w:p>
    <w:p w14:paraId="3B3D41C4" w14:textId="77777777" w:rsidR="00836752" w:rsidRDefault="00000000">
      <w:pPr>
        <w:spacing w:after="0"/>
      </w:pPr>
      <w:r>
        <w:t>________________________________________________________________________________</w:t>
      </w:r>
    </w:p>
    <w:p w14:paraId="3810CE53" w14:textId="77777777" w:rsidR="00836752" w:rsidRDefault="00000000">
      <w:pPr>
        <w:pStyle w:val="Heading2"/>
      </w:pPr>
      <w:r>
        <w:t>Reflection Prompts</w:t>
      </w:r>
    </w:p>
    <w:p w14:paraId="77C822FC" w14:textId="77777777" w:rsidR="00836752" w:rsidRDefault="00000000">
      <w:pPr>
        <w:pStyle w:val="ListBullet"/>
      </w:pPr>
      <w:r>
        <w:t>Are you trying to present too many directions at once?</w:t>
      </w:r>
    </w:p>
    <w:p w14:paraId="53F31FC5" w14:textId="77777777" w:rsidR="00836752" w:rsidRDefault="00000000">
      <w:pPr>
        <w:spacing w:after="0"/>
      </w:pPr>
      <w:r>
        <w:t>________________________________________________________________________________</w:t>
      </w:r>
    </w:p>
    <w:p w14:paraId="3116BD15" w14:textId="77777777" w:rsidR="00836752" w:rsidRDefault="00000000">
      <w:pPr>
        <w:spacing w:after="0"/>
      </w:pPr>
      <w:r>
        <w:lastRenderedPageBreak/>
        <w:t>________________________________________________________________________________</w:t>
      </w:r>
    </w:p>
    <w:p w14:paraId="5060936A" w14:textId="77777777" w:rsidR="00836752" w:rsidRDefault="00000000">
      <w:pPr>
        <w:pStyle w:val="ListBullet"/>
      </w:pPr>
      <w:r>
        <w:t>Which direction feels clearest and most commercially relevant?</w:t>
      </w:r>
    </w:p>
    <w:p w14:paraId="2404199C" w14:textId="77777777" w:rsidR="00836752" w:rsidRDefault="00000000">
      <w:pPr>
        <w:spacing w:after="0"/>
      </w:pPr>
      <w:r>
        <w:t>________________________________________________________________________________</w:t>
      </w:r>
    </w:p>
    <w:p w14:paraId="4C572FD1" w14:textId="77777777" w:rsidR="00836752" w:rsidRDefault="00000000">
      <w:pPr>
        <w:spacing w:after="0"/>
      </w:pPr>
      <w:r>
        <w:t>________________________________________________________________________________</w:t>
      </w:r>
    </w:p>
    <w:p w14:paraId="47D23CF7" w14:textId="77777777" w:rsidR="00836752" w:rsidRDefault="00000000">
      <w:pPr>
        <w:pStyle w:val="Heading2"/>
      </w:pPr>
      <w:r>
        <w:t>Notes</w:t>
      </w:r>
    </w:p>
    <w:p w14:paraId="6779B9FA" w14:textId="77777777" w:rsidR="00836752" w:rsidRDefault="00000000">
      <w:pPr>
        <w:spacing w:after="0"/>
      </w:pPr>
      <w:r>
        <w:t>________________________________________________________________________________</w:t>
      </w:r>
    </w:p>
    <w:p w14:paraId="43E09B63" w14:textId="77777777" w:rsidR="00836752" w:rsidRDefault="00000000">
      <w:pPr>
        <w:spacing w:after="0"/>
      </w:pPr>
      <w:r>
        <w:t>________________________________________________________________________________</w:t>
      </w:r>
    </w:p>
    <w:p w14:paraId="1AB61091" w14:textId="77777777" w:rsidR="00836752" w:rsidRDefault="00000000">
      <w:pPr>
        <w:spacing w:after="0"/>
      </w:pPr>
      <w:r>
        <w:t>________________________________________________________________________________</w:t>
      </w:r>
    </w:p>
    <w:p w14:paraId="55A637DB" w14:textId="77777777" w:rsidR="00836752" w:rsidRDefault="00000000">
      <w:pPr>
        <w:spacing w:after="0"/>
      </w:pPr>
      <w:r>
        <w:t>________________________________________________________________________________</w:t>
      </w:r>
    </w:p>
    <w:p w14:paraId="64B9BAB4" w14:textId="77777777" w:rsidR="00836752" w:rsidRDefault="00000000">
      <w:pPr>
        <w:spacing w:after="0"/>
      </w:pPr>
      <w:r>
        <w:t>________________________________________________________________________________</w:t>
      </w:r>
    </w:p>
    <w:p w14:paraId="443C65AE" w14:textId="77777777" w:rsidR="00836752" w:rsidRDefault="00000000">
      <w:pPr>
        <w:spacing w:after="0"/>
      </w:pPr>
      <w:r>
        <w:t>________________________________________________________________________________</w:t>
      </w:r>
    </w:p>
    <w:p w14:paraId="5C159954" w14:textId="77777777" w:rsidR="00836752" w:rsidRDefault="00000000">
      <w:r>
        <w:br w:type="page"/>
      </w:r>
    </w:p>
    <w:p w14:paraId="43A8128B" w14:textId="77777777" w:rsidR="00836752" w:rsidRDefault="00000000">
      <w:pPr>
        <w:pStyle w:val="Heading1"/>
      </w:pPr>
      <w:r>
        <w:lastRenderedPageBreak/>
        <w:t>Chapter 4 Workbook | How Recruiters Search on LinkedIn</w:t>
      </w:r>
    </w:p>
    <w:p w14:paraId="21DC2EF9" w14:textId="77777777" w:rsidR="00836752" w:rsidRDefault="00000000">
      <w:pPr>
        <w:pStyle w:val="Heading2"/>
      </w:pPr>
      <w:r>
        <w:t>Chapter Focus</w:t>
      </w:r>
    </w:p>
    <w:p w14:paraId="1702BD15" w14:textId="77777777" w:rsidR="00836752" w:rsidRDefault="00000000">
      <w:r>
        <w:t>Use this section to think like a recruiter and test whether your profile contains search-friendly language.</w:t>
      </w:r>
    </w:p>
    <w:tbl>
      <w:tblPr>
        <w:tblW w:w="0" w:type="auto"/>
        <w:jc w:val="center"/>
        <w:tblLook w:val="04A0" w:firstRow="1" w:lastRow="0" w:firstColumn="1" w:lastColumn="0" w:noHBand="0" w:noVBand="1"/>
      </w:tblPr>
      <w:tblGrid>
        <w:gridCol w:w="10224"/>
      </w:tblGrid>
      <w:tr w:rsidR="00836752" w14:paraId="68FFBDC8" w14:textId="77777777">
        <w:trPr>
          <w:jc w:val="center"/>
        </w:trPr>
        <w:tc>
          <w:tcPr>
            <w:tcW w:w="10224" w:type="dxa"/>
            <w:shd w:val="clear" w:color="auto" w:fill="EAF7F7"/>
          </w:tcPr>
          <w:p w14:paraId="5F1C9210" w14:textId="77777777" w:rsidR="00836752" w:rsidRDefault="00000000">
            <w:r>
              <w:rPr>
                <w:b/>
                <w:color w:val="081A49"/>
              </w:rPr>
              <w:t>Chapter Hint / Tip</w:t>
            </w:r>
          </w:p>
          <w:p w14:paraId="661C5BEF" w14:textId="77777777" w:rsidR="00836752" w:rsidRDefault="00000000">
            <w:pPr>
              <w:spacing w:after="0"/>
            </w:pPr>
            <w:r>
              <w:t>Recruiters search for job titles, skills, systems, sectors and seniority. They do not search for vague personality claims.</w:t>
            </w:r>
          </w:p>
        </w:tc>
      </w:tr>
    </w:tbl>
    <w:p w14:paraId="36209951" w14:textId="77777777" w:rsidR="00836752" w:rsidRDefault="00836752"/>
    <w:p w14:paraId="1BA69557" w14:textId="77777777" w:rsidR="00836752" w:rsidRDefault="00000000">
      <w:pPr>
        <w:pStyle w:val="Heading2"/>
      </w:pPr>
      <w:r>
        <w:t>Workbook Exercise</w:t>
      </w:r>
    </w:p>
    <w:p w14:paraId="60BBE712" w14:textId="77777777" w:rsidR="00836752" w:rsidRDefault="00000000">
      <w:pPr>
        <w:pStyle w:val="Heading3"/>
      </w:pPr>
      <w:r>
        <w:t>List 5 job titles recruiters may search for</w:t>
      </w:r>
    </w:p>
    <w:p w14:paraId="239C8DC9" w14:textId="77777777" w:rsidR="00836752" w:rsidRDefault="00000000">
      <w:pPr>
        <w:spacing w:after="0"/>
      </w:pPr>
      <w:r>
        <w:t>________________________________________________________________________________</w:t>
      </w:r>
    </w:p>
    <w:p w14:paraId="47F80F3E" w14:textId="77777777" w:rsidR="00836752" w:rsidRDefault="00000000">
      <w:pPr>
        <w:spacing w:after="0"/>
      </w:pPr>
      <w:r>
        <w:t>________________________________________________________________________________</w:t>
      </w:r>
    </w:p>
    <w:p w14:paraId="126D9258" w14:textId="77777777" w:rsidR="00836752" w:rsidRDefault="00000000">
      <w:pPr>
        <w:spacing w:after="0"/>
      </w:pPr>
      <w:r>
        <w:t>________________________________________________________________________________</w:t>
      </w:r>
    </w:p>
    <w:p w14:paraId="10940520" w14:textId="77777777" w:rsidR="00836752" w:rsidRDefault="00000000">
      <w:pPr>
        <w:spacing w:after="0"/>
      </w:pPr>
      <w:r>
        <w:t>________________________________________________________________________________</w:t>
      </w:r>
    </w:p>
    <w:p w14:paraId="19955739" w14:textId="77777777" w:rsidR="00836752" w:rsidRDefault="00000000">
      <w:pPr>
        <w:spacing w:after="0"/>
      </w:pPr>
      <w:r>
        <w:t>________________________________________________________________________________</w:t>
      </w:r>
    </w:p>
    <w:p w14:paraId="113FDAD6" w14:textId="77777777" w:rsidR="00836752" w:rsidRDefault="00000000">
      <w:pPr>
        <w:pStyle w:val="Heading3"/>
      </w:pPr>
      <w:r>
        <w:t>List 10 skills or keywords from target adverts</w:t>
      </w:r>
    </w:p>
    <w:p w14:paraId="59BAEEE6" w14:textId="77777777" w:rsidR="00836752" w:rsidRDefault="00000000">
      <w:pPr>
        <w:spacing w:after="0"/>
      </w:pPr>
      <w:r>
        <w:t>________________________________________________________________________________</w:t>
      </w:r>
    </w:p>
    <w:p w14:paraId="736BDF5E" w14:textId="77777777" w:rsidR="00836752" w:rsidRDefault="00000000">
      <w:pPr>
        <w:spacing w:after="0"/>
      </w:pPr>
      <w:r>
        <w:t>________________________________________________________________________________</w:t>
      </w:r>
    </w:p>
    <w:p w14:paraId="0C6515FC" w14:textId="77777777" w:rsidR="00836752" w:rsidRDefault="00000000">
      <w:pPr>
        <w:spacing w:after="0"/>
      </w:pPr>
      <w:r>
        <w:t>________________________________________________________________________________</w:t>
      </w:r>
    </w:p>
    <w:p w14:paraId="1D090957" w14:textId="77777777" w:rsidR="00836752" w:rsidRDefault="00000000">
      <w:pPr>
        <w:spacing w:after="0"/>
      </w:pPr>
      <w:r>
        <w:t>________________________________________________________________________________</w:t>
      </w:r>
    </w:p>
    <w:p w14:paraId="7EB80932" w14:textId="77777777" w:rsidR="00836752" w:rsidRDefault="00000000">
      <w:pPr>
        <w:spacing w:after="0"/>
      </w:pPr>
      <w:r>
        <w:t>________________________________________________________________________________</w:t>
      </w:r>
    </w:p>
    <w:p w14:paraId="7545C503" w14:textId="77777777" w:rsidR="00836752" w:rsidRDefault="00000000">
      <w:pPr>
        <w:spacing w:after="0"/>
      </w:pPr>
      <w:r>
        <w:t>________________________________________________________________________________</w:t>
      </w:r>
    </w:p>
    <w:p w14:paraId="10A3FC0E" w14:textId="77777777" w:rsidR="00836752" w:rsidRDefault="00000000">
      <w:pPr>
        <w:spacing w:after="0"/>
      </w:pPr>
      <w:r>
        <w:t>________________________________________________________________________________</w:t>
      </w:r>
    </w:p>
    <w:p w14:paraId="7E095137" w14:textId="77777777" w:rsidR="00836752" w:rsidRDefault="00000000">
      <w:pPr>
        <w:spacing w:after="0"/>
      </w:pPr>
      <w:r>
        <w:t>________________________________________________________________________________</w:t>
      </w:r>
    </w:p>
    <w:p w14:paraId="467DAAA9" w14:textId="77777777" w:rsidR="00836752" w:rsidRDefault="00000000">
      <w:pPr>
        <w:pStyle w:val="Heading3"/>
      </w:pPr>
      <w:r>
        <w:t>List systems, tools, methods, frameworks or sector terms</w:t>
      </w:r>
    </w:p>
    <w:p w14:paraId="5E08DCA6" w14:textId="77777777" w:rsidR="00836752" w:rsidRDefault="00000000">
      <w:pPr>
        <w:spacing w:after="0"/>
      </w:pPr>
      <w:r>
        <w:t>________________________________________________________________________________</w:t>
      </w:r>
    </w:p>
    <w:p w14:paraId="1505C28B" w14:textId="77777777" w:rsidR="00836752" w:rsidRDefault="00000000">
      <w:pPr>
        <w:spacing w:after="0"/>
      </w:pPr>
      <w:r>
        <w:t>________________________________________________________________________________</w:t>
      </w:r>
    </w:p>
    <w:p w14:paraId="19051A1A" w14:textId="77777777" w:rsidR="00836752" w:rsidRDefault="00000000">
      <w:pPr>
        <w:spacing w:after="0"/>
      </w:pPr>
      <w:r>
        <w:t>________________________________________________________________________________</w:t>
      </w:r>
    </w:p>
    <w:p w14:paraId="73C7157C" w14:textId="77777777" w:rsidR="00836752" w:rsidRDefault="00000000">
      <w:pPr>
        <w:spacing w:after="0"/>
      </w:pPr>
      <w:r>
        <w:t>________________________________________________________________________________</w:t>
      </w:r>
    </w:p>
    <w:p w14:paraId="37901F2C" w14:textId="77777777" w:rsidR="00836752" w:rsidRDefault="00000000">
      <w:pPr>
        <w:spacing w:after="0"/>
      </w:pPr>
      <w:r>
        <w:t>________________________________________________________________________________</w:t>
      </w:r>
    </w:p>
    <w:p w14:paraId="2F08AED5" w14:textId="77777777" w:rsidR="00836752" w:rsidRDefault="00000000">
      <w:pPr>
        <w:spacing w:after="0"/>
      </w:pPr>
      <w:r>
        <w:t>________________________________________________________________________________</w:t>
      </w:r>
    </w:p>
    <w:p w14:paraId="7B27DEAB" w14:textId="77777777" w:rsidR="00836752" w:rsidRDefault="00000000">
      <w:pPr>
        <w:pStyle w:val="Heading3"/>
      </w:pPr>
      <w:r>
        <w:t>Possible Boolean search strings that should find you</w:t>
      </w:r>
    </w:p>
    <w:p w14:paraId="4396364A" w14:textId="77777777" w:rsidR="00836752" w:rsidRDefault="00000000">
      <w:pPr>
        <w:spacing w:after="0"/>
      </w:pPr>
      <w:r>
        <w:t>________________________________________________________________________________</w:t>
      </w:r>
    </w:p>
    <w:p w14:paraId="74AD8B92" w14:textId="77777777" w:rsidR="00836752" w:rsidRDefault="00000000">
      <w:pPr>
        <w:spacing w:after="0"/>
      </w:pPr>
      <w:r>
        <w:t>________________________________________________________________________________</w:t>
      </w:r>
    </w:p>
    <w:p w14:paraId="40D06650" w14:textId="77777777" w:rsidR="00836752" w:rsidRDefault="00000000">
      <w:pPr>
        <w:spacing w:after="0"/>
      </w:pPr>
      <w:r>
        <w:t>________________________________________________________________________________</w:t>
      </w:r>
    </w:p>
    <w:p w14:paraId="15F1D1B9" w14:textId="77777777" w:rsidR="00836752" w:rsidRDefault="00000000">
      <w:pPr>
        <w:spacing w:after="0"/>
      </w:pPr>
      <w:r>
        <w:t>________________________________________________________________________________</w:t>
      </w:r>
    </w:p>
    <w:p w14:paraId="790764B2" w14:textId="77777777" w:rsidR="00836752" w:rsidRDefault="00000000">
      <w:pPr>
        <w:spacing w:after="0"/>
      </w:pPr>
      <w:r>
        <w:t>________________________________________________________________________________</w:t>
      </w:r>
    </w:p>
    <w:p w14:paraId="2BAEED3D" w14:textId="77777777" w:rsidR="00836752" w:rsidRDefault="00000000">
      <w:pPr>
        <w:spacing w:after="0"/>
      </w:pPr>
      <w:r>
        <w:t>________________________________________________________________________________</w:t>
      </w:r>
    </w:p>
    <w:p w14:paraId="70CFF847" w14:textId="77777777" w:rsidR="00836752" w:rsidRDefault="00000000">
      <w:pPr>
        <w:spacing w:after="0"/>
      </w:pPr>
      <w:r>
        <w:t>________________________________________________________________________________</w:t>
      </w:r>
    </w:p>
    <w:p w14:paraId="7574A1B1" w14:textId="77777777" w:rsidR="00836752" w:rsidRDefault="00000000">
      <w:pPr>
        <w:spacing w:after="0"/>
      </w:pPr>
      <w:r>
        <w:t>________________________________________________________________________________</w:t>
      </w:r>
    </w:p>
    <w:p w14:paraId="166C04B4" w14:textId="77777777" w:rsidR="00836752" w:rsidRDefault="00000000">
      <w:pPr>
        <w:pStyle w:val="Heading2"/>
      </w:pPr>
      <w:r>
        <w:t>Reflection Prompts</w:t>
      </w:r>
    </w:p>
    <w:p w14:paraId="48FD3B8A" w14:textId="77777777" w:rsidR="00836752" w:rsidRDefault="00000000">
      <w:pPr>
        <w:pStyle w:val="ListBullet"/>
      </w:pPr>
      <w:r>
        <w:t>Would your current profile appear in searches for your target roles?</w:t>
      </w:r>
    </w:p>
    <w:p w14:paraId="35E20848" w14:textId="77777777" w:rsidR="00836752" w:rsidRDefault="00000000">
      <w:pPr>
        <w:spacing w:after="0"/>
      </w:pPr>
      <w:r>
        <w:lastRenderedPageBreak/>
        <w:t>________________________________________________________________________________</w:t>
      </w:r>
    </w:p>
    <w:p w14:paraId="3B648241" w14:textId="77777777" w:rsidR="00836752" w:rsidRDefault="00000000">
      <w:pPr>
        <w:spacing w:after="0"/>
      </w:pPr>
      <w:r>
        <w:t>________________________________________________________________________________</w:t>
      </w:r>
    </w:p>
    <w:p w14:paraId="19E5D820" w14:textId="77777777" w:rsidR="00836752" w:rsidRDefault="00000000">
      <w:pPr>
        <w:pStyle w:val="ListBullet"/>
      </w:pPr>
      <w:r>
        <w:t>What important search terms are missing?</w:t>
      </w:r>
    </w:p>
    <w:p w14:paraId="21A0F54E" w14:textId="77777777" w:rsidR="00836752" w:rsidRDefault="00000000">
      <w:pPr>
        <w:spacing w:after="0"/>
      </w:pPr>
      <w:r>
        <w:t>________________________________________________________________________________</w:t>
      </w:r>
    </w:p>
    <w:p w14:paraId="36EF7539" w14:textId="77777777" w:rsidR="00836752" w:rsidRDefault="00000000">
      <w:pPr>
        <w:spacing w:after="0"/>
      </w:pPr>
      <w:r>
        <w:t>________________________________________________________________________________</w:t>
      </w:r>
    </w:p>
    <w:p w14:paraId="1B70D4EA" w14:textId="77777777" w:rsidR="00836752" w:rsidRDefault="00000000">
      <w:pPr>
        <w:pStyle w:val="Heading2"/>
      </w:pPr>
      <w:r>
        <w:t>Notes</w:t>
      </w:r>
    </w:p>
    <w:p w14:paraId="52A4DA3E" w14:textId="77777777" w:rsidR="00836752" w:rsidRDefault="00000000">
      <w:pPr>
        <w:spacing w:after="0"/>
      </w:pPr>
      <w:r>
        <w:t>________________________________________________________________________________</w:t>
      </w:r>
    </w:p>
    <w:p w14:paraId="19555012" w14:textId="77777777" w:rsidR="00836752" w:rsidRDefault="00000000">
      <w:pPr>
        <w:spacing w:after="0"/>
      </w:pPr>
      <w:r>
        <w:t>________________________________________________________________________________</w:t>
      </w:r>
    </w:p>
    <w:p w14:paraId="78ED8A51" w14:textId="77777777" w:rsidR="00836752" w:rsidRDefault="00000000">
      <w:pPr>
        <w:spacing w:after="0"/>
      </w:pPr>
      <w:r>
        <w:t>________________________________________________________________________________</w:t>
      </w:r>
    </w:p>
    <w:p w14:paraId="4BE04614" w14:textId="77777777" w:rsidR="00836752" w:rsidRDefault="00000000">
      <w:pPr>
        <w:spacing w:after="0"/>
      </w:pPr>
      <w:r>
        <w:t>________________________________________________________________________________</w:t>
      </w:r>
    </w:p>
    <w:p w14:paraId="75ED4275" w14:textId="77777777" w:rsidR="00836752" w:rsidRDefault="00000000">
      <w:pPr>
        <w:spacing w:after="0"/>
      </w:pPr>
      <w:r>
        <w:t>________________________________________________________________________________</w:t>
      </w:r>
    </w:p>
    <w:p w14:paraId="2A1B7080" w14:textId="77777777" w:rsidR="00836752" w:rsidRDefault="00000000">
      <w:pPr>
        <w:spacing w:after="0"/>
      </w:pPr>
      <w:r>
        <w:t>________________________________________________________________________________</w:t>
      </w:r>
    </w:p>
    <w:p w14:paraId="79B7AAD9" w14:textId="77777777" w:rsidR="00836752" w:rsidRDefault="00000000">
      <w:r>
        <w:br w:type="page"/>
      </w:r>
    </w:p>
    <w:p w14:paraId="16224A8F" w14:textId="77777777" w:rsidR="00836752" w:rsidRDefault="00000000">
      <w:pPr>
        <w:pStyle w:val="Heading1"/>
      </w:pPr>
      <w:r>
        <w:lastRenderedPageBreak/>
        <w:t>Chapter 5 Workbook | Build Your LinkedIn Keyword Bank</w:t>
      </w:r>
    </w:p>
    <w:p w14:paraId="3C931003" w14:textId="77777777" w:rsidR="00836752" w:rsidRDefault="00000000">
      <w:pPr>
        <w:pStyle w:val="Heading2"/>
      </w:pPr>
      <w:r>
        <w:t>Chapter Focus</w:t>
      </w:r>
    </w:p>
    <w:p w14:paraId="70DA288A" w14:textId="77777777" w:rsidR="00836752" w:rsidRDefault="00000000">
      <w:r>
        <w:t>Create a structured keyword bank before writing your profile sections.</w:t>
      </w:r>
    </w:p>
    <w:tbl>
      <w:tblPr>
        <w:tblW w:w="0" w:type="auto"/>
        <w:jc w:val="center"/>
        <w:tblLook w:val="04A0" w:firstRow="1" w:lastRow="0" w:firstColumn="1" w:lastColumn="0" w:noHBand="0" w:noVBand="1"/>
      </w:tblPr>
      <w:tblGrid>
        <w:gridCol w:w="10224"/>
      </w:tblGrid>
      <w:tr w:rsidR="00836752" w14:paraId="706B2B9F" w14:textId="77777777">
        <w:trPr>
          <w:jc w:val="center"/>
        </w:trPr>
        <w:tc>
          <w:tcPr>
            <w:tcW w:w="10224" w:type="dxa"/>
            <w:shd w:val="clear" w:color="auto" w:fill="EAF7F7"/>
          </w:tcPr>
          <w:p w14:paraId="7C523415" w14:textId="77777777" w:rsidR="00836752" w:rsidRDefault="00000000">
            <w:r>
              <w:rPr>
                <w:b/>
                <w:color w:val="081A49"/>
              </w:rPr>
              <w:t>Chapter Hint / Tip</w:t>
            </w:r>
          </w:p>
          <w:p w14:paraId="78A516DE" w14:textId="77777777" w:rsidR="00836752" w:rsidRDefault="00000000">
            <w:pPr>
              <w:spacing w:after="0"/>
            </w:pPr>
            <w:r>
              <w:t>A keyword bank prevents guesswork. It gives you the words to use naturally across Headline, About, Experience and Skills.</w:t>
            </w:r>
          </w:p>
        </w:tc>
      </w:tr>
    </w:tbl>
    <w:p w14:paraId="5A755F08" w14:textId="77777777" w:rsidR="00836752" w:rsidRDefault="00836752"/>
    <w:p w14:paraId="63CBA1E0" w14:textId="77777777" w:rsidR="00836752" w:rsidRDefault="00000000">
      <w:pPr>
        <w:pStyle w:val="Heading2"/>
      </w:pPr>
      <w:r>
        <w:t>Keyword Bank Builder</w:t>
      </w:r>
    </w:p>
    <w:tbl>
      <w:tblPr>
        <w:tblStyle w:val="TableGrid"/>
        <w:tblW w:w="0" w:type="auto"/>
        <w:jc w:val="center"/>
        <w:tblLook w:val="04A0" w:firstRow="1" w:lastRow="0" w:firstColumn="1" w:lastColumn="0" w:noHBand="0" w:noVBand="1"/>
      </w:tblPr>
      <w:tblGrid>
        <w:gridCol w:w="5107"/>
        <w:gridCol w:w="5107"/>
      </w:tblGrid>
      <w:tr w:rsidR="00836752" w14:paraId="5E051366" w14:textId="77777777">
        <w:trPr>
          <w:jc w:val="center"/>
        </w:trPr>
        <w:tc>
          <w:tcPr>
            <w:tcW w:w="5112" w:type="dxa"/>
            <w:shd w:val="clear" w:color="auto" w:fill="081A49"/>
          </w:tcPr>
          <w:p w14:paraId="160E04C4" w14:textId="77777777" w:rsidR="00836752" w:rsidRDefault="00000000">
            <w:r>
              <w:rPr>
                <w:b/>
                <w:color w:val="FFFFFF"/>
              </w:rPr>
              <w:t>Category</w:t>
            </w:r>
          </w:p>
        </w:tc>
        <w:tc>
          <w:tcPr>
            <w:tcW w:w="5112" w:type="dxa"/>
            <w:shd w:val="clear" w:color="auto" w:fill="081A49"/>
          </w:tcPr>
          <w:p w14:paraId="32D98661" w14:textId="77777777" w:rsidR="00836752" w:rsidRDefault="00000000">
            <w:r>
              <w:rPr>
                <w:b/>
                <w:color w:val="FFFFFF"/>
              </w:rPr>
              <w:t>Keywords / Phrases</w:t>
            </w:r>
          </w:p>
        </w:tc>
      </w:tr>
      <w:tr w:rsidR="00836752" w14:paraId="0B57E748" w14:textId="77777777">
        <w:trPr>
          <w:jc w:val="center"/>
        </w:trPr>
        <w:tc>
          <w:tcPr>
            <w:tcW w:w="5112" w:type="dxa"/>
          </w:tcPr>
          <w:p w14:paraId="03C619EF" w14:textId="77777777" w:rsidR="00836752" w:rsidRDefault="00000000">
            <w:r>
              <w:t>Target job titles</w:t>
            </w:r>
          </w:p>
        </w:tc>
        <w:tc>
          <w:tcPr>
            <w:tcW w:w="5112" w:type="dxa"/>
          </w:tcPr>
          <w:p w14:paraId="61DD8C30" w14:textId="77777777" w:rsidR="00836752" w:rsidRDefault="00836752"/>
        </w:tc>
      </w:tr>
      <w:tr w:rsidR="00836752" w14:paraId="2F1937FD" w14:textId="77777777">
        <w:trPr>
          <w:jc w:val="center"/>
        </w:trPr>
        <w:tc>
          <w:tcPr>
            <w:tcW w:w="5112" w:type="dxa"/>
          </w:tcPr>
          <w:p w14:paraId="46506077" w14:textId="77777777" w:rsidR="00836752" w:rsidRDefault="00000000">
            <w:r>
              <w:t>Function keywords</w:t>
            </w:r>
          </w:p>
        </w:tc>
        <w:tc>
          <w:tcPr>
            <w:tcW w:w="5112" w:type="dxa"/>
          </w:tcPr>
          <w:p w14:paraId="14918E9F" w14:textId="77777777" w:rsidR="00836752" w:rsidRDefault="00836752"/>
        </w:tc>
      </w:tr>
      <w:tr w:rsidR="00836752" w14:paraId="6F354E54" w14:textId="77777777">
        <w:trPr>
          <w:jc w:val="center"/>
        </w:trPr>
        <w:tc>
          <w:tcPr>
            <w:tcW w:w="5112" w:type="dxa"/>
          </w:tcPr>
          <w:p w14:paraId="7585B0A9" w14:textId="77777777" w:rsidR="00836752" w:rsidRDefault="00000000">
            <w:r>
              <w:t>Seniority keywords</w:t>
            </w:r>
          </w:p>
        </w:tc>
        <w:tc>
          <w:tcPr>
            <w:tcW w:w="5112" w:type="dxa"/>
          </w:tcPr>
          <w:p w14:paraId="24D735BD" w14:textId="77777777" w:rsidR="00836752" w:rsidRDefault="00836752"/>
        </w:tc>
      </w:tr>
      <w:tr w:rsidR="00836752" w14:paraId="2447CA91" w14:textId="77777777">
        <w:trPr>
          <w:jc w:val="center"/>
        </w:trPr>
        <w:tc>
          <w:tcPr>
            <w:tcW w:w="5112" w:type="dxa"/>
          </w:tcPr>
          <w:p w14:paraId="6B0ACEF8" w14:textId="77777777" w:rsidR="00836752" w:rsidRDefault="00000000">
            <w:r>
              <w:t>Technical skills</w:t>
            </w:r>
          </w:p>
        </w:tc>
        <w:tc>
          <w:tcPr>
            <w:tcW w:w="5112" w:type="dxa"/>
          </w:tcPr>
          <w:p w14:paraId="18B2F403" w14:textId="77777777" w:rsidR="00836752" w:rsidRDefault="00836752"/>
        </w:tc>
      </w:tr>
      <w:tr w:rsidR="00836752" w14:paraId="63587881" w14:textId="77777777">
        <w:trPr>
          <w:jc w:val="center"/>
        </w:trPr>
        <w:tc>
          <w:tcPr>
            <w:tcW w:w="5112" w:type="dxa"/>
          </w:tcPr>
          <w:p w14:paraId="7132EE58" w14:textId="77777777" w:rsidR="00836752" w:rsidRDefault="00000000">
            <w:r>
              <w:t>Leadership skills</w:t>
            </w:r>
          </w:p>
        </w:tc>
        <w:tc>
          <w:tcPr>
            <w:tcW w:w="5112" w:type="dxa"/>
          </w:tcPr>
          <w:p w14:paraId="49EEA5B9" w14:textId="77777777" w:rsidR="00836752" w:rsidRDefault="00836752"/>
        </w:tc>
      </w:tr>
      <w:tr w:rsidR="00836752" w14:paraId="580CF09B" w14:textId="77777777">
        <w:trPr>
          <w:jc w:val="center"/>
        </w:trPr>
        <w:tc>
          <w:tcPr>
            <w:tcW w:w="5112" w:type="dxa"/>
          </w:tcPr>
          <w:p w14:paraId="5413E5F2" w14:textId="77777777" w:rsidR="00836752" w:rsidRDefault="00000000">
            <w:r>
              <w:t>Sector terms</w:t>
            </w:r>
          </w:p>
        </w:tc>
        <w:tc>
          <w:tcPr>
            <w:tcW w:w="5112" w:type="dxa"/>
          </w:tcPr>
          <w:p w14:paraId="1A696323" w14:textId="77777777" w:rsidR="00836752" w:rsidRDefault="00836752"/>
        </w:tc>
      </w:tr>
      <w:tr w:rsidR="00836752" w14:paraId="6A8215A1" w14:textId="77777777">
        <w:trPr>
          <w:jc w:val="center"/>
        </w:trPr>
        <w:tc>
          <w:tcPr>
            <w:tcW w:w="5112" w:type="dxa"/>
          </w:tcPr>
          <w:p w14:paraId="037761AC" w14:textId="77777777" w:rsidR="00836752" w:rsidRDefault="00000000">
            <w:r>
              <w:t>Tools / systems / methods</w:t>
            </w:r>
          </w:p>
        </w:tc>
        <w:tc>
          <w:tcPr>
            <w:tcW w:w="5112" w:type="dxa"/>
          </w:tcPr>
          <w:p w14:paraId="15EAC486" w14:textId="77777777" w:rsidR="00836752" w:rsidRDefault="00836752"/>
        </w:tc>
      </w:tr>
      <w:tr w:rsidR="00836752" w14:paraId="0E08ED53" w14:textId="77777777">
        <w:trPr>
          <w:jc w:val="center"/>
        </w:trPr>
        <w:tc>
          <w:tcPr>
            <w:tcW w:w="5112" w:type="dxa"/>
          </w:tcPr>
          <w:p w14:paraId="1B84B03C" w14:textId="77777777" w:rsidR="00836752" w:rsidRDefault="00000000">
            <w:r>
              <w:t>Outcome keywords</w:t>
            </w:r>
          </w:p>
        </w:tc>
        <w:tc>
          <w:tcPr>
            <w:tcW w:w="5112" w:type="dxa"/>
          </w:tcPr>
          <w:p w14:paraId="4C69B31B" w14:textId="77777777" w:rsidR="00836752" w:rsidRDefault="00836752"/>
        </w:tc>
      </w:tr>
    </w:tbl>
    <w:p w14:paraId="07854CD1" w14:textId="77777777" w:rsidR="00836752" w:rsidRDefault="00836752"/>
    <w:tbl>
      <w:tblPr>
        <w:tblStyle w:val="TableGrid"/>
        <w:tblW w:w="0" w:type="auto"/>
        <w:jc w:val="center"/>
        <w:tblLook w:val="04A0" w:firstRow="1" w:lastRow="0" w:firstColumn="1" w:lastColumn="0" w:noHBand="0" w:noVBand="1"/>
      </w:tblPr>
      <w:tblGrid>
        <w:gridCol w:w="3404"/>
        <w:gridCol w:w="3405"/>
        <w:gridCol w:w="3405"/>
      </w:tblGrid>
      <w:tr w:rsidR="00836752" w14:paraId="73D54CD7" w14:textId="77777777">
        <w:trPr>
          <w:jc w:val="center"/>
        </w:trPr>
        <w:tc>
          <w:tcPr>
            <w:tcW w:w="3408" w:type="dxa"/>
            <w:shd w:val="clear" w:color="auto" w:fill="081A49"/>
          </w:tcPr>
          <w:p w14:paraId="1FE0A23A" w14:textId="77777777" w:rsidR="00836752" w:rsidRDefault="00000000">
            <w:r>
              <w:rPr>
                <w:b/>
                <w:color w:val="FFFFFF"/>
              </w:rPr>
              <w:t>Must-use keywords</w:t>
            </w:r>
          </w:p>
        </w:tc>
        <w:tc>
          <w:tcPr>
            <w:tcW w:w="3408" w:type="dxa"/>
            <w:shd w:val="clear" w:color="auto" w:fill="081A49"/>
          </w:tcPr>
          <w:p w14:paraId="07BC5CAC" w14:textId="77777777" w:rsidR="00836752" w:rsidRDefault="00000000">
            <w:r>
              <w:rPr>
                <w:b/>
                <w:color w:val="FFFFFF"/>
              </w:rPr>
              <w:t>Useful supporting keywords</w:t>
            </w:r>
          </w:p>
        </w:tc>
        <w:tc>
          <w:tcPr>
            <w:tcW w:w="3408" w:type="dxa"/>
            <w:shd w:val="clear" w:color="auto" w:fill="081A49"/>
          </w:tcPr>
          <w:p w14:paraId="603BDE8A" w14:textId="77777777" w:rsidR="00836752" w:rsidRDefault="00000000">
            <w:r>
              <w:rPr>
                <w:b/>
                <w:color w:val="FFFFFF"/>
              </w:rPr>
              <w:t>Nice-to-have keywords</w:t>
            </w:r>
          </w:p>
        </w:tc>
      </w:tr>
      <w:tr w:rsidR="00836752" w14:paraId="11E575CB" w14:textId="77777777">
        <w:trPr>
          <w:jc w:val="center"/>
        </w:trPr>
        <w:tc>
          <w:tcPr>
            <w:tcW w:w="3408" w:type="dxa"/>
          </w:tcPr>
          <w:p w14:paraId="58F1C5D8" w14:textId="77777777" w:rsidR="00836752" w:rsidRDefault="00836752"/>
        </w:tc>
        <w:tc>
          <w:tcPr>
            <w:tcW w:w="3408" w:type="dxa"/>
          </w:tcPr>
          <w:p w14:paraId="4E3FE57B" w14:textId="77777777" w:rsidR="00836752" w:rsidRDefault="00836752"/>
        </w:tc>
        <w:tc>
          <w:tcPr>
            <w:tcW w:w="3408" w:type="dxa"/>
          </w:tcPr>
          <w:p w14:paraId="04537CC0" w14:textId="77777777" w:rsidR="00836752" w:rsidRDefault="00836752"/>
        </w:tc>
      </w:tr>
      <w:tr w:rsidR="00836752" w14:paraId="74231B09" w14:textId="77777777">
        <w:trPr>
          <w:jc w:val="center"/>
        </w:trPr>
        <w:tc>
          <w:tcPr>
            <w:tcW w:w="3408" w:type="dxa"/>
          </w:tcPr>
          <w:p w14:paraId="2AE4AE63" w14:textId="77777777" w:rsidR="00836752" w:rsidRDefault="00836752"/>
        </w:tc>
        <w:tc>
          <w:tcPr>
            <w:tcW w:w="3408" w:type="dxa"/>
          </w:tcPr>
          <w:p w14:paraId="2202C3F0" w14:textId="77777777" w:rsidR="00836752" w:rsidRDefault="00836752"/>
        </w:tc>
        <w:tc>
          <w:tcPr>
            <w:tcW w:w="3408" w:type="dxa"/>
          </w:tcPr>
          <w:p w14:paraId="5F239BF6" w14:textId="77777777" w:rsidR="00836752" w:rsidRDefault="00836752"/>
        </w:tc>
      </w:tr>
      <w:tr w:rsidR="00836752" w14:paraId="1435AA8E" w14:textId="77777777">
        <w:trPr>
          <w:jc w:val="center"/>
        </w:trPr>
        <w:tc>
          <w:tcPr>
            <w:tcW w:w="3408" w:type="dxa"/>
          </w:tcPr>
          <w:p w14:paraId="01D10CFA" w14:textId="77777777" w:rsidR="00836752" w:rsidRDefault="00836752"/>
        </w:tc>
        <w:tc>
          <w:tcPr>
            <w:tcW w:w="3408" w:type="dxa"/>
          </w:tcPr>
          <w:p w14:paraId="4BEB8B17" w14:textId="77777777" w:rsidR="00836752" w:rsidRDefault="00836752"/>
        </w:tc>
        <w:tc>
          <w:tcPr>
            <w:tcW w:w="3408" w:type="dxa"/>
          </w:tcPr>
          <w:p w14:paraId="2643DB02" w14:textId="77777777" w:rsidR="00836752" w:rsidRDefault="00836752"/>
        </w:tc>
      </w:tr>
      <w:tr w:rsidR="00836752" w14:paraId="007F35D7" w14:textId="77777777">
        <w:trPr>
          <w:jc w:val="center"/>
        </w:trPr>
        <w:tc>
          <w:tcPr>
            <w:tcW w:w="3408" w:type="dxa"/>
          </w:tcPr>
          <w:p w14:paraId="69DCC05B" w14:textId="77777777" w:rsidR="00836752" w:rsidRDefault="00836752"/>
        </w:tc>
        <w:tc>
          <w:tcPr>
            <w:tcW w:w="3408" w:type="dxa"/>
          </w:tcPr>
          <w:p w14:paraId="54CC5ACB" w14:textId="77777777" w:rsidR="00836752" w:rsidRDefault="00836752"/>
        </w:tc>
        <w:tc>
          <w:tcPr>
            <w:tcW w:w="3408" w:type="dxa"/>
          </w:tcPr>
          <w:p w14:paraId="3EC401A0" w14:textId="77777777" w:rsidR="00836752" w:rsidRDefault="00836752"/>
        </w:tc>
      </w:tr>
      <w:tr w:rsidR="00836752" w14:paraId="27CE9499" w14:textId="77777777">
        <w:trPr>
          <w:jc w:val="center"/>
        </w:trPr>
        <w:tc>
          <w:tcPr>
            <w:tcW w:w="3408" w:type="dxa"/>
          </w:tcPr>
          <w:p w14:paraId="2B411CFF" w14:textId="77777777" w:rsidR="00836752" w:rsidRDefault="00836752"/>
        </w:tc>
        <w:tc>
          <w:tcPr>
            <w:tcW w:w="3408" w:type="dxa"/>
          </w:tcPr>
          <w:p w14:paraId="7C023CB3" w14:textId="77777777" w:rsidR="00836752" w:rsidRDefault="00836752"/>
        </w:tc>
        <w:tc>
          <w:tcPr>
            <w:tcW w:w="3408" w:type="dxa"/>
          </w:tcPr>
          <w:p w14:paraId="7CDF911A" w14:textId="77777777" w:rsidR="00836752" w:rsidRDefault="00836752"/>
        </w:tc>
      </w:tr>
    </w:tbl>
    <w:p w14:paraId="3B2778B1" w14:textId="77777777" w:rsidR="00836752" w:rsidRDefault="00836752"/>
    <w:p w14:paraId="744DE03C" w14:textId="77777777" w:rsidR="00836752" w:rsidRDefault="00000000">
      <w:pPr>
        <w:pStyle w:val="Heading2"/>
      </w:pPr>
      <w:r>
        <w:t>Reflection Prompts</w:t>
      </w:r>
    </w:p>
    <w:p w14:paraId="6AA05801" w14:textId="77777777" w:rsidR="00836752" w:rsidRDefault="00000000">
      <w:pPr>
        <w:pStyle w:val="ListBullet"/>
      </w:pPr>
      <w:r>
        <w:t>Which keywords are essential to your target direction?</w:t>
      </w:r>
    </w:p>
    <w:p w14:paraId="245D0218" w14:textId="77777777" w:rsidR="00836752" w:rsidRDefault="00000000">
      <w:pPr>
        <w:spacing w:after="0"/>
      </w:pPr>
      <w:r>
        <w:t>________________________________________________________________________________</w:t>
      </w:r>
    </w:p>
    <w:p w14:paraId="1F26237E" w14:textId="77777777" w:rsidR="00836752" w:rsidRDefault="00000000">
      <w:pPr>
        <w:spacing w:after="0"/>
      </w:pPr>
      <w:r>
        <w:t>________________________________________________________________________________</w:t>
      </w:r>
    </w:p>
    <w:p w14:paraId="152C6B46" w14:textId="77777777" w:rsidR="00836752" w:rsidRDefault="00000000">
      <w:pPr>
        <w:pStyle w:val="ListBullet"/>
      </w:pPr>
      <w:r>
        <w:t>Which keywords are truthful but currently missing from your profile?</w:t>
      </w:r>
    </w:p>
    <w:p w14:paraId="641C0F61" w14:textId="77777777" w:rsidR="00836752" w:rsidRDefault="00000000">
      <w:pPr>
        <w:spacing w:after="0"/>
      </w:pPr>
      <w:r>
        <w:t>________________________________________________________________________________</w:t>
      </w:r>
    </w:p>
    <w:p w14:paraId="2386E9DC" w14:textId="77777777" w:rsidR="00836752" w:rsidRDefault="00000000">
      <w:pPr>
        <w:spacing w:after="0"/>
      </w:pPr>
      <w:r>
        <w:t>________________________________________________________________________________</w:t>
      </w:r>
    </w:p>
    <w:p w14:paraId="09C66CCD" w14:textId="77777777" w:rsidR="00836752" w:rsidRDefault="00000000">
      <w:pPr>
        <w:pStyle w:val="Heading2"/>
      </w:pPr>
      <w:r>
        <w:t>Notes</w:t>
      </w:r>
    </w:p>
    <w:p w14:paraId="1C4899B7" w14:textId="77777777" w:rsidR="00836752" w:rsidRDefault="00000000">
      <w:pPr>
        <w:spacing w:after="0"/>
      </w:pPr>
      <w:r>
        <w:t>________________________________________________________________________________</w:t>
      </w:r>
    </w:p>
    <w:p w14:paraId="283DBF86" w14:textId="77777777" w:rsidR="00836752" w:rsidRDefault="00000000">
      <w:pPr>
        <w:spacing w:after="0"/>
      </w:pPr>
      <w:r>
        <w:t>________________________________________________________________________________</w:t>
      </w:r>
    </w:p>
    <w:p w14:paraId="63E93A70" w14:textId="77777777" w:rsidR="00836752" w:rsidRDefault="00000000">
      <w:pPr>
        <w:spacing w:after="0"/>
      </w:pPr>
      <w:r>
        <w:t>________________________________________________________________________________</w:t>
      </w:r>
    </w:p>
    <w:p w14:paraId="0573D4D3" w14:textId="77777777" w:rsidR="00836752" w:rsidRDefault="00000000">
      <w:pPr>
        <w:spacing w:after="0"/>
      </w:pPr>
      <w:r>
        <w:t>________________________________________________________________________________</w:t>
      </w:r>
    </w:p>
    <w:p w14:paraId="47B858FA" w14:textId="77777777" w:rsidR="00836752" w:rsidRDefault="00000000">
      <w:pPr>
        <w:spacing w:after="0"/>
      </w:pPr>
      <w:r>
        <w:t>________________________________________________________________________________</w:t>
      </w:r>
    </w:p>
    <w:p w14:paraId="063A3CC0" w14:textId="77777777" w:rsidR="00836752" w:rsidRDefault="00000000">
      <w:pPr>
        <w:spacing w:after="0"/>
      </w:pPr>
      <w:r>
        <w:t>________________________________________________________________________________</w:t>
      </w:r>
    </w:p>
    <w:p w14:paraId="033941A2" w14:textId="77777777" w:rsidR="00836752" w:rsidRDefault="00000000">
      <w:r>
        <w:br w:type="page"/>
      </w:r>
    </w:p>
    <w:p w14:paraId="469799F3" w14:textId="77777777" w:rsidR="00836752" w:rsidRDefault="00000000">
      <w:pPr>
        <w:pStyle w:val="Heading1"/>
      </w:pPr>
      <w:r>
        <w:lastRenderedPageBreak/>
        <w:t>Chapter 6 Workbook | How to Write Your LinkedIn Headline</w:t>
      </w:r>
    </w:p>
    <w:p w14:paraId="40F9DEAA" w14:textId="77777777" w:rsidR="00836752" w:rsidRDefault="00000000">
      <w:pPr>
        <w:pStyle w:val="Heading2"/>
      </w:pPr>
      <w:r>
        <w:t>Chapter Focus</w:t>
      </w:r>
    </w:p>
    <w:p w14:paraId="4CDFF301" w14:textId="77777777" w:rsidR="00836752" w:rsidRDefault="00000000">
      <w:r>
        <w:t>Build a headline that is clear, searchable and aligned to your target roles.</w:t>
      </w:r>
    </w:p>
    <w:tbl>
      <w:tblPr>
        <w:tblW w:w="0" w:type="auto"/>
        <w:jc w:val="center"/>
        <w:tblLook w:val="04A0" w:firstRow="1" w:lastRow="0" w:firstColumn="1" w:lastColumn="0" w:noHBand="0" w:noVBand="1"/>
      </w:tblPr>
      <w:tblGrid>
        <w:gridCol w:w="10224"/>
      </w:tblGrid>
      <w:tr w:rsidR="00836752" w14:paraId="146C11BF" w14:textId="77777777">
        <w:trPr>
          <w:jc w:val="center"/>
        </w:trPr>
        <w:tc>
          <w:tcPr>
            <w:tcW w:w="10224" w:type="dxa"/>
            <w:shd w:val="clear" w:color="auto" w:fill="EAF7F7"/>
          </w:tcPr>
          <w:p w14:paraId="467A3FA2" w14:textId="77777777" w:rsidR="00836752" w:rsidRDefault="00000000">
            <w:r>
              <w:rPr>
                <w:b/>
                <w:color w:val="081A49"/>
              </w:rPr>
              <w:t>Chapter Hint / Tip</w:t>
            </w:r>
          </w:p>
          <w:p w14:paraId="5AE814A0" w14:textId="77777777" w:rsidR="00836752" w:rsidRDefault="00000000">
            <w:pPr>
              <w:spacing w:after="0"/>
            </w:pPr>
            <w:r>
              <w:t>Your headline should be useful before it is clever. Aim for clarity, not decoration.</w:t>
            </w:r>
          </w:p>
        </w:tc>
      </w:tr>
    </w:tbl>
    <w:p w14:paraId="10F19B24" w14:textId="77777777" w:rsidR="00836752" w:rsidRDefault="00836752"/>
    <w:p w14:paraId="1FD963E2" w14:textId="77777777" w:rsidR="00836752" w:rsidRDefault="00000000">
      <w:pPr>
        <w:pStyle w:val="Heading2"/>
      </w:pPr>
      <w:r>
        <w:t>Workbook Exercise</w:t>
      </w:r>
    </w:p>
    <w:p w14:paraId="71D9AA98" w14:textId="77777777" w:rsidR="00836752" w:rsidRDefault="00000000">
      <w:pPr>
        <w:pStyle w:val="Heading3"/>
      </w:pPr>
      <w:r>
        <w:t>Professional identity / target role</w:t>
      </w:r>
    </w:p>
    <w:p w14:paraId="46726CB9" w14:textId="77777777" w:rsidR="00836752" w:rsidRDefault="00000000">
      <w:pPr>
        <w:spacing w:after="0"/>
      </w:pPr>
      <w:r>
        <w:t>________________________________________________________________________________</w:t>
      </w:r>
    </w:p>
    <w:p w14:paraId="2EC1D770" w14:textId="77777777" w:rsidR="00836752" w:rsidRDefault="00000000">
      <w:pPr>
        <w:spacing w:after="0"/>
      </w:pPr>
      <w:r>
        <w:t>________________________________________________________________________________</w:t>
      </w:r>
    </w:p>
    <w:p w14:paraId="5D72C28C" w14:textId="77777777" w:rsidR="00836752" w:rsidRDefault="00000000">
      <w:pPr>
        <w:spacing w:after="0"/>
      </w:pPr>
      <w:r>
        <w:t>________________________________________________________________________________</w:t>
      </w:r>
    </w:p>
    <w:p w14:paraId="169E4D0E" w14:textId="77777777" w:rsidR="00836752" w:rsidRDefault="00000000">
      <w:pPr>
        <w:pStyle w:val="Heading3"/>
      </w:pPr>
      <w:r>
        <w:t>Specialisms / core areas</w:t>
      </w:r>
    </w:p>
    <w:p w14:paraId="51FEBD8B" w14:textId="77777777" w:rsidR="00836752" w:rsidRDefault="00000000">
      <w:pPr>
        <w:spacing w:after="0"/>
      </w:pPr>
      <w:r>
        <w:t>________________________________________________________________________________</w:t>
      </w:r>
    </w:p>
    <w:p w14:paraId="34BA64D3" w14:textId="77777777" w:rsidR="00836752" w:rsidRDefault="00000000">
      <w:pPr>
        <w:spacing w:after="0"/>
      </w:pPr>
      <w:r>
        <w:t>________________________________________________________________________________</w:t>
      </w:r>
    </w:p>
    <w:p w14:paraId="6DBAB8A2" w14:textId="77777777" w:rsidR="00836752" w:rsidRDefault="00000000">
      <w:pPr>
        <w:spacing w:after="0"/>
      </w:pPr>
      <w:r>
        <w:t>________________________________________________________________________________</w:t>
      </w:r>
    </w:p>
    <w:p w14:paraId="2F4A11B8" w14:textId="77777777" w:rsidR="00836752" w:rsidRDefault="00000000">
      <w:pPr>
        <w:spacing w:after="0"/>
      </w:pPr>
      <w:r>
        <w:t>________________________________________________________________________________</w:t>
      </w:r>
    </w:p>
    <w:p w14:paraId="479684DA" w14:textId="77777777" w:rsidR="00836752" w:rsidRDefault="00000000">
      <w:pPr>
        <w:pStyle w:val="Heading3"/>
      </w:pPr>
      <w:r>
        <w:t>Key strengths / value areas</w:t>
      </w:r>
    </w:p>
    <w:p w14:paraId="74738432" w14:textId="77777777" w:rsidR="00836752" w:rsidRDefault="00000000">
      <w:pPr>
        <w:spacing w:after="0"/>
      </w:pPr>
      <w:r>
        <w:t>________________________________________________________________________________</w:t>
      </w:r>
    </w:p>
    <w:p w14:paraId="0EA36CAD" w14:textId="77777777" w:rsidR="00836752" w:rsidRDefault="00000000">
      <w:pPr>
        <w:spacing w:after="0"/>
      </w:pPr>
      <w:r>
        <w:t>________________________________________________________________________________</w:t>
      </w:r>
    </w:p>
    <w:p w14:paraId="2E8CDBBA" w14:textId="77777777" w:rsidR="00836752" w:rsidRDefault="00000000">
      <w:pPr>
        <w:spacing w:after="0"/>
      </w:pPr>
      <w:r>
        <w:t>________________________________________________________________________________</w:t>
      </w:r>
    </w:p>
    <w:p w14:paraId="6CD62EDB" w14:textId="77777777" w:rsidR="00836752" w:rsidRDefault="00000000">
      <w:pPr>
        <w:spacing w:after="0"/>
      </w:pPr>
      <w:r>
        <w:t>________________________________________________________________________________</w:t>
      </w:r>
    </w:p>
    <w:p w14:paraId="6FD081EA" w14:textId="77777777" w:rsidR="00836752" w:rsidRDefault="00000000">
      <w:pPr>
        <w:pStyle w:val="Heading3"/>
      </w:pPr>
      <w:r>
        <w:t>Headline version 1 - direct and role-led</w:t>
      </w:r>
    </w:p>
    <w:p w14:paraId="2D14DFAD" w14:textId="77777777" w:rsidR="00836752" w:rsidRDefault="00000000">
      <w:pPr>
        <w:spacing w:after="0"/>
      </w:pPr>
      <w:r>
        <w:t>________________________________________________________________________________</w:t>
      </w:r>
    </w:p>
    <w:p w14:paraId="14D5B875" w14:textId="77777777" w:rsidR="00836752" w:rsidRDefault="00000000">
      <w:pPr>
        <w:spacing w:after="0"/>
      </w:pPr>
      <w:r>
        <w:t>________________________________________________________________________________</w:t>
      </w:r>
    </w:p>
    <w:p w14:paraId="6612145A" w14:textId="77777777" w:rsidR="00836752" w:rsidRDefault="00000000">
      <w:pPr>
        <w:spacing w:after="0"/>
      </w:pPr>
      <w:r>
        <w:t>________________________________________________________________________________</w:t>
      </w:r>
    </w:p>
    <w:p w14:paraId="5EA3B535" w14:textId="77777777" w:rsidR="00836752" w:rsidRDefault="00000000">
      <w:pPr>
        <w:pStyle w:val="Heading3"/>
      </w:pPr>
      <w:r>
        <w:t>Headline version 2 - keyword-rich</w:t>
      </w:r>
    </w:p>
    <w:p w14:paraId="496B9D67" w14:textId="77777777" w:rsidR="00836752" w:rsidRDefault="00000000">
      <w:pPr>
        <w:spacing w:after="0"/>
      </w:pPr>
      <w:r>
        <w:t>________________________________________________________________________________</w:t>
      </w:r>
    </w:p>
    <w:p w14:paraId="40824884" w14:textId="77777777" w:rsidR="00836752" w:rsidRDefault="00000000">
      <w:pPr>
        <w:spacing w:after="0"/>
      </w:pPr>
      <w:r>
        <w:t>________________________________________________________________________________</w:t>
      </w:r>
    </w:p>
    <w:p w14:paraId="6124D076" w14:textId="77777777" w:rsidR="00836752" w:rsidRDefault="00000000">
      <w:pPr>
        <w:spacing w:after="0"/>
      </w:pPr>
      <w:r>
        <w:t>________________________________________________________________________________</w:t>
      </w:r>
    </w:p>
    <w:p w14:paraId="5C5E16E8" w14:textId="77777777" w:rsidR="00836752" w:rsidRDefault="00000000">
      <w:pPr>
        <w:pStyle w:val="Heading3"/>
      </w:pPr>
      <w:r>
        <w:t>Headline version 3 - value-led</w:t>
      </w:r>
    </w:p>
    <w:p w14:paraId="20A1AC88" w14:textId="77777777" w:rsidR="00836752" w:rsidRDefault="00000000">
      <w:pPr>
        <w:spacing w:after="0"/>
      </w:pPr>
      <w:r>
        <w:t>________________________________________________________________________________</w:t>
      </w:r>
    </w:p>
    <w:p w14:paraId="7564A69C" w14:textId="77777777" w:rsidR="00836752" w:rsidRDefault="00000000">
      <w:pPr>
        <w:spacing w:after="0"/>
      </w:pPr>
      <w:r>
        <w:t>________________________________________________________________________________</w:t>
      </w:r>
    </w:p>
    <w:p w14:paraId="31589A45" w14:textId="77777777" w:rsidR="00836752" w:rsidRDefault="00000000">
      <w:pPr>
        <w:spacing w:after="0"/>
      </w:pPr>
      <w:r>
        <w:t>________________________________________________________________________________</w:t>
      </w:r>
    </w:p>
    <w:p w14:paraId="2F231C9D" w14:textId="77777777" w:rsidR="00836752" w:rsidRDefault="00000000">
      <w:pPr>
        <w:pStyle w:val="Heading3"/>
      </w:pPr>
      <w:r>
        <w:t>Final headline</w:t>
      </w:r>
    </w:p>
    <w:p w14:paraId="710D7AD0" w14:textId="77777777" w:rsidR="00836752" w:rsidRDefault="00000000">
      <w:pPr>
        <w:spacing w:after="0"/>
      </w:pPr>
      <w:r>
        <w:t>________________________________________________________________________________</w:t>
      </w:r>
    </w:p>
    <w:p w14:paraId="2D2D7E37" w14:textId="77777777" w:rsidR="00836752" w:rsidRDefault="00000000">
      <w:pPr>
        <w:spacing w:after="0"/>
      </w:pPr>
      <w:r>
        <w:t>________________________________________________________________________________</w:t>
      </w:r>
    </w:p>
    <w:p w14:paraId="454FD92D" w14:textId="77777777" w:rsidR="00836752" w:rsidRDefault="00000000">
      <w:pPr>
        <w:spacing w:after="0"/>
      </w:pPr>
      <w:r>
        <w:t>________________________________________________________________________________</w:t>
      </w:r>
    </w:p>
    <w:p w14:paraId="234B5AFB" w14:textId="77777777" w:rsidR="00836752" w:rsidRDefault="00000000">
      <w:pPr>
        <w:pStyle w:val="Heading2"/>
      </w:pPr>
      <w:r>
        <w:t>Reflection Prompts</w:t>
      </w:r>
    </w:p>
    <w:p w14:paraId="1CEE1B8A" w14:textId="77777777" w:rsidR="00836752" w:rsidRDefault="00000000">
      <w:pPr>
        <w:pStyle w:val="ListBullet"/>
      </w:pPr>
      <w:r>
        <w:t>Would a recruiter understand what you do instantly?</w:t>
      </w:r>
    </w:p>
    <w:p w14:paraId="75A33421" w14:textId="77777777" w:rsidR="00836752" w:rsidRDefault="00000000">
      <w:pPr>
        <w:spacing w:after="0"/>
      </w:pPr>
      <w:r>
        <w:lastRenderedPageBreak/>
        <w:t>________________________________________________________________________________</w:t>
      </w:r>
    </w:p>
    <w:p w14:paraId="1113BC45" w14:textId="77777777" w:rsidR="00836752" w:rsidRDefault="00000000">
      <w:pPr>
        <w:spacing w:after="0"/>
      </w:pPr>
      <w:r>
        <w:t>________________________________________________________________________________</w:t>
      </w:r>
    </w:p>
    <w:p w14:paraId="3D2A544B" w14:textId="77777777" w:rsidR="00836752" w:rsidRDefault="00000000">
      <w:pPr>
        <w:pStyle w:val="ListBullet"/>
      </w:pPr>
      <w:r>
        <w:t>Does your headline contain the terms you want to be found for?</w:t>
      </w:r>
    </w:p>
    <w:p w14:paraId="1BF0A80D" w14:textId="77777777" w:rsidR="00836752" w:rsidRDefault="00000000">
      <w:pPr>
        <w:spacing w:after="0"/>
      </w:pPr>
      <w:r>
        <w:t>________________________________________________________________________________</w:t>
      </w:r>
    </w:p>
    <w:p w14:paraId="7A6BB64A" w14:textId="77777777" w:rsidR="00836752" w:rsidRDefault="00000000">
      <w:pPr>
        <w:spacing w:after="0"/>
      </w:pPr>
      <w:r>
        <w:t>________________________________________________________________________________</w:t>
      </w:r>
    </w:p>
    <w:p w14:paraId="113D1E3C" w14:textId="77777777" w:rsidR="00836752" w:rsidRDefault="00000000">
      <w:pPr>
        <w:pStyle w:val="Heading2"/>
      </w:pPr>
      <w:r>
        <w:t>Notes</w:t>
      </w:r>
    </w:p>
    <w:p w14:paraId="70BDA641" w14:textId="77777777" w:rsidR="00836752" w:rsidRDefault="00000000">
      <w:pPr>
        <w:spacing w:after="0"/>
      </w:pPr>
      <w:r>
        <w:t>________________________________________________________________________________</w:t>
      </w:r>
    </w:p>
    <w:p w14:paraId="36A0103D" w14:textId="77777777" w:rsidR="00836752" w:rsidRDefault="00000000">
      <w:pPr>
        <w:spacing w:after="0"/>
      </w:pPr>
      <w:r>
        <w:t>________________________________________________________________________________</w:t>
      </w:r>
    </w:p>
    <w:p w14:paraId="359BBB1E" w14:textId="77777777" w:rsidR="00836752" w:rsidRDefault="00000000">
      <w:pPr>
        <w:spacing w:after="0"/>
      </w:pPr>
      <w:r>
        <w:t>________________________________________________________________________________</w:t>
      </w:r>
    </w:p>
    <w:p w14:paraId="32664843" w14:textId="77777777" w:rsidR="00836752" w:rsidRDefault="00000000">
      <w:pPr>
        <w:spacing w:after="0"/>
      </w:pPr>
      <w:r>
        <w:t>________________________________________________________________________________</w:t>
      </w:r>
    </w:p>
    <w:p w14:paraId="18EF0E6E" w14:textId="77777777" w:rsidR="00836752" w:rsidRDefault="00000000">
      <w:pPr>
        <w:spacing w:after="0"/>
      </w:pPr>
      <w:r>
        <w:t>________________________________________________________________________________</w:t>
      </w:r>
    </w:p>
    <w:p w14:paraId="26094E81" w14:textId="77777777" w:rsidR="00836752" w:rsidRDefault="00000000">
      <w:pPr>
        <w:spacing w:after="0"/>
      </w:pPr>
      <w:r>
        <w:t>________________________________________________________________________________</w:t>
      </w:r>
    </w:p>
    <w:p w14:paraId="4E157BB6" w14:textId="77777777" w:rsidR="00836752" w:rsidRDefault="00000000">
      <w:r>
        <w:br w:type="page"/>
      </w:r>
    </w:p>
    <w:p w14:paraId="2937CE95" w14:textId="77777777" w:rsidR="00836752" w:rsidRDefault="00000000">
      <w:pPr>
        <w:pStyle w:val="Heading1"/>
      </w:pPr>
      <w:r>
        <w:lastRenderedPageBreak/>
        <w:t>Chapter 7 Workbook | How to Write Your About Section</w:t>
      </w:r>
    </w:p>
    <w:p w14:paraId="5CFCFF52" w14:textId="77777777" w:rsidR="00836752" w:rsidRDefault="00000000">
      <w:pPr>
        <w:pStyle w:val="Heading2"/>
      </w:pPr>
      <w:r>
        <w:t>Chapter Focus</w:t>
      </w:r>
    </w:p>
    <w:p w14:paraId="70DBDAC8" w14:textId="77777777" w:rsidR="00836752" w:rsidRDefault="00000000">
      <w:r>
        <w:t>Build the About section in stages so it has clarity, structure and purpose.</w:t>
      </w:r>
    </w:p>
    <w:tbl>
      <w:tblPr>
        <w:tblW w:w="0" w:type="auto"/>
        <w:jc w:val="center"/>
        <w:tblLook w:val="04A0" w:firstRow="1" w:lastRow="0" w:firstColumn="1" w:lastColumn="0" w:noHBand="0" w:noVBand="1"/>
      </w:tblPr>
      <w:tblGrid>
        <w:gridCol w:w="10224"/>
      </w:tblGrid>
      <w:tr w:rsidR="00836752" w14:paraId="778C0B28" w14:textId="77777777">
        <w:trPr>
          <w:jc w:val="center"/>
        </w:trPr>
        <w:tc>
          <w:tcPr>
            <w:tcW w:w="10224" w:type="dxa"/>
            <w:shd w:val="clear" w:color="auto" w:fill="EAF7F7"/>
          </w:tcPr>
          <w:p w14:paraId="3D651D5F" w14:textId="77777777" w:rsidR="00836752" w:rsidRDefault="00000000">
            <w:r>
              <w:rPr>
                <w:b/>
                <w:color w:val="081A49"/>
              </w:rPr>
              <w:t>Chapter Hint / Tip</w:t>
            </w:r>
          </w:p>
          <w:p w14:paraId="6B24A2F2" w14:textId="77777777" w:rsidR="00836752" w:rsidRDefault="00000000">
            <w:pPr>
              <w:spacing w:after="0"/>
            </w:pPr>
            <w:r>
              <w:t>The About section is your positioning. It should create understanding, not overwhelm.</w:t>
            </w:r>
          </w:p>
        </w:tc>
      </w:tr>
    </w:tbl>
    <w:p w14:paraId="5294F770" w14:textId="77777777" w:rsidR="00836752" w:rsidRDefault="00836752"/>
    <w:p w14:paraId="37E571E8" w14:textId="77777777" w:rsidR="00836752" w:rsidRDefault="00000000">
      <w:pPr>
        <w:pStyle w:val="Heading2"/>
      </w:pPr>
      <w:r>
        <w:t>Workbook Exercise</w:t>
      </w:r>
    </w:p>
    <w:p w14:paraId="784FB289" w14:textId="77777777" w:rsidR="00836752" w:rsidRDefault="00000000">
      <w:pPr>
        <w:pStyle w:val="Heading3"/>
      </w:pPr>
      <w:r>
        <w:t>Paragraph 1: Who are you professionally?</w:t>
      </w:r>
    </w:p>
    <w:p w14:paraId="24812922" w14:textId="77777777" w:rsidR="00836752" w:rsidRDefault="00000000">
      <w:pPr>
        <w:spacing w:after="0"/>
      </w:pPr>
      <w:r>
        <w:t>________________________________________________________________________________</w:t>
      </w:r>
    </w:p>
    <w:p w14:paraId="0A13BE78" w14:textId="77777777" w:rsidR="00836752" w:rsidRDefault="00000000">
      <w:pPr>
        <w:spacing w:after="0"/>
      </w:pPr>
      <w:r>
        <w:t>________________________________________________________________________________</w:t>
      </w:r>
    </w:p>
    <w:p w14:paraId="327EAF27" w14:textId="77777777" w:rsidR="00836752" w:rsidRDefault="00000000">
      <w:pPr>
        <w:spacing w:after="0"/>
      </w:pPr>
      <w:r>
        <w:t>________________________________________________________________________________</w:t>
      </w:r>
    </w:p>
    <w:p w14:paraId="41122F6E" w14:textId="77777777" w:rsidR="00836752" w:rsidRDefault="00000000">
      <w:pPr>
        <w:spacing w:after="0"/>
      </w:pPr>
      <w:r>
        <w:t>________________________________________________________________________________</w:t>
      </w:r>
    </w:p>
    <w:p w14:paraId="71B254A4" w14:textId="77777777" w:rsidR="00836752" w:rsidRDefault="00000000">
      <w:pPr>
        <w:spacing w:after="0"/>
      </w:pPr>
      <w:r>
        <w:t>________________________________________________________________________________</w:t>
      </w:r>
    </w:p>
    <w:p w14:paraId="616614EE" w14:textId="77777777" w:rsidR="00836752" w:rsidRDefault="00000000">
      <w:pPr>
        <w:pStyle w:val="Heading3"/>
      </w:pPr>
      <w:r>
        <w:t>Paragraph 2: What experience, environments and strengths define you?</w:t>
      </w:r>
    </w:p>
    <w:p w14:paraId="243DEA52" w14:textId="77777777" w:rsidR="00836752" w:rsidRDefault="00000000">
      <w:pPr>
        <w:spacing w:after="0"/>
      </w:pPr>
      <w:r>
        <w:t>________________________________________________________________________________</w:t>
      </w:r>
    </w:p>
    <w:p w14:paraId="765308ED" w14:textId="77777777" w:rsidR="00836752" w:rsidRDefault="00000000">
      <w:pPr>
        <w:spacing w:after="0"/>
      </w:pPr>
      <w:r>
        <w:t>________________________________________________________________________________</w:t>
      </w:r>
    </w:p>
    <w:p w14:paraId="6A8A74B1" w14:textId="77777777" w:rsidR="00836752" w:rsidRDefault="00000000">
      <w:pPr>
        <w:spacing w:after="0"/>
      </w:pPr>
      <w:r>
        <w:t>________________________________________________________________________________</w:t>
      </w:r>
    </w:p>
    <w:p w14:paraId="5CAB893C" w14:textId="77777777" w:rsidR="00836752" w:rsidRDefault="00000000">
      <w:pPr>
        <w:spacing w:after="0"/>
      </w:pPr>
      <w:r>
        <w:t>________________________________________________________________________________</w:t>
      </w:r>
    </w:p>
    <w:p w14:paraId="3BBCA1F5" w14:textId="77777777" w:rsidR="00836752" w:rsidRDefault="00000000">
      <w:pPr>
        <w:spacing w:after="0"/>
      </w:pPr>
      <w:r>
        <w:t>________________________________________________________________________________</w:t>
      </w:r>
    </w:p>
    <w:p w14:paraId="4E9E01B4" w14:textId="77777777" w:rsidR="00836752" w:rsidRDefault="00000000">
      <w:pPr>
        <w:spacing w:after="0"/>
      </w:pPr>
      <w:r>
        <w:t>________________________________________________________________________________</w:t>
      </w:r>
    </w:p>
    <w:p w14:paraId="1EB43E18" w14:textId="77777777" w:rsidR="00836752" w:rsidRDefault="00000000">
      <w:pPr>
        <w:pStyle w:val="Heading3"/>
      </w:pPr>
      <w:r>
        <w:t>Paragraph 3: What evidence, impact or credibility supports this?</w:t>
      </w:r>
    </w:p>
    <w:p w14:paraId="03BEE12F" w14:textId="77777777" w:rsidR="00836752" w:rsidRDefault="00000000">
      <w:pPr>
        <w:spacing w:after="0"/>
      </w:pPr>
      <w:r>
        <w:t>________________________________________________________________________________</w:t>
      </w:r>
    </w:p>
    <w:p w14:paraId="4CD17FF8" w14:textId="77777777" w:rsidR="00836752" w:rsidRDefault="00000000">
      <w:pPr>
        <w:spacing w:after="0"/>
      </w:pPr>
      <w:r>
        <w:t>________________________________________________________________________________</w:t>
      </w:r>
    </w:p>
    <w:p w14:paraId="1C273A44" w14:textId="77777777" w:rsidR="00836752" w:rsidRDefault="00000000">
      <w:pPr>
        <w:spacing w:after="0"/>
      </w:pPr>
      <w:r>
        <w:t>________________________________________________________________________________</w:t>
      </w:r>
    </w:p>
    <w:p w14:paraId="27F30F22" w14:textId="77777777" w:rsidR="00836752" w:rsidRDefault="00000000">
      <w:pPr>
        <w:spacing w:after="0"/>
      </w:pPr>
      <w:r>
        <w:t>________________________________________________________________________________</w:t>
      </w:r>
    </w:p>
    <w:p w14:paraId="32984952" w14:textId="77777777" w:rsidR="00836752" w:rsidRDefault="00000000">
      <w:pPr>
        <w:spacing w:after="0"/>
      </w:pPr>
      <w:r>
        <w:t>________________________________________________________________________________</w:t>
      </w:r>
    </w:p>
    <w:p w14:paraId="17418A96" w14:textId="77777777" w:rsidR="00836752" w:rsidRDefault="00000000">
      <w:pPr>
        <w:spacing w:after="0"/>
      </w:pPr>
      <w:r>
        <w:t>________________________________________________________________________________</w:t>
      </w:r>
    </w:p>
    <w:p w14:paraId="486E4E05" w14:textId="77777777" w:rsidR="00836752" w:rsidRDefault="00000000">
      <w:pPr>
        <w:pStyle w:val="Heading3"/>
      </w:pPr>
      <w:r>
        <w:t>Paragraph 4: What direction or opportunity are you aligned to next?</w:t>
      </w:r>
    </w:p>
    <w:p w14:paraId="4AB3F221" w14:textId="77777777" w:rsidR="00836752" w:rsidRDefault="00000000">
      <w:pPr>
        <w:spacing w:after="0"/>
      </w:pPr>
      <w:r>
        <w:t>________________________________________________________________________________</w:t>
      </w:r>
    </w:p>
    <w:p w14:paraId="745CAD6F" w14:textId="77777777" w:rsidR="00836752" w:rsidRDefault="00000000">
      <w:pPr>
        <w:spacing w:after="0"/>
      </w:pPr>
      <w:r>
        <w:t>________________________________________________________________________________</w:t>
      </w:r>
    </w:p>
    <w:p w14:paraId="2276662D" w14:textId="77777777" w:rsidR="00836752" w:rsidRDefault="00000000">
      <w:pPr>
        <w:spacing w:after="0"/>
      </w:pPr>
      <w:r>
        <w:t>________________________________________________________________________________</w:t>
      </w:r>
    </w:p>
    <w:p w14:paraId="333A80B9" w14:textId="77777777" w:rsidR="00836752" w:rsidRDefault="00000000">
      <w:pPr>
        <w:spacing w:after="0"/>
      </w:pPr>
      <w:r>
        <w:t>________________________________________________________________________________</w:t>
      </w:r>
    </w:p>
    <w:p w14:paraId="666911C5" w14:textId="77777777" w:rsidR="00836752" w:rsidRDefault="00000000">
      <w:pPr>
        <w:spacing w:after="0"/>
      </w:pPr>
      <w:r>
        <w:t>________________________________________________________________________________</w:t>
      </w:r>
    </w:p>
    <w:p w14:paraId="67DBA73A" w14:textId="77777777" w:rsidR="00836752" w:rsidRDefault="00000000">
      <w:pPr>
        <w:pStyle w:val="Heading3"/>
      </w:pPr>
      <w:r>
        <w:t>Full About section draft</w:t>
      </w:r>
    </w:p>
    <w:p w14:paraId="70AB5527" w14:textId="77777777" w:rsidR="00836752" w:rsidRDefault="00000000">
      <w:pPr>
        <w:spacing w:after="0"/>
      </w:pPr>
      <w:r>
        <w:t>________________________________________________________________________________</w:t>
      </w:r>
    </w:p>
    <w:p w14:paraId="77EEA762" w14:textId="77777777" w:rsidR="00836752" w:rsidRDefault="00000000">
      <w:pPr>
        <w:spacing w:after="0"/>
      </w:pPr>
      <w:r>
        <w:t>________________________________________________________________________________</w:t>
      </w:r>
    </w:p>
    <w:p w14:paraId="1998624D" w14:textId="77777777" w:rsidR="00836752" w:rsidRDefault="00000000">
      <w:pPr>
        <w:spacing w:after="0"/>
      </w:pPr>
      <w:r>
        <w:t>________________________________________________________________________________</w:t>
      </w:r>
    </w:p>
    <w:p w14:paraId="05FFD5A7" w14:textId="77777777" w:rsidR="00836752" w:rsidRDefault="00000000">
      <w:pPr>
        <w:spacing w:after="0"/>
      </w:pPr>
      <w:r>
        <w:t>________________________________________________________________________________</w:t>
      </w:r>
    </w:p>
    <w:p w14:paraId="42B42B8E" w14:textId="77777777" w:rsidR="00836752" w:rsidRDefault="00000000">
      <w:pPr>
        <w:spacing w:after="0"/>
      </w:pPr>
      <w:r>
        <w:t>________________________________________________________________________________</w:t>
      </w:r>
    </w:p>
    <w:p w14:paraId="14F7AFCB" w14:textId="77777777" w:rsidR="00836752" w:rsidRDefault="00000000">
      <w:pPr>
        <w:spacing w:after="0"/>
      </w:pPr>
      <w:r>
        <w:t>________________________________________________________________________________</w:t>
      </w:r>
    </w:p>
    <w:p w14:paraId="7D1FC3FA" w14:textId="77777777" w:rsidR="00836752" w:rsidRDefault="00000000">
      <w:pPr>
        <w:spacing w:after="0"/>
      </w:pPr>
      <w:r>
        <w:t>________________________________________________________________________________</w:t>
      </w:r>
    </w:p>
    <w:p w14:paraId="46AE47BB" w14:textId="77777777" w:rsidR="00836752" w:rsidRDefault="00000000">
      <w:pPr>
        <w:spacing w:after="0"/>
      </w:pPr>
      <w:r>
        <w:t>________________________________________________________________________________</w:t>
      </w:r>
    </w:p>
    <w:p w14:paraId="270298CB" w14:textId="77777777" w:rsidR="00836752" w:rsidRDefault="00000000">
      <w:pPr>
        <w:spacing w:after="0"/>
      </w:pPr>
      <w:r>
        <w:lastRenderedPageBreak/>
        <w:t>________________________________________________________________________________</w:t>
      </w:r>
    </w:p>
    <w:p w14:paraId="29AC5EA4" w14:textId="77777777" w:rsidR="00836752" w:rsidRDefault="00000000">
      <w:pPr>
        <w:spacing w:after="0"/>
      </w:pPr>
      <w:r>
        <w:t>________________________________________________________________________________</w:t>
      </w:r>
    </w:p>
    <w:p w14:paraId="54B78A93" w14:textId="77777777" w:rsidR="00836752" w:rsidRDefault="00000000">
      <w:pPr>
        <w:pStyle w:val="Heading2"/>
      </w:pPr>
      <w:r>
        <w:t>Reflection Prompts</w:t>
      </w:r>
    </w:p>
    <w:p w14:paraId="204C10CE" w14:textId="77777777" w:rsidR="00836752" w:rsidRDefault="00000000">
      <w:pPr>
        <w:pStyle w:val="ListBullet"/>
      </w:pPr>
      <w:r>
        <w:t>Does this sound like a real person?</w:t>
      </w:r>
    </w:p>
    <w:p w14:paraId="212D7BCA" w14:textId="77777777" w:rsidR="00836752" w:rsidRDefault="00000000">
      <w:pPr>
        <w:spacing w:after="0"/>
      </w:pPr>
      <w:r>
        <w:t>________________________________________________________________________________</w:t>
      </w:r>
    </w:p>
    <w:p w14:paraId="68F2BCC3" w14:textId="77777777" w:rsidR="00836752" w:rsidRDefault="00000000">
      <w:pPr>
        <w:spacing w:after="0"/>
      </w:pPr>
      <w:r>
        <w:t>________________________________________________________________________________</w:t>
      </w:r>
    </w:p>
    <w:p w14:paraId="43407083" w14:textId="77777777" w:rsidR="00836752" w:rsidRDefault="00000000">
      <w:pPr>
        <w:pStyle w:val="ListBullet"/>
      </w:pPr>
      <w:r>
        <w:t>Is it structured enough to skim quickly?</w:t>
      </w:r>
    </w:p>
    <w:p w14:paraId="1A292C1B" w14:textId="77777777" w:rsidR="00836752" w:rsidRDefault="00000000">
      <w:pPr>
        <w:spacing w:after="0"/>
      </w:pPr>
      <w:r>
        <w:t>________________________________________________________________________________</w:t>
      </w:r>
    </w:p>
    <w:p w14:paraId="388DCB78" w14:textId="77777777" w:rsidR="00836752" w:rsidRDefault="00000000">
      <w:pPr>
        <w:spacing w:after="0"/>
      </w:pPr>
      <w:r>
        <w:t>________________________________________________________________________________</w:t>
      </w:r>
    </w:p>
    <w:p w14:paraId="32C39542" w14:textId="77777777" w:rsidR="00836752" w:rsidRDefault="00000000">
      <w:pPr>
        <w:pStyle w:val="ListBullet"/>
      </w:pPr>
      <w:r>
        <w:t>Have you avoided copying your CV profile word for word?</w:t>
      </w:r>
    </w:p>
    <w:p w14:paraId="1441D694" w14:textId="77777777" w:rsidR="00836752" w:rsidRDefault="00000000">
      <w:pPr>
        <w:spacing w:after="0"/>
      </w:pPr>
      <w:r>
        <w:t>________________________________________________________________________________</w:t>
      </w:r>
    </w:p>
    <w:p w14:paraId="3CD197D3" w14:textId="77777777" w:rsidR="00836752" w:rsidRDefault="00000000">
      <w:pPr>
        <w:spacing w:after="0"/>
      </w:pPr>
      <w:r>
        <w:t>________________________________________________________________________________</w:t>
      </w:r>
    </w:p>
    <w:p w14:paraId="4FBA4BFF" w14:textId="77777777" w:rsidR="00836752" w:rsidRDefault="00000000">
      <w:pPr>
        <w:pStyle w:val="Heading2"/>
      </w:pPr>
      <w:r>
        <w:t>Notes</w:t>
      </w:r>
    </w:p>
    <w:p w14:paraId="39026761" w14:textId="77777777" w:rsidR="00836752" w:rsidRDefault="00000000">
      <w:pPr>
        <w:spacing w:after="0"/>
      </w:pPr>
      <w:r>
        <w:t>________________________________________________________________________________</w:t>
      </w:r>
    </w:p>
    <w:p w14:paraId="2C44C3BD" w14:textId="77777777" w:rsidR="00836752" w:rsidRDefault="00000000">
      <w:pPr>
        <w:spacing w:after="0"/>
      </w:pPr>
      <w:r>
        <w:t>________________________________________________________________________________</w:t>
      </w:r>
    </w:p>
    <w:p w14:paraId="6515F8C8" w14:textId="77777777" w:rsidR="00836752" w:rsidRDefault="00000000">
      <w:pPr>
        <w:spacing w:after="0"/>
      </w:pPr>
      <w:r>
        <w:t>________________________________________________________________________________</w:t>
      </w:r>
    </w:p>
    <w:p w14:paraId="16F609AB" w14:textId="77777777" w:rsidR="00836752" w:rsidRDefault="00000000">
      <w:pPr>
        <w:spacing w:after="0"/>
      </w:pPr>
      <w:r>
        <w:t>________________________________________________________________________________</w:t>
      </w:r>
    </w:p>
    <w:p w14:paraId="77DDA602" w14:textId="77777777" w:rsidR="00836752" w:rsidRDefault="00000000">
      <w:pPr>
        <w:spacing w:after="0"/>
      </w:pPr>
      <w:r>
        <w:t>________________________________________________________________________________</w:t>
      </w:r>
    </w:p>
    <w:p w14:paraId="0D36801C" w14:textId="77777777" w:rsidR="00836752" w:rsidRDefault="00000000">
      <w:pPr>
        <w:spacing w:after="0"/>
      </w:pPr>
      <w:r>
        <w:t>________________________________________________________________________________</w:t>
      </w:r>
    </w:p>
    <w:p w14:paraId="7EDD5C81" w14:textId="77777777" w:rsidR="00836752" w:rsidRDefault="00000000">
      <w:r>
        <w:br w:type="page"/>
      </w:r>
    </w:p>
    <w:p w14:paraId="0D32B2C2" w14:textId="77777777" w:rsidR="00836752" w:rsidRDefault="00000000">
      <w:pPr>
        <w:pStyle w:val="Heading1"/>
      </w:pPr>
      <w:r>
        <w:lastRenderedPageBreak/>
        <w:t>Chapter 8 Workbook | How to Build Career Entries for LinkedIn</w:t>
      </w:r>
    </w:p>
    <w:p w14:paraId="6D00738C" w14:textId="77777777" w:rsidR="00836752" w:rsidRDefault="00000000">
      <w:pPr>
        <w:pStyle w:val="Heading2"/>
      </w:pPr>
      <w:r>
        <w:t>Chapter Focus</w:t>
      </w:r>
    </w:p>
    <w:p w14:paraId="455DAF1B" w14:textId="77777777" w:rsidR="00836752" w:rsidRDefault="00000000">
      <w:r>
        <w:t>Plan each role entry so it supports your profile positioning and stays appropriate for a public platform.</w:t>
      </w:r>
    </w:p>
    <w:tbl>
      <w:tblPr>
        <w:tblW w:w="0" w:type="auto"/>
        <w:jc w:val="center"/>
        <w:tblLook w:val="04A0" w:firstRow="1" w:lastRow="0" w:firstColumn="1" w:lastColumn="0" w:noHBand="0" w:noVBand="1"/>
      </w:tblPr>
      <w:tblGrid>
        <w:gridCol w:w="10224"/>
      </w:tblGrid>
      <w:tr w:rsidR="00836752" w14:paraId="3DF01665" w14:textId="77777777">
        <w:trPr>
          <w:jc w:val="center"/>
        </w:trPr>
        <w:tc>
          <w:tcPr>
            <w:tcW w:w="10224" w:type="dxa"/>
            <w:shd w:val="clear" w:color="auto" w:fill="EAF7F7"/>
          </w:tcPr>
          <w:p w14:paraId="3613725B" w14:textId="77777777" w:rsidR="00836752" w:rsidRDefault="00000000">
            <w:r>
              <w:rPr>
                <w:b/>
                <w:color w:val="081A49"/>
              </w:rPr>
              <w:t>Chapter Hint / Tip</w:t>
            </w:r>
          </w:p>
          <w:p w14:paraId="2316D4D8" w14:textId="77777777" w:rsidR="00836752" w:rsidRDefault="00000000">
            <w:pPr>
              <w:spacing w:after="0"/>
            </w:pPr>
            <w:r>
              <w:t>LinkedIn role entries can align with your CV, but they should be public-facing, keyword-aware and easy to scan.</w:t>
            </w:r>
          </w:p>
        </w:tc>
      </w:tr>
    </w:tbl>
    <w:p w14:paraId="3E97F5CF" w14:textId="77777777" w:rsidR="00836752" w:rsidRDefault="00836752"/>
    <w:p w14:paraId="66BDED39" w14:textId="77777777" w:rsidR="00836752" w:rsidRDefault="00000000">
      <w:pPr>
        <w:pStyle w:val="Heading2"/>
      </w:pPr>
      <w:r>
        <w:t>Workbook Exercise</w:t>
      </w:r>
    </w:p>
    <w:p w14:paraId="1F429A8C" w14:textId="77777777" w:rsidR="00836752" w:rsidRDefault="00000000">
      <w:pPr>
        <w:pStyle w:val="Heading3"/>
      </w:pPr>
      <w:r>
        <w:t>Role title, company and dates</w:t>
      </w:r>
    </w:p>
    <w:p w14:paraId="592FA37B" w14:textId="77777777" w:rsidR="00836752" w:rsidRDefault="00000000">
      <w:pPr>
        <w:spacing w:after="0"/>
      </w:pPr>
      <w:r>
        <w:t>________________________________________________________________________________</w:t>
      </w:r>
    </w:p>
    <w:p w14:paraId="139F8F7C" w14:textId="77777777" w:rsidR="00836752" w:rsidRDefault="00000000">
      <w:pPr>
        <w:spacing w:after="0"/>
      </w:pPr>
      <w:r>
        <w:t>________________________________________________________________________________</w:t>
      </w:r>
    </w:p>
    <w:p w14:paraId="6B504DCE" w14:textId="77777777" w:rsidR="00836752" w:rsidRDefault="00000000">
      <w:pPr>
        <w:pStyle w:val="Heading3"/>
      </w:pPr>
      <w:r>
        <w:t>Role overview: what did this role involve?</w:t>
      </w:r>
    </w:p>
    <w:p w14:paraId="02C5B5CD" w14:textId="77777777" w:rsidR="00836752" w:rsidRDefault="00000000">
      <w:pPr>
        <w:spacing w:after="0"/>
      </w:pPr>
      <w:r>
        <w:t>________________________________________________________________________________</w:t>
      </w:r>
    </w:p>
    <w:p w14:paraId="75DC248E" w14:textId="77777777" w:rsidR="00836752" w:rsidRDefault="00000000">
      <w:pPr>
        <w:spacing w:after="0"/>
      </w:pPr>
      <w:r>
        <w:t>________________________________________________________________________________</w:t>
      </w:r>
    </w:p>
    <w:p w14:paraId="19734670" w14:textId="77777777" w:rsidR="00836752" w:rsidRDefault="00000000">
      <w:pPr>
        <w:spacing w:after="0"/>
      </w:pPr>
      <w:r>
        <w:t>________________________________________________________________________________</w:t>
      </w:r>
    </w:p>
    <w:p w14:paraId="766201FD" w14:textId="77777777" w:rsidR="00836752" w:rsidRDefault="00000000">
      <w:pPr>
        <w:spacing w:after="0"/>
      </w:pPr>
      <w:r>
        <w:t>________________________________________________________________________________</w:t>
      </w:r>
    </w:p>
    <w:p w14:paraId="28F335CE" w14:textId="77777777" w:rsidR="00836752" w:rsidRDefault="00000000">
      <w:pPr>
        <w:spacing w:after="0"/>
      </w:pPr>
      <w:r>
        <w:t>________________________________________________________________________________</w:t>
      </w:r>
    </w:p>
    <w:p w14:paraId="1563F316" w14:textId="77777777" w:rsidR="00836752" w:rsidRDefault="00000000">
      <w:pPr>
        <w:pStyle w:val="Heading3"/>
      </w:pPr>
      <w:r>
        <w:t>Scope and responsibility: what did you oversee, manage, deliver or influence?</w:t>
      </w:r>
    </w:p>
    <w:p w14:paraId="36713EE7" w14:textId="77777777" w:rsidR="00836752" w:rsidRDefault="00000000">
      <w:pPr>
        <w:spacing w:after="0"/>
      </w:pPr>
      <w:r>
        <w:t>________________________________________________________________________________</w:t>
      </w:r>
    </w:p>
    <w:p w14:paraId="3186E854" w14:textId="77777777" w:rsidR="00836752" w:rsidRDefault="00000000">
      <w:pPr>
        <w:spacing w:after="0"/>
      </w:pPr>
      <w:r>
        <w:t>________________________________________________________________________________</w:t>
      </w:r>
    </w:p>
    <w:p w14:paraId="1F8BB223" w14:textId="77777777" w:rsidR="00836752" w:rsidRDefault="00000000">
      <w:pPr>
        <w:spacing w:after="0"/>
      </w:pPr>
      <w:r>
        <w:t>________________________________________________________________________________</w:t>
      </w:r>
    </w:p>
    <w:p w14:paraId="4D3DB777" w14:textId="77777777" w:rsidR="00836752" w:rsidRDefault="00000000">
      <w:pPr>
        <w:spacing w:after="0"/>
      </w:pPr>
      <w:r>
        <w:t>________________________________________________________________________________</w:t>
      </w:r>
    </w:p>
    <w:p w14:paraId="53B42666" w14:textId="77777777" w:rsidR="00836752" w:rsidRDefault="00000000">
      <w:pPr>
        <w:spacing w:after="0"/>
      </w:pPr>
      <w:r>
        <w:t>________________________________________________________________________________</w:t>
      </w:r>
    </w:p>
    <w:p w14:paraId="4131EC8C" w14:textId="77777777" w:rsidR="00836752" w:rsidRDefault="00000000">
      <w:pPr>
        <w:pStyle w:val="Heading3"/>
      </w:pPr>
      <w:r>
        <w:t>Key focus areas / searchable keywords</w:t>
      </w:r>
    </w:p>
    <w:p w14:paraId="334C9A5E" w14:textId="77777777" w:rsidR="00836752" w:rsidRDefault="00000000">
      <w:pPr>
        <w:spacing w:after="0"/>
      </w:pPr>
      <w:r>
        <w:t>________________________________________________________________________________</w:t>
      </w:r>
    </w:p>
    <w:p w14:paraId="1CCAC405" w14:textId="77777777" w:rsidR="00836752" w:rsidRDefault="00000000">
      <w:pPr>
        <w:spacing w:after="0"/>
      </w:pPr>
      <w:r>
        <w:t>________________________________________________________________________________</w:t>
      </w:r>
    </w:p>
    <w:p w14:paraId="29CEAC50" w14:textId="77777777" w:rsidR="00836752" w:rsidRDefault="00000000">
      <w:pPr>
        <w:spacing w:after="0"/>
      </w:pPr>
      <w:r>
        <w:t>________________________________________________________________________________</w:t>
      </w:r>
    </w:p>
    <w:p w14:paraId="78B55140" w14:textId="77777777" w:rsidR="00836752" w:rsidRDefault="00000000">
      <w:pPr>
        <w:spacing w:after="0"/>
      </w:pPr>
      <w:r>
        <w:t>________________________________________________________________________________</w:t>
      </w:r>
    </w:p>
    <w:p w14:paraId="5EFAFC6F" w14:textId="77777777" w:rsidR="00836752" w:rsidRDefault="00000000">
      <w:pPr>
        <w:pStyle w:val="Heading3"/>
      </w:pPr>
      <w:r>
        <w:t>Selected impact bullets</w:t>
      </w:r>
    </w:p>
    <w:p w14:paraId="5DB315A6" w14:textId="77777777" w:rsidR="00836752" w:rsidRDefault="00000000">
      <w:pPr>
        <w:spacing w:after="0"/>
      </w:pPr>
      <w:r>
        <w:t>________________________________________________________________________________</w:t>
      </w:r>
    </w:p>
    <w:p w14:paraId="3A526DA7" w14:textId="77777777" w:rsidR="00836752" w:rsidRDefault="00000000">
      <w:pPr>
        <w:spacing w:after="0"/>
      </w:pPr>
      <w:r>
        <w:t>________________________________________________________________________________</w:t>
      </w:r>
    </w:p>
    <w:p w14:paraId="07456C2C" w14:textId="77777777" w:rsidR="00836752" w:rsidRDefault="00000000">
      <w:pPr>
        <w:spacing w:after="0"/>
      </w:pPr>
      <w:r>
        <w:t>________________________________________________________________________________</w:t>
      </w:r>
    </w:p>
    <w:p w14:paraId="0D5398EC" w14:textId="77777777" w:rsidR="00836752" w:rsidRDefault="00000000">
      <w:pPr>
        <w:spacing w:after="0"/>
      </w:pPr>
      <w:r>
        <w:t>________________________________________________________________________________</w:t>
      </w:r>
    </w:p>
    <w:p w14:paraId="5B1E4D68" w14:textId="77777777" w:rsidR="00836752" w:rsidRDefault="00000000">
      <w:pPr>
        <w:spacing w:after="0"/>
      </w:pPr>
      <w:r>
        <w:t>________________________________________________________________________________</w:t>
      </w:r>
    </w:p>
    <w:p w14:paraId="348C670C" w14:textId="77777777" w:rsidR="00836752" w:rsidRDefault="00000000">
      <w:pPr>
        <w:spacing w:after="0"/>
      </w:pPr>
      <w:r>
        <w:t>________________________________________________________________________________</w:t>
      </w:r>
    </w:p>
    <w:p w14:paraId="095A1027" w14:textId="77777777" w:rsidR="00836752" w:rsidRDefault="00000000">
      <w:pPr>
        <w:spacing w:after="0"/>
      </w:pPr>
      <w:r>
        <w:t>________________________________________________________________________________</w:t>
      </w:r>
    </w:p>
    <w:p w14:paraId="5F2A6502" w14:textId="77777777" w:rsidR="00836752" w:rsidRDefault="00000000">
      <w:pPr>
        <w:spacing w:after="0"/>
      </w:pPr>
      <w:r>
        <w:t>________________________________________________________________________________</w:t>
      </w:r>
    </w:p>
    <w:p w14:paraId="7871EA72" w14:textId="77777777" w:rsidR="00836752" w:rsidRDefault="00000000">
      <w:pPr>
        <w:pStyle w:val="Heading3"/>
      </w:pPr>
      <w:r>
        <w:t>What should stay off LinkedIn because it is confidential or too detailed?</w:t>
      </w:r>
    </w:p>
    <w:p w14:paraId="453C06C2" w14:textId="77777777" w:rsidR="00836752" w:rsidRDefault="00000000">
      <w:pPr>
        <w:spacing w:after="0"/>
      </w:pPr>
      <w:r>
        <w:t>________________________________________________________________________________</w:t>
      </w:r>
    </w:p>
    <w:p w14:paraId="2ADC1752" w14:textId="77777777" w:rsidR="00836752" w:rsidRDefault="00000000">
      <w:pPr>
        <w:spacing w:after="0"/>
      </w:pPr>
      <w:r>
        <w:t>________________________________________________________________________________</w:t>
      </w:r>
    </w:p>
    <w:p w14:paraId="58776C45" w14:textId="77777777" w:rsidR="00836752" w:rsidRDefault="00000000">
      <w:pPr>
        <w:spacing w:after="0"/>
      </w:pPr>
      <w:r>
        <w:t>________________________________________________________________________________</w:t>
      </w:r>
    </w:p>
    <w:p w14:paraId="788177D8" w14:textId="77777777" w:rsidR="00836752" w:rsidRDefault="00000000">
      <w:pPr>
        <w:spacing w:after="0"/>
      </w:pPr>
      <w:r>
        <w:lastRenderedPageBreak/>
        <w:t>________________________________________________________________________________</w:t>
      </w:r>
    </w:p>
    <w:p w14:paraId="19DF7F13" w14:textId="77777777" w:rsidR="00836752" w:rsidRDefault="00000000">
      <w:pPr>
        <w:pStyle w:val="Heading2"/>
      </w:pPr>
      <w:r>
        <w:t>Reflection Prompts</w:t>
      </w:r>
    </w:p>
    <w:p w14:paraId="2E1ABB11" w14:textId="77777777" w:rsidR="00836752" w:rsidRDefault="00000000">
      <w:pPr>
        <w:pStyle w:val="ListBullet"/>
      </w:pPr>
      <w:r>
        <w:t>Does this role entry prove the direction you are presenting?</w:t>
      </w:r>
    </w:p>
    <w:p w14:paraId="528759BC" w14:textId="77777777" w:rsidR="00836752" w:rsidRDefault="00000000">
      <w:pPr>
        <w:spacing w:after="0"/>
      </w:pPr>
      <w:r>
        <w:t>________________________________________________________________________________</w:t>
      </w:r>
    </w:p>
    <w:p w14:paraId="2D8A63FB" w14:textId="77777777" w:rsidR="00836752" w:rsidRDefault="00000000">
      <w:pPr>
        <w:spacing w:after="0"/>
      </w:pPr>
      <w:r>
        <w:t>________________________________________________________________________________</w:t>
      </w:r>
    </w:p>
    <w:p w14:paraId="312A5021" w14:textId="77777777" w:rsidR="00836752" w:rsidRDefault="00000000">
      <w:pPr>
        <w:pStyle w:val="ListBullet"/>
      </w:pPr>
      <w:r>
        <w:t>Is it strong without oversharing?</w:t>
      </w:r>
    </w:p>
    <w:p w14:paraId="3F50C174" w14:textId="77777777" w:rsidR="00836752" w:rsidRDefault="00000000">
      <w:pPr>
        <w:spacing w:after="0"/>
      </w:pPr>
      <w:r>
        <w:t>________________________________________________________________________________</w:t>
      </w:r>
    </w:p>
    <w:p w14:paraId="181A5337" w14:textId="77777777" w:rsidR="00836752" w:rsidRDefault="00000000">
      <w:pPr>
        <w:spacing w:after="0"/>
      </w:pPr>
      <w:r>
        <w:t>________________________________________________________________________________</w:t>
      </w:r>
    </w:p>
    <w:p w14:paraId="44F710D0" w14:textId="77777777" w:rsidR="00836752" w:rsidRDefault="00000000">
      <w:pPr>
        <w:pStyle w:val="Heading2"/>
      </w:pPr>
      <w:r>
        <w:t>Notes</w:t>
      </w:r>
    </w:p>
    <w:p w14:paraId="554CDF5E" w14:textId="77777777" w:rsidR="00836752" w:rsidRDefault="00000000">
      <w:pPr>
        <w:spacing w:after="0"/>
      </w:pPr>
      <w:r>
        <w:t>________________________________________________________________________________</w:t>
      </w:r>
    </w:p>
    <w:p w14:paraId="0121F0E5" w14:textId="77777777" w:rsidR="00836752" w:rsidRDefault="00000000">
      <w:pPr>
        <w:spacing w:after="0"/>
      </w:pPr>
      <w:r>
        <w:t>________________________________________________________________________________</w:t>
      </w:r>
    </w:p>
    <w:p w14:paraId="0E232935" w14:textId="77777777" w:rsidR="00836752" w:rsidRDefault="00000000">
      <w:pPr>
        <w:spacing w:after="0"/>
      </w:pPr>
      <w:r>
        <w:t>________________________________________________________________________________</w:t>
      </w:r>
    </w:p>
    <w:p w14:paraId="75F08994" w14:textId="77777777" w:rsidR="00836752" w:rsidRDefault="00000000">
      <w:pPr>
        <w:spacing w:after="0"/>
      </w:pPr>
      <w:r>
        <w:t>________________________________________________________________________________</w:t>
      </w:r>
    </w:p>
    <w:p w14:paraId="27DAE85E" w14:textId="77777777" w:rsidR="00836752" w:rsidRDefault="00000000">
      <w:pPr>
        <w:spacing w:after="0"/>
      </w:pPr>
      <w:r>
        <w:t>________________________________________________________________________________</w:t>
      </w:r>
    </w:p>
    <w:p w14:paraId="1411281B" w14:textId="77777777" w:rsidR="00836752" w:rsidRDefault="00000000">
      <w:pPr>
        <w:spacing w:after="0"/>
      </w:pPr>
      <w:r>
        <w:t>________________________________________________________________________________</w:t>
      </w:r>
    </w:p>
    <w:p w14:paraId="713C51FF" w14:textId="77777777" w:rsidR="00836752" w:rsidRDefault="00000000">
      <w:r>
        <w:br w:type="page"/>
      </w:r>
    </w:p>
    <w:p w14:paraId="32229AB3" w14:textId="77777777" w:rsidR="00836752" w:rsidRDefault="00000000">
      <w:pPr>
        <w:pStyle w:val="Heading1"/>
      </w:pPr>
      <w:r>
        <w:lastRenderedPageBreak/>
        <w:t>Chapter 9 Workbook | How to Choose Key Skills</w:t>
      </w:r>
    </w:p>
    <w:p w14:paraId="749590A1" w14:textId="77777777" w:rsidR="00836752" w:rsidRDefault="00000000">
      <w:pPr>
        <w:pStyle w:val="Heading2"/>
      </w:pPr>
      <w:r>
        <w:t>Chapter Focus</w:t>
      </w:r>
    </w:p>
    <w:p w14:paraId="28DA54E5" w14:textId="77777777" w:rsidR="00836752" w:rsidRDefault="00000000">
      <w:r>
        <w:t>Choose skills that support search and your target direction.</w:t>
      </w:r>
    </w:p>
    <w:tbl>
      <w:tblPr>
        <w:tblW w:w="0" w:type="auto"/>
        <w:jc w:val="center"/>
        <w:tblLook w:val="04A0" w:firstRow="1" w:lastRow="0" w:firstColumn="1" w:lastColumn="0" w:noHBand="0" w:noVBand="1"/>
      </w:tblPr>
      <w:tblGrid>
        <w:gridCol w:w="10224"/>
      </w:tblGrid>
      <w:tr w:rsidR="00836752" w14:paraId="30C67BD5" w14:textId="77777777">
        <w:trPr>
          <w:jc w:val="center"/>
        </w:trPr>
        <w:tc>
          <w:tcPr>
            <w:tcW w:w="10224" w:type="dxa"/>
            <w:shd w:val="clear" w:color="auto" w:fill="EAF7F7"/>
          </w:tcPr>
          <w:p w14:paraId="5AF797F4" w14:textId="77777777" w:rsidR="00836752" w:rsidRDefault="00000000">
            <w:r>
              <w:rPr>
                <w:b/>
                <w:color w:val="081A49"/>
              </w:rPr>
              <w:t>Chapter Hint / Tip</w:t>
            </w:r>
          </w:p>
          <w:p w14:paraId="678D3F69" w14:textId="77777777" w:rsidR="00836752" w:rsidRDefault="00000000">
            <w:pPr>
              <w:spacing w:after="0"/>
            </w:pPr>
            <w:r>
              <w:t>LinkedIn allows lots of skills, but your priority skills must be relevant. Your skills should tell the algorithm and the recruiter what you are relevant for now.</w:t>
            </w:r>
          </w:p>
        </w:tc>
      </w:tr>
    </w:tbl>
    <w:p w14:paraId="4989684E" w14:textId="77777777" w:rsidR="00836752" w:rsidRDefault="00836752"/>
    <w:p w14:paraId="37734E94" w14:textId="77777777" w:rsidR="00836752" w:rsidRDefault="00000000">
      <w:pPr>
        <w:pStyle w:val="Heading2"/>
      </w:pPr>
      <w:r>
        <w:t>Workbook Exercise</w:t>
      </w:r>
    </w:p>
    <w:p w14:paraId="5D9A603A" w14:textId="77777777" w:rsidR="00836752" w:rsidRDefault="00000000">
      <w:pPr>
        <w:pStyle w:val="Heading3"/>
      </w:pPr>
      <w:r>
        <w:t>Skills from target adverts</w:t>
      </w:r>
    </w:p>
    <w:p w14:paraId="066A7075" w14:textId="77777777" w:rsidR="00836752" w:rsidRDefault="00000000">
      <w:pPr>
        <w:spacing w:after="0"/>
      </w:pPr>
      <w:r>
        <w:t>________________________________________________________________________________</w:t>
      </w:r>
    </w:p>
    <w:p w14:paraId="3C68F4BF" w14:textId="77777777" w:rsidR="00836752" w:rsidRDefault="00000000">
      <w:pPr>
        <w:spacing w:after="0"/>
      </w:pPr>
      <w:r>
        <w:t>________________________________________________________________________________</w:t>
      </w:r>
    </w:p>
    <w:p w14:paraId="21821EBA" w14:textId="77777777" w:rsidR="00836752" w:rsidRDefault="00000000">
      <w:pPr>
        <w:spacing w:after="0"/>
      </w:pPr>
      <w:r>
        <w:t>________________________________________________________________________________</w:t>
      </w:r>
    </w:p>
    <w:p w14:paraId="17E18929" w14:textId="77777777" w:rsidR="00836752" w:rsidRDefault="00000000">
      <w:pPr>
        <w:spacing w:after="0"/>
      </w:pPr>
      <w:r>
        <w:t>________________________________________________________________________________</w:t>
      </w:r>
    </w:p>
    <w:p w14:paraId="4257973A" w14:textId="77777777" w:rsidR="00836752" w:rsidRDefault="00000000">
      <w:pPr>
        <w:spacing w:after="0"/>
      </w:pPr>
      <w:r>
        <w:t>________________________________________________________________________________</w:t>
      </w:r>
    </w:p>
    <w:p w14:paraId="355161CA" w14:textId="77777777" w:rsidR="00836752" w:rsidRDefault="00000000">
      <w:pPr>
        <w:spacing w:after="0"/>
      </w:pPr>
      <w:r>
        <w:t>________________________________________________________________________________</w:t>
      </w:r>
    </w:p>
    <w:p w14:paraId="0E21546F" w14:textId="77777777" w:rsidR="00836752" w:rsidRDefault="00000000">
      <w:pPr>
        <w:spacing w:after="0"/>
      </w:pPr>
      <w:r>
        <w:t>________________________________________________________________________________</w:t>
      </w:r>
    </w:p>
    <w:p w14:paraId="2FB0D5D5" w14:textId="77777777" w:rsidR="00836752" w:rsidRDefault="00000000">
      <w:pPr>
        <w:spacing w:after="0"/>
      </w:pPr>
      <w:r>
        <w:t>________________________________________________________________________________</w:t>
      </w:r>
    </w:p>
    <w:p w14:paraId="2E080600" w14:textId="77777777" w:rsidR="00836752" w:rsidRDefault="00000000">
      <w:pPr>
        <w:pStyle w:val="Heading3"/>
      </w:pPr>
      <w:r>
        <w:t>Skills you genuinely have</w:t>
      </w:r>
    </w:p>
    <w:p w14:paraId="04DAFBA1" w14:textId="77777777" w:rsidR="00836752" w:rsidRDefault="00000000">
      <w:pPr>
        <w:spacing w:after="0"/>
      </w:pPr>
      <w:r>
        <w:t>________________________________________________________________________________</w:t>
      </w:r>
    </w:p>
    <w:p w14:paraId="5FF409DB" w14:textId="77777777" w:rsidR="00836752" w:rsidRDefault="00000000">
      <w:pPr>
        <w:spacing w:after="0"/>
      </w:pPr>
      <w:r>
        <w:t>________________________________________________________________________________</w:t>
      </w:r>
    </w:p>
    <w:p w14:paraId="302B0381" w14:textId="77777777" w:rsidR="00836752" w:rsidRDefault="00000000">
      <w:pPr>
        <w:spacing w:after="0"/>
      </w:pPr>
      <w:r>
        <w:t>________________________________________________________________________________</w:t>
      </w:r>
    </w:p>
    <w:p w14:paraId="7D3249BF" w14:textId="77777777" w:rsidR="00836752" w:rsidRDefault="00000000">
      <w:pPr>
        <w:spacing w:after="0"/>
      </w:pPr>
      <w:r>
        <w:t>________________________________________________________________________________</w:t>
      </w:r>
    </w:p>
    <w:p w14:paraId="0D441515" w14:textId="77777777" w:rsidR="00836752" w:rsidRDefault="00000000">
      <w:pPr>
        <w:spacing w:after="0"/>
      </w:pPr>
      <w:r>
        <w:t>________________________________________________________________________________</w:t>
      </w:r>
    </w:p>
    <w:p w14:paraId="07E9814D" w14:textId="77777777" w:rsidR="00836752" w:rsidRDefault="00000000">
      <w:pPr>
        <w:spacing w:after="0"/>
      </w:pPr>
      <w:r>
        <w:t>________________________________________________________________________________</w:t>
      </w:r>
    </w:p>
    <w:p w14:paraId="24122311" w14:textId="77777777" w:rsidR="00836752" w:rsidRDefault="00000000">
      <w:pPr>
        <w:spacing w:after="0"/>
      </w:pPr>
      <w:r>
        <w:t>________________________________________________________________________________</w:t>
      </w:r>
    </w:p>
    <w:p w14:paraId="66D81093" w14:textId="77777777" w:rsidR="00836752" w:rsidRDefault="00000000">
      <w:pPr>
        <w:spacing w:after="0"/>
      </w:pPr>
      <w:r>
        <w:t>________________________________________________________________________________</w:t>
      </w:r>
    </w:p>
    <w:p w14:paraId="0A00C999" w14:textId="77777777" w:rsidR="00836752" w:rsidRDefault="00000000">
      <w:pPr>
        <w:pStyle w:val="Heading3"/>
      </w:pPr>
      <w:r>
        <w:t>Skills to remove because they are outdated or irrelevant</w:t>
      </w:r>
    </w:p>
    <w:p w14:paraId="5B429F2A" w14:textId="77777777" w:rsidR="00836752" w:rsidRDefault="00000000">
      <w:pPr>
        <w:spacing w:after="0"/>
      </w:pPr>
      <w:r>
        <w:t>________________________________________________________________________________</w:t>
      </w:r>
    </w:p>
    <w:p w14:paraId="25E0EB05" w14:textId="77777777" w:rsidR="00836752" w:rsidRDefault="00000000">
      <w:pPr>
        <w:spacing w:after="0"/>
      </w:pPr>
      <w:r>
        <w:t>________________________________________________________________________________</w:t>
      </w:r>
    </w:p>
    <w:p w14:paraId="40A4F3B6" w14:textId="77777777" w:rsidR="00836752" w:rsidRDefault="00000000">
      <w:pPr>
        <w:spacing w:after="0"/>
      </w:pPr>
      <w:r>
        <w:t>________________________________________________________________________________</w:t>
      </w:r>
    </w:p>
    <w:p w14:paraId="13265F3E" w14:textId="77777777" w:rsidR="00836752" w:rsidRDefault="00000000">
      <w:pPr>
        <w:spacing w:after="0"/>
      </w:pPr>
      <w:r>
        <w:t>________________________________________________________________________________</w:t>
      </w:r>
    </w:p>
    <w:p w14:paraId="422083FF" w14:textId="77777777" w:rsidR="00836752" w:rsidRDefault="00000000">
      <w:pPr>
        <w:spacing w:after="0"/>
      </w:pPr>
      <w:r>
        <w:t>________________________________________________________________________________</w:t>
      </w:r>
    </w:p>
    <w:p w14:paraId="7474A97F" w14:textId="77777777" w:rsidR="00836752" w:rsidRDefault="00000000">
      <w:pPr>
        <w:pStyle w:val="Heading3"/>
      </w:pPr>
      <w:r>
        <w:t>Top 15-20 priority skills</w:t>
      </w:r>
    </w:p>
    <w:p w14:paraId="3A976180" w14:textId="77777777" w:rsidR="00836752" w:rsidRDefault="00000000">
      <w:pPr>
        <w:spacing w:after="0"/>
      </w:pPr>
      <w:r>
        <w:t>________________________________________________________________________________</w:t>
      </w:r>
    </w:p>
    <w:p w14:paraId="5C8448C9" w14:textId="77777777" w:rsidR="00836752" w:rsidRDefault="00000000">
      <w:pPr>
        <w:spacing w:after="0"/>
      </w:pPr>
      <w:r>
        <w:t>________________________________________________________________________________</w:t>
      </w:r>
    </w:p>
    <w:p w14:paraId="59E92654" w14:textId="77777777" w:rsidR="00836752" w:rsidRDefault="00000000">
      <w:pPr>
        <w:spacing w:after="0"/>
      </w:pPr>
      <w:r>
        <w:t>________________________________________________________________________________</w:t>
      </w:r>
    </w:p>
    <w:p w14:paraId="60704027" w14:textId="77777777" w:rsidR="00836752" w:rsidRDefault="00000000">
      <w:pPr>
        <w:spacing w:after="0"/>
      </w:pPr>
      <w:r>
        <w:t>________________________________________________________________________________</w:t>
      </w:r>
    </w:p>
    <w:p w14:paraId="4D59F7A0" w14:textId="77777777" w:rsidR="00836752" w:rsidRDefault="00000000">
      <w:pPr>
        <w:spacing w:after="0"/>
      </w:pPr>
      <w:r>
        <w:t>________________________________________________________________________________</w:t>
      </w:r>
    </w:p>
    <w:p w14:paraId="0F7D9EB4" w14:textId="77777777" w:rsidR="00836752" w:rsidRDefault="00000000">
      <w:pPr>
        <w:spacing w:after="0"/>
      </w:pPr>
      <w:r>
        <w:t>________________________________________________________________________________</w:t>
      </w:r>
    </w:p>
    <w:p w14:paraId="613E103E" w14:textId="77777777" w:rsidR="00836752" w:rsidRDefault="00000000">
      <w:pPr>
        <w:spacing w:after="0"/>
      </w:pPr>
      <w:r>
        <w:t>________________________________________________________________________________</w:t>
      </w:r>
    </w:p>
    <w:p w14:paraId="250204D9" w14:textId="77777777" w:rsidR="00836752" w:rsidRDefault="00000000">
      <w:pPr>
        <w:spacing w:after="0"/>
      </w:pPr>
      <w:r>
        <w:t>________________________________________________________________________________</w:t>
      </w:r>
    </w:p>
    <w:p w14:paraId="5980C901" w14:textId="77777777" w:rsidR="00836752" w:rsidRDefault="00000000">
      <w:pPr>
        <w:spacing w:after="0"/>
      </w:pPr>
      <w:r>
        <w:t>________________________________________________________________________________</w:t>
      </w:r>
    </w:p>
    <w:p w14:paraId="3CAC12D7" w14:textId="77777777" w:rsidR="00836752" w:rsidRDefault="00000000">
      <w:pPr>
        <w:spacing w:after="0"/>
      </w:pPr>
      <w:r>
        <w:t>________________________________________________________________________________</w:t>
      </w:r>
    </w:p>
    <w:p w14:paraId="305B9607" w14:textId="77777777" w:rsidR="00836752" w:rsidRDefault="00000000">
      <w:pPr>
        <w:pStyle w:val="Heading2"/>
      </w:pPr>
      <w:r>
        <w:lastRenderedPageBreak/>
        <w:t>Reflection Prompts</w:t>
      </w:r>
    </w:p>
    <w:p w14:paraId="44974ECD" w14:textId="77777777" w:rsidR="00836752" w:rsidRDefault="00000000">
      <w:pPr>
        <w:pStyle w:val="ListBullet"/>
      </w:pPr>
      <w:r>
        <w:t>Are your skills aligned to where you are going?</w:t>
      </w:r>
    </w:p>
    <w:p w14:paraId="7BB6FA84" w14:textId="77777777" w:rsidR="00836752" w:rsidRDefault="00000000">
      <w:pPr>
        <w:spacing w:after="0"/>
      </w:pPr>
      <w:r>
        <w:t>________________________________________________________________________________</w:t>
      </w:r>
    </w:p>
    <w:p w14:paraId="35B5974F" w14:textId="77777777" w:rsidR="00836752" w:rsidRDefault="00000000">
      <w:pPr>
        <w:spacing w:after="0"/>
      </w:pPr>
      <w:r>
        <w:t>________________________________________________________________________________</w:t>
      </w:r>
    </w:p>
    <w:p w14:paraId="127A8732" w14:textId="77777777" w:rsidR="00836752" w:rsidRDefault="00000000">
      <w:pPr>
        <w:pStyle w:val="ListBullet"/>
      </w:pPr>
      <w:r>
        <w:t>Do they reinforce your headline and About section?</w:t>
      </w:r>
    </w:p>
    <w:p w14:paraId="01A1464F" w14:textId="77777777" w:rsidR="00836752" w:rsidRDefault="00000000">
      <w:pPr>
        <w:spacing w:after="0"/>
      </w:pPr>
      <w:r>
        <w:t>________________________________________________________________________________</w:t>
      </w:r>
    </w:p>
    <w:p w14:paraId="23130092" w14:textId="77777777" w:rsidR="00836752" w:rsidRDefault="00000000">
      <w:pPr>
        <w:spacing w:after="0"/>
      </w:pPr>
      <w:r>
        <w:t>________________________________________________________________________________</w:t>
      </w:r>
    </w:p>
    <w:p w14:paraId="2B09998A" w14:textId="77777777" w:rsidR="00836752" w:rsidRDefault="00000000">
      <w:pPr>
        <w:pStyle w:val="Heading2"/>
      </w:pPr>
      <w:r>
        <w:t>Notes</w:t>
      </w:r>
    </w:p>
    <w:p w14:paraId="2A540077" w14:textId="77777777" w:rsidR="00836752" w:rsidRDefault="00000000">
      <w:pPr>
        <w:spacing w:after="0"/>
      </w:pPr>
      <w:r>
        <w:t>________________________________________________________________________________</w:t>
      </w:r>
    </w:p>
    <w:p w14:paraId="73A28F56" w14:textId="77777777" w:rsidR="00836752" w:rsidRDefault="00000000">
      <w:pPr>
        <w:spacing w:after="0"/>
      </w:pPr>
      <w:r>
        <w:t>________________________________________________________________________________</w:t>
      </w:r>
    </w:p>
    <w:p w14:paraId="3E61BDFB" w14:textId="77777777" w:rsidR="00836752" w:rsidRDefault="00000000">
      <w:pPr>
        <w:spacing w:after="0"/>
      </w:pPr>
      <w:r>
        <w:t>________________________________________________________________________________</w:t>
      </w:r>
    </w:p>
    <w:p w14:paraId="46C21F6C" w14:textId="77777777" w:rsidR="00836752" w:rsidRDefault="00000000">
      <w:pPr>
        <w:spacing w:after="0"/>
      </w:pPr>
      <w:r>
        <w:t>________________________________________________________________________________</w:t>
      </w:r>
    </w:p>
    <w:p w14:paraId="203C58E3" w14:textId="77777777" w:rsidR="00836752" w:rsidRDefault="00000000">
      <w:pPr>
        <w:spacing w:after="0"/>
      </w:pPr>
      <w:r>
        <w:t>________________________________________________________________________________</w:t>
      </w:r>
    </w:p>
    <w:p w14:paraId="462AD076" w14:textId="77777777" w:rsidR="00836752" w:rsidRDefault="00000000">
      <w:pPr>
        <w:spacing w:after="0"/>
      </w:pPr>
      <w:r>
        <w:t>________________________________________________________________________________</w:t>
      </w:r>
    </w:p>
    <w:p w14:paraId="738C0A18" w14:textId="77777777" w:rsidR="00836752" w:rsidRDefault="00000000">
      <w:r>
        <w:br w:type="page"/>
      </w:r>
    </w:p>
    <w:p w14:paraId="5E6C22A5" w14:textId="77777777" w:rsidR="00836752" w:rsidRDefault="00000000">
      <w:pPr>
        <w:pStyle w:val="Heading1"/>
      </w:pPr>
      <w:r>
        <w:lastRenderedPageBreak/>
        <w:t>Chapter 10 Workbook | How to Align the Whole Profile</w:t>
      </w:r>
    </w:p>
    <w:p w14:paraId="7579EB61" w14:textId="77777777" w:rsidR="00836752" w:rsidRDefault="00000000">
      <w:pPr>
        <w:pStyle w:val="Heading2"/>
      </w:pPr>
      <w:r>
        <w:t>Chapter Focus</w:t>
      </w:r>
    </w:p>
    <w:p w14:paraId="6147E777" w14:textId="77777777" w:rsidR="00836752" w:rsidRDefault="00000000">
      <w:r>
        <w:t>Check that your profile tells one coherent story.</w:t>
      </w:r>
    </w:p>
    <w:tbl>
      <w:tblPr>
        <w:tblW w:w="0" w:type="auto"/>
        <w:jc w:val="center"/>
        <w:tblLook w:val="04A0" w:firstRow="1" w:lastRow="0" w:firstColumn="1" w:lastColumn="0" w:noHBand="0" w:noVBand="1"/>
      </w:tblPr>
      <w:tblGrid>
        <w:gridCol w:w="10224"/>
      </w:tblGrid>
      <w:tr w:rsidR="00836752" w14:paraId="7CFCCEF3" w14:textId="77777777">
        <w:trPr>
          <w:jc w:val="center"/>
        </w:trPr>
        <w:tc>
          <w:tcPr>
            <w:tcW w:w="10224" w:type="dxa"/>
            <w:shd w:val="clear" w:color="auto" w:fill="EAF7F7"/>
          </w:tcPr>
          <w:p w14:paraId="1E87AA8E" w14:textId="77777777" w:rsidR="00836752" w:rsidRDefault="00000000">
            <w:r>
              <w:rPr>
                <w:b/>
                <w:color w:val="081A49"/>
              </w:rPr>
              <w:t>Chapter Hint / Tip</w:t>
            </w:r>
          </w:p>
          <w:p w14:paraId="55A6D9C2" w14:textId="77777777" w:rsidR="00836752" w:rsidRDefault="00000000">
            <w:pPr>
              <w:spacing w:after="0"/>
            </w:pPr>
            <w:r>
              <w:t>Alignment matters. If your headline, About, Experience and Skills point in different directions, the profile becomes confusing.</w:t>
            </w:r>
          </w:p>
        </w:tc>
      </w:tr>
    </w:tbl>
    <w:p w14:paraId="099C3A90" w14:textId="77777777" w:rsidR="00836752" w:rsidRDefault="00836752"/>
    <w:p w14:paraId="497F6A92" w14:textId="77777777" w:rsidR="00836752" w:rsidRDefault="00000000">
      <w:pPr>
        <w:pStyle w:val="Heading2"/>
      </w:pPr>
      <w:r>
        <w:t>Workbook Exercise</w:t>
      </w:r>
    </w:p>
    <w:p w14:paraId="38284F16" w14:textId="77777777" w:rsidR="00836752" w:rsidRDefault="00000000">
      <w:pPr>
        <w:pStyle w:val="Heading3"/>
      </w:pPr>
      <w:r>
        <w:t>Headline direction</w:t>
      </w:r>
    </w:p>
    <w:p w14:paraId="7D6ED5FB" w14:textId="77777777" w:rsidR="00836752" w:rsidRDefault="00000000">
      <w:pPr>
        <w:spacing w:after="0"/>
      </w:pPr>
      <w:r>
        <w:t>________________________________________________________________________________</w:t>
      </w:r>
    </w:p>
    <w:p w14:paraId="2013F9F8" w14:textId="77777777" w:rsidR="00836752" w:rsidRDefault="00000000">
      <w:pPr>
        <w:spacing w:after="0"/>
      </w:pPr>
      <w:r>
        <w:t>________________________________________________________________________________</w:t>
      </w:r>
    </w:p>
    <w:p w14:paraId="39695545" w14:textId="77777777" w:rsidR="00836752" w:rsidRDefault="00000000">
      <w:pPr>
        <w:spacing w:after="0"/>
      </w:pPr>
      <w:r>
        <w:t>________________________________________________________________________________</w:t>
      </w:r>
    </w:p>
    <w:p w14:paraId="18F8F80F" w14:textId="77777777" w:rsidR="00836752" w:rsidRDefault="00000000">
      <w:pPr>
        <w:pStyle w:val="Heading3"/>
      </w:pPr>
      <w:r>
        <w:t>About section message</w:t>
      </w:r>
    </w:p>
    <w:p w14:paraId="22510F93" w14:textId="77777777" w:rsidR="00836752" w:rsidRDefault="00000000">
      <w:pPr>
        <w:spacing w:after="0"/>
      </w:pPr>
      <w:r>
        <w:t>________________________________________________________________________________</w:t>
      </w:r>
    </w:p>
    <w:p w14:paraId="1ACF2FC1" w14:textId="77777777" w:rsidR="00836752" w:rsidRDefault="00000000">
      <w:pPr>
        <w:spacing w:after="0"/>
      </w:pPr>
      <w:r>
        <w:t>________________________________________________________________________________</w:t>
      </w:r>
    </w:p>
    <w:p w14:paraId="1967BF2E" w14:textId="77777777" w:rsidR="00836752" w:rsidRDefault="00000000">
      <w:pPr>
        <w:spacing w:after="0"/>
      </w:pPr>
      <w:r>
        <w:t>________________________________________________________________________________</w:t>
      </w:r>
    </w:p>
    <w:p w14:paraId="3C1E06CD" w14:textId="77777777" w:rsidR="00836752" w:rsidRDefault="00000000">
      <w:pPr>
        <w:spacing w:after="0"/>
      </w:pPr>
      <w:r>
        <w:t>________________________________________________________________________________</w:t>
      </w:r>
    </w:p>
    <w:p w14:paraId="66F7BE10" w14:textId="77777777" w:rsidR="00836752" w:rsidRDefault="00000000">
      <w:pPr>
        <w:pStyle w:val="Heading3"/>
      </w:pPr>
      <w:r>
        <w:t>Experience proof points</w:t>
      </w:r>
    </w:p>
    <w:p w14:paraId="4943529D" w14:textId="77777777" w:rsidR="00836752" w:rsidRDefault="00000000">
      <w:pPr>
        <w:spacing w:after="0"/>
      </w:pPr>
      <w:r>
        <w:t>________________________________________________________________________________</w:t>
      </w:r>
    </w:p>
    <w:p w14:paraId="36C532F8" w14:textId="77777777" w:rsidR="00836752" w:rsidRDefault="00000000">
      <w:pPr>
        <w:spacing w:after="0"/>
      </w:pPr>
      <w:r>
        <w:t>________________________________________________________________________________</w:t>
      </w:r>
    </w:p>
    <w:p w14:paraId="46411714" w14:textId="77777777" w:rsidR="00836752" w:rsidRDefault="00000000">
      <w:pPr>
        <w:spacing w:after="0"/>
      </w:pPr>
      <w:r>
        <w:t>________________________________________________________________________________</w:t>
      </w:r>
    </w:p>
    <w:p w14:paraId="4A1F42F1" w14:textId="77777777" w:rsidR="00836752" w:rsidRDefault="00000000">
      <w:pPr>
        <w:spacing w:after="0"/>
      </w:pPr>
      <w:r>
        <w:t>________________________________________________________________________________</w:t>
      </w:r>
    </w:p>
    <w:p w14:paraId="2C57E7E0" w14:textId="77777777" w:rsidR="00836752" w:rsidRDefault="00000000">
      <w:pPr>
        <w:spacing w:after="0"/>
      </w:pPr>
      <w:r>
        <w:t>________________________________________________________________________________</w:t>
      </w:r>
    </w:p>
    <w:p w14:paraId="43674B6D" w14:textId="77777777" w:rsidR="00836752" w:rsidRDefault="00000000">
      <w:pPr>
        <w:pStyle w:val="Heading3"/>
      </w:pPr>
      <w:r>
        <w:t>Skills reinforcement</w:t>
      </w:r>
    </w:p>
    <w:p w14:paraId="6CC56046" w14:textId="77777777" w:rsidR="00836752" w:rsidRDefault="00000000">
      <w:pPr>
        <w:spacing w:after="0"/>
      </w:pPr>
      <w:r>
        <w:t>________________________________________________________________________________</w:t>
      </w:r>
    </w:p>
    <w:p w14:paraId="6B0B48CD" w14:textId="77777777" w:rsidR="00836752" w:rsidRDefault="00000000">
      <w:pPr>
        <w:spacing w:after="0"/>
      </w:pPr>
      <w:r>
        <w:t>________________________________________________________________________________</w:t>
      </w:r>
    </w:p>
    <w:p w14:paraId="2AF4C58D" w14:textId="77777777" w:rsidR="00836752" w:rsidRDefault="00000000">
      <w:pPr>
        <w:spacing w:after="0"/>
      </w:pPr>
      <w:r>
        <w:t>________________________________________________________________________________</w:t>
      </w:r>
    </w:p>
    <w:p w14:paraId="0B4B8D6A" w14:textId="77777777" w:rsidR="00836752" w:rsidRDefault="00000000">
      <w:pPr>
        <w:spacing w:after="0"/>
      </w:pPr>
      <w:r>
        <w:t>________________________________________________________________________________</w:t>
      </w:r>
    </w:p>
    <w:p w14:paraId="6C7CD127" w14:textId="77777777" w:rsidR="00836752" w:rsidRDefault="00000000">
      <w:pPr>
        <w:pStyle w:val="Heading3"/>
      </w:pPr>
      <w:r>
        <w:t>What feels misaligned?</w:t>
      </w:r>
    </w:p>
    <w:p w14:paraId="0B70C779" w14:textId="77777777" w:rsidR="00836752" w:rsidRDefault="00000000">
      <w:pPr>
        <w:spacing w:after="0"/>
      </w:pPr>
      <w:r>
        <w:t>________________________________________________________________________________</w:t>
      </w:r>
    </w:p>
    <w:p w14:paraId="00A11BA4" w14:textId="77777777" w:rsidR="00836752" w:rsidRDefault="00000000">
      <w:pPr>
        <w:spacing w:after="0"/>
      </w:pPr>
      <w:r>
        <w:t>________________________________________________________________________________</w:t>
      </w:r>
    </w:p>
    <w:p w14:paraId="3FAE1C46" w14:textId="77777777" w:rsidR="00836752" w:rsidRDefault="00000000">
      <w:pPr>
        <w:spacing w:after="0"/>
      </w:pPr>
      <w:r>
        <w:t>________________________________________________________________________________</w:t>
      </w:r>
    </w:p>
    <w:p w14:paraId="157F7E07" w14:textId="77777777" w:rsidR="00836752" w:rsidRDefault="00000000">
      <w:pPr>
        <w:spacing w:after="0"/>
      </w:pPr>
      <w:r>
        <w:t>________________________________________________________________________________</w:t>
      </w:r>
    </w:p>
    <w:p w14:paraId="57129441" w14:textId="77777777" w:rsidR="00836752" w:rsidRDefault="00000000">
      <w:pPr>
        <w:spacing w:after="0"/>
      </w:pPr>
      <w:r>
        <w:t>________________________________________________________________________________</w:t>
      </w:r>
    </w:p>
    <w:p w14:paraId="7ECE66EA" w14:textId="77777777" w:rsidR="00836752" w:rsidRDefault="00000000">
      <w:pPr>
        <w:pStyle w:val="Heading3"/>
      </w:pPr>
      <w:r>
        <w:t>What needs changing?</w:t>
      </w:r>
    </w:p>
    <w:p w14:paraId="4F4F0F06" w14:textId="77777777" w:rsidR="00836752" w:rsidRDefault="00000000">
      <w:pPr>
        <w:spacing w:after="0"/>
      </w:pPr>
      <w:r>
        <w:t>________________________________________________________________________________</w:t>
      </w:r>
    </w:p>
    <w:p w14:paraId="2700484D" w14:textId="77777777" w:rsidR="00836752" w:rsidRDefault="00000000">
      <w:pPr>
        <w:spacing w:after="0"/>
      </w:pPr>
      <w:r>
        <w:t>________________________________________________________________________________</w:t>
      </w:r>
    </w:p>
    <w:p w14:paraId="50E273C2" w14:textId="77777777" w:rsidR="00836752" w:rsidRDefault="00000000">
      <w:pPr>
        <w:spacing w:after="0"/>
      </w:pPr>
      <w:r>
        <w:t>________________________________________________________________________________</w:t>
      </w:r>
    </w:p>
    <w:p w14:paraId="1A7FC5C0" w14:textId="77777777" w:rsidR="00836752" w:rsidRDefault="00000000">
      <w:pPr>
        <w:spacing w:after="0"/>
      </w:pPr>
      <w:r>
        <w:t>________________________________________________________________________________</w:t>
      </w:r>
    </w:p>
    <w:p w14:paraId="32D21C49" w14:textId="77777777" w:rsidR="00836752" w:rsidRDefault="00000000">
      <w:pPr>
        <w:spacing w:after="0"/>
      </w:pPr>
      <w:r>
        <w:t>________________________________________________________________________________</w:t>
      </w:r>
    </w:p>
    <w:p w14:paraId="4193E593" w14:textId="77777777" w:rsidR="00836752" w:rsidRDefault="00000000">
      <w:pPr>
        <w:pStyle w:val="Heading2"/>
      </w:pPr>
      <w:r>
        <w:lastRenderedPageBreak/>
        <w:t>Reflection Prompts</w:t>
      </w:r>
    </w:p>
    <w:p w14:paraId="61DB1610" w14:textId="77777777" w:rsidR="00836752" w:rsidRDefault="00000000">
      <w:pPr>
        <w:pStyle w:val="ListBullet"/>
      </w:pPr>
      <w:r>
        <w:t>Would someone understand your professional identity quickly?</w:t>
      </w:r>
    </w:p>
    <w:p w14:paraId="2CEA3F9A" w14:textId="77777777" w:rsidR="00836752" w:rsidRDefault="00000000">
      <w:pPr>
        <w:spacing w:after="0"/>
      </w:pPr>
      <w:r>
        <w:t>________________________________________________________________________________</w:t>
      </w:r>
    </w:p>
    <w:p w14:paraId="3196BDFB" w14:textId="77777777" w:rsidR="00836752" w:rsidRDefault="00000000">
      <w:pPr>
        <w:spacing w:after="0"/>
      </w:pPr>
      <w:r>
        <w:t>________________________________________________________________________________</w:t>
      </w:r>
    </w:p>
    <w:p w14:paraId="7F030126" w14:textId="77777777" w:rsidR="00836752" w:rsidRDefault="00000000">
      <w:pPr>
        <w:pStyle w:val="ListBullet"/>
      </w:pPr>
      <w:r>
        <w:t>What is the one message your whole profile should communicate?</w:t>
      </w:r>
    </w:p>
    <w:p w14:paraId="31500D23" w14:textId="77777777" w:rsidR="00836752" w:rsidRDefault="00000000">
      <w:pPr>
        <w:spacing w:after="0"/>
      </w:pPr>
      <w:r>
        <w:t>________________________________________________________________________________</w:t>
      </w:r>
    </w:p>
    <w:p w14:paraId="6714B4C8" w14:textId="77777777" w:rsidR="00836752" w:rsidRDefault="00000000">
      <w:pPr>
        <w:spacing w:after="0"/>
      </w:pPr>
      <w:r>
        <w:t>________________________________________________________________________________</w:t>
      </w:r>
    </w:p>
    <w:p w14:paraId="206837EC" w14:textId="77777777" w:rsidR="00836752" w:rsidRDefault="00000000">
      <w:pPr>
        <w:pStyle w:val="Heading2"/>
      </w:pPr>
      <w:r>
        <w:t>Notes</w:t>
      </w:r>
    </w:p>
    <w:p w14:paraId="5936155A" w14:textId="77777777" w:rsidR="00836752" w:rsidRDefault="00000000">
      <w:pPr>
        <w:spacing w:after="0"/>
      </w:pPr>
      <w:r>
        <w:t>________________________________________________________________________________</w:t>
      </w:r>
    </w:p>
    <w:p w14:paraId="0ADDF584" w14:textId="77777777" w:rsidR="00836752" w:rsidRDefault="00000000">
      <w:pPr>
        <w:spacing w:after="0"/>
      </w:pPr>
      <w:r>
        <w:t>________________________________________________________________________________</w:t>
      </w:r>
    </w:p>
    <w:p w14:paraId="002077F0" w14:textId="77777777" w:rsidR="00836752" w:rsidRDefault="00000000">
      <w:pPr>
        <w:spacing w:after="0"/>
      </w:pPr>
      <w:r>
        <w:t>________________________________________________________________________________</w:t>
      </w:r>
    </w:p>
    <w:p w14:paraId="78A5E164" w14:textId="77777777" w:rsidR="00836752" w:rsidRDefault="00000000">
      <w:pPr>
        <w:spacing w:after="0"/>
      </w:pPr>
      <w:r>
        <w:t>________________________________________________________________________________</w:t>
      </w:r>
    </w:p>
    <w:p w14:paraId="0EC4A3CE" w14:textId="77777777" w:rsidR="00836752" w:rsidRDefault="00000000">
      <w:pPr>
        <w:spacing w:after="0"/>
      </w:pPr>
      <w:r>
        <w:t>________________________________________________________________________________</w:t>
      </w:r>
    </w:p>
    <w:p w14:paraId="28CCDC0C" w14:textId="77777777" w:rsidR="00836752" w:rsidRDefault="00000000">
      <w:pPr>
        <w:spacing w:after="0"/>
      </w:pPr>
      <w:r>
        <w:t>________________________________________________________________________________</w:t>
      </w:r>
    </w:p>
    <w:p w14:paraId="56227367" w14:textId="77777777" w:rsidR="00836752" w:rsidRDefault="00000000">
      <w:r>
        <w:br w:type="page"/>
      </w:r>
    </w:p>
    <w:p w14:paraId="02B2155B" w14:textId="77777777" w:rsidR="00836752" w:rsidRDefault="00000000">
      <w:pPr>
        <w:pStyle w:val="Heading1"/>
      </w:pPr>
      <w:r>
        <w:lastRenderedPageBreak/>
        <w:t>Chapter 11 Workbook | Industry Selection</w:t>
      </w:r>
    </w:p>
    <w:p w14:paraId="04E9FCDC" w14:textId="77777777" w:rsidR="00836752" w:rsidRDefault="00000000">
      <w:pPr>
        <w:pStyle w:val="Heading2"/>
      </w:pPr>
      <w:r>
        <w:t>Chapter Focus</w:t>
      </w:r>
    </w:p>
    <w:p w14:paraId="1F962B44" w14:textId="77777777" w:rsidR="00836752" w:rsidRDefault="00000000">
      <w:r>
        <w:t>Choose an industry that supports your target direction and search positioning.</w:t>
      </w:r>
    </w:p>
    <w:tbl>
      <w:tblPr>
        <w:tblW w:w="0" w:type="auto"/>
        <w:jc w:val="center"/>
        <w:tblLook w:val="04A0" w:firstRow="1" w:lastRow="0" w:firstColumn="1" w:lastColumn="0" w:noHBand="0" w:noVBand="1"/>
      </w:tblPr>
      <w:tblGrid>
        <w:gridCol w:w="10224"/>
      </w:tblGrid>
      <w:tr w:rsidR="00836752" w14:paraId="5AD3CAF6" w14:textId="77777777">
        <w:trPr>
          <w:jc w:val="center"/>
        </w:trPr>
        <w:tc>
          <w:tcPr>
            <w:tcW w:w="10224" w:type="dxa"/>
            <w:shd w:val="clear" w:color="auto" w:fill="EAF7F7"/>
          </w:tcPr>
          <w:p w14:paraId="5F0681AB" w14:textId="77777777" w:rsidR="00836752" w:rsidRDefault="00000000">
            <w:r>
              <w:rPr>
                <w:b/>
                <w:color w:val="081A49"/>
              </w:rPr>
              <w:t>Chapter Hint / Tip</w:t>
            </w:r>
          </w:p>
          <w:p w14:paraId="17A973FF" w14:textId="77777777" w:rsidR="00836752" w:rsidRDefault="00000000">
            <w:pPr>
              <w:spacing w:after="0"/>
            </w:pPr>
            <w:r>
              <w:t>Your industry should support where you want to be positioned, not necessarily where you have always worked.</w:t>
            </w:r>
          </w:p>
        </w:tc>
      </w:tr>
    </w:tbl>
    <w:p w14:paraId="0A1E2A98" w14:textId="77777777" w:rsidR="00836752" w:rsidRDefault="00836752"/>
    <w:p w14:paraId="4254B9EC" w14:textId="77777777" w:rsidR="00836752" w:rsidRDefault="00000000">
      <w:pPr>
        <w:pStyle w:val="Heading2"/>
      </w:pPr>
      <w:r>
        <w:t>Workbook Exercise</w:t>
      </w:r>
    </w:p>
    <w:p w14:paraId="476D6F1F" w14:textId="77777777" w:rsidR="00836752" w:rsidRDefault="00000000">
      <w:pPr>
        <w:pStyle w:val="Heading3"/>
      </w:pPr>
      <w:r>
        <w:t>Current LinkedIn industry selection</w:t>
      </w:r>
    </w:p>
    <w:p w14:paraId="4C4CD0AD" w14:textId="77777777" w:rsidR="00836752" w:rsidRDefault="00000000">
      <w:pPr>
        <w:spacing w:after="0"/>
      </w:pPr>
      <w:r>
        <w:t>________________________________________________________________________________</w:t>
      </w:r>
    </w:p>
    <w:p w14:paraId="39EE6393" w14:textId="77777777" w:rsidR="00836752" w:rsidRDefault="00000000">
      <w:pPr>
        <w:spacing w:after="0"/>
      </w:pPr>
      <w:r>
        <w:t>________________________________________________________________________________</w:t>
      </w:r>
    </w:p>
    <w:p w14:paraId="096ED95E" w14:textId="77777777" w:rsidR="00836752" w:rsidRDefault="00000000">
      <w:pPr>
        <w:pStyle w:val="Heading3"/>
      </w:pPr>
      <w:r>
        <w:t>Industries your target roles sit within</w:t>
      </w:r>
    </w:p>
    <w:p w14:paraId="7C95B241" w14:textId="77777777" w:rsidR="00836752" w:rsidRDefault="00000000">
      <w:pPr>
        <w:spacing w:after="0"/>
      </w:pPr>
      <w:r>
        <w:t>________________________________________________________________________________</w:t>
      </w:r>
    </w:p>
    <w:p w14:paraId="15E44FEB" w14:textId="77777777" w:rsidR="00836752" w:rsidRDefault="00000000">
      <w:pPr>
        <w:spacing w:after="0"/>
      </w:pPr>
      <w:r>
        <w:t>________________________________________________________________________________</w:t>
      </w:r>
    </w:p>
    <w:p w14:paraId="72DA97DA" w14:textId="77777777" w:rsidR="00836752" w:rsidRDefault="00000000">
      <w:pPr>
        <w:spacing w:after="0"/>
      </w:pPr>
      <w:r>
        <w:t>________________________________________________________________________________</w:t>
      </w:r>
    </w:p>
    <w:p w14:paraId="470069DA" w14:textId="77777777" w:rsidR="00836752" w:rsidRDefault="00000000">
      <w:pPr>
        <w:spacing w:after="0"/>
      </w:pPr>
      <w:r>
        <w:t>________________________________________________________________________________</w:t>
      </w:r>
    </w:p>
    <w:p w14:paraId="75E99A26" w14:textId="77777777" w:rsidR="00836752" w:rsidRDefault="00000000">
      <w:pPr>
        <w:pStyle w:val="Heading3"/>
      </w:pPr>
      <w:r>
        <w:t>Possible industry options to consider</w:t>
      </w:r>
    </w:p>
    <w:p w14:paraId="1DCB885C" w14:textId="77777777" w:rsidR="00836752" w:rsidRDefault="00000000">
      <w:pPr>
        <w:spacing w:after="0"/>
      </w:pPr>
      <w:r>
        <w:t>________________________________________________________________________________</w:t>
      </w:r>
    </w:p>
    <w:p w14:paraId="243B0246" w14:textId="77777777" w:rsidR="00836752" w:rsidRDefault="00000000">
      <w:pPr>
        <w:spacing w:after="0"/>
      </w:pPr>
      <w:r>
        <w:t>________________________________________________________________________________</w:t>
      </w:r>
    </w:p>
    <w:p w14:paraId="06D2EA89" w14:textId="77777777" w:rsidR="00836752" w:rsidRDefault="00000000">
      <w:pPr>
        <w:spacing w:after="0"/>
      </w:pPr>
      <w:r>
        <w:t>________________________________________________________________________________</w:t>
      </w:r>
    </w:p>
    <w:p w14:paraId="647C3899" w14:textId="77777777" w:rsidR="00836752" w:rsidRDefault="00000000">
      <w:pPr>
        <w:spacing w:after="0"/>
      </w:pPr>
      <w:r>
        <w:t>________________________________________________________________________________</w:t>
      </w:r>
    </w:p>
    <w:p w14:paraId="0C943395" w14:textId="77777777" w:rsidR="00836752" w:rsidRDefault="00000000">
      <w:pPr>
        <w:pStyle w:val="Heading3"/>
      </w:pPr>
      <w:r>
        <w:t>Final industry selection and why</w:t>
      </w:r>
    </w:p>
    <w:p w14:paraId="2C8B811E" w14:textId="77777777" w:rsidR="00836752" w:rsidRDefault="00000000">
      <w:pPr>
        <w:spacing w:after="0"/>
      </w:pPr>
      <w:r>
        <w:t>________________________________________________________________________________</w:t>
      </w:r>
    </w:p>
    <w:p w14:paraId="7EE53941" w14:textId="77777777" w:rsidR="00836752" w:rsidRDefault="00000000">
      <w:pPr>
        <w:spacing w:after="0"/>
      </w:pPr>
      <w:r>
        <w:t>________________________________________________________________________________</w:t>
      </w:r>
    </w:p>
    <w:p w14:paraId="3AD27F41" w14:textId="77777777" w:rsidR="00836752" w:rsidRDefault="00000000">
      <w:pPr>
        <w:spacing w:after="0"/>
      </w:pPr>
      <w:r>
        <w:t>________________________________________________________________________________</w:t>
      </w:r>
    </w:p>
    <w:p w14:paraId="3868B835" w14:textId="77777777" w:rsidR="00836752" w:rsidRDefault="00000000">
      <w:pPr>
        <w:spacing w:after="0"/>
      </w:pPr>
      <w:r>
        <w:t>________________________________________________________________________________</w:t>
      </w:r>
    </w:p>
    <w:p w14:paraId="246F89B2" w14:textId="77777777" w:rsidR="00836752" w:rsidRDefault="00000000">
      <w:pPr>
        <w:pStyle w:val="Heading2"/>
      </w:pPr>
      <w:r>
        <w:t>Reflection Prompts</w:t>
      </w:r>
    </w:p>
    <w:p w14:paraId="66022D3B" w14:textId="77777777" w:rsidR="00836752" w:rsidRDefault="00000000">
      <w:pPr>
        <w:pStyle w:val="ListBullet"/>
      </w:pPr>
      <w:r>
        <w:t>Does this choice help recruiters place you correctly?</w:t>
      </w:r>
    </w:p>
    <w:p w14:paraId="7C8E19C8" w14:textId="77777777" w:rsidR="00836752" w:rsidRDefault="00000000">
      <w:pPr>
        <w:spacing w:after="0"/>
      </w:pPr>
      <w:r>
        <w:t>________________________________________________________________________________</w:t>
      </w:r>
    </w:p>
    <w:p w14:paraId="727FF654" w14:textId="77777777" w:rsidR="00836752" w:rsidRDefault="00000000">
      <w:pPr>
        <w:spacing w:after="0"/>
      </w:pPr>
      <w:r>
        <w:t>________________________________________________________________________________</w:t>
      </w:r>
    </w:p>
    <w:p w14:paraId="3219EB47" w14:textId="77777777" w:rsidR="00836752" w:rsidRDefault="00000000">
      <w:pPr>
        <w:pStyle w:val="ListBullet"/>
      </w:pPr>
      <w:r>
        <w:t>Are you choosing based on history or future direction?</w:t>
      </w:r>
    </w:p>
    <w:p w14:paraId="2763D8E3" w14:textId="77777777" w:rsidR="00836752" w:rsidRDefault="00000000">
      <w:pPr>
        <w:spacing w:after="0"/>
      </w:pPr>
      <w:r>
        <w:t>________________________________________________________________________________</w:t>
      </w:r>
    </w:p>
    <w:p w14:paraId="3C844AFD" w14:textId="77777777" w:rsidR="00836752" w:rsidRDefault="00000000">
      <w:pPr>
        <w:spacing w:after="0"/>
      </w:pPr>
      <w:r>
        <w:t>________________________________________________________________________________</w:t>
      </w:r>
    </w:p>
    <w:p w14:paraId="3A3DB389" w14:textId="77777777" w:rsidR="00836752" w:rsidRDefault="00000000">
      <w:pPr>
        <w:pStyle w:val="Heading2"/>
      </w:pPr>
      <w:r>
        <w:t>Notes</w:t>
      </w:r>
    </w:p>
    <w:p w14:paraId="6C1D70A0" w14:textId="77777777" w:rsidR="00836752" w:rsidRDefault="00000000">
      <w:pPr>
        <w:spacing w:after="0"/>
      </w:pPr>
      <w:r>
        <w:t>________________________________________________________________________________</w:t>
      </w:r>
    </w:p>
    <w:p w14:paraId="40768C82" w14:textId="77777777" w:rsidR="00836752" w:rsidRDefault="00000000">
      <w:pPr>
        <w:spacing w:after="0"/>
      </w:pPr>
      <w:r>
        <w:t>________________________________________________________________________________</w:t>
      </w:r>
    </w:p>
    <w:p w14:paraId="1EF91DBD" w14:textId="77777777" w:rsidR="00836752" w:rsidRDefault="00000000">
      <w:pPr>
        <w:spacing w:after="0"/>
      </w:pPr>
      <w:r>
        <w:t>________________________________________________________________________________</w:t>
      </w:r>
    </w:p>
    <w:p w14:paraId="55F68C36" w14:textId="77777777" w:rsidR="00836752" w:rsidRDefault="00000000">
      <w:pPr>
        <w:spacing w:after="0"/>
      </w:pPr>
      <w:r>
        <w:t>________________________________________________________________________________</w:t>
      </w:r>
    </w:p>
    <w:p w14:paraId="6E6DE86E" w14:textId="77777777" w:rsidR="00836752" w:rsidRDefault="00000000">
      <w:pPr>
        <w:spacing w:after="0"/>
      </w:pPr>
      <w:r>
        <w:t>________________________________________________________________________________</w:t>
      </w:r>
    </w:p>
    <w:p w14:paraId="097AA49F" w14:textId="77777777" w:rsidR="00836752" w:rsidRDefault="00000000">
      <w:pPr>
        <w:spacing w:after="0"/>
      </w:pPr>
      <w:r>
        <w:lastRenderedPageBreak/>
        <w:t>________________________________________________________________________________</w:t>
      </w:r>
    </w:p>
    <w:p w14:paraId="410A2787" w14:textId="77777777" w:rsidR="00836752" w:rsidRDefault="00000000">
      <w:r>
        <w:br w:type="page"/>
      </w:r>
    </w:p>
    <w:p w14:paraId="3D9B2F9F" w14:textId="77777777" w:rsidR="00836752" w:rsidRDefault="00000000">
      <w:pPr>
        <w:pStyle w:val="Heading1"/>
      </w:pPr>
      <w:r>
        <w:lastRenderedPageBreak/>
        <w:t>Chapter 12 Workbook | Featured Section</w:t>
      </w:r>
    </w:p>
    <w:p w14:paraId="057ECED7" w14:textId="77777777" w:rsidR="00836752" w:rsidRDefault="00000000">
      <w:pPr>
        <w:pStyle w:val="Heading2"/>
      </w:pPr>
      <w:r>
        <w:t>Chapter Focus</w:t>
      </w:r>
    </w:p>
    <w:p w14:paraId="6CD1CD0B" w14:textId="77777777" w:rsidR="00836752" w:rsidRDefault="00000000">
      <w:r>
        <w:t>Decide whether the Featured section can strengthen your credibility.</w:t>
      </w:r>
    </w:p>
    <w:tbl>
      <w:tblPr>
        <w:tblW w:w="0" w:type="auto"/>
        <w:jc w:val="center"/>
        <w:tblLook w:val="04A0" w:firstRow="1" w:lastRow="0" w:firstColumn="1" w:lastColumn="0" w:noHBand="0" w:noVBand="1"/>
      </w:tblPr>
      <w:tblGrid>
        <w:gridCol w:w="10224"/>
      </w:tblGrid>
      <w:tr w:rsidR="00836752" w14:paraId="57F03A67" w14:textId="77777777">
        <w:trPr>
          <w:jc w:val="center"/>
        </w:trPr>
        <w:tc>
          <w:tcPr>
            <w:tcW w:w="10224" w:type="dxa"/>
            <w:shd w:val="clear" w:color="auto" w:fill="EAF7F7"/>
          </w:tcPr>
          <w:p w14:paraId="47B40F04" w14:textId="77777777" w:rsidR="00836752" w:rsidRDefault="00000000">
            <w:r>
              <w:rPr>
                <w:b/>
                <w:color w:val="081A49"/>
              </w:rPr>
              <w:t>Chapter Hint / Tip</w:t>
            </w:r>
          </w:p>
          <w:p w14:paraId="61B0D535" w14:textId="77777777" w:rsidR="00836752" w:rsidRDefault="00000000">
            <w:pPr>
              <w:spacing w:after="0"/>
            </w:pPr>
            <w:r>
              <w:t>A blank Featured section is better than a weak or risky one. Only include items that are public, professional and aligned.</w:t>
            </w:r>
          </w:p>
        </w:tc>
      </w:tr>
    </w:tbl>
    <w:p w14:paraId="35FD6DB1" w14:textId="77777777" w:rsidR="00836752" w:rsidRDefault="00836752"/>
    <w:p w14:paraId="5665E4D5" w14:textId="77777777" w:rsidR="00836752" w:rsidRDefault="00000000">
      <w:pPr>
        <w:pStyle w:val="Heading2"/>
      </w:pPr>
      <w:r>
        <w:t>Workbook Exercise</w:t>
      </w:r>
    </w:p>
    <w:p w14:paraId="1E08AECD" w14:textId="77777777" w:rsidR="00836752" w:rsidRDefault="00000000">
      <w:pPr>
        <w:pStyle w:val="Heading3"/>
      </w:pPr>
      <w:r>
        <w:t>Possible featured items</w:t>
      </w:r>
    </w:p>
    <w:p w14:paraId="4E26A5C5" w14:textId="77777777" w:rsidR="00836752" w:rsidRDefault="00000000">
      <w:pPr>
        <w:spacing w:after="0"/>
      </w:pPr>
      <w:r>
        <w:t>________________________________________________________________________________</w:t>
      </w:r>
    </w:p>
    <w:p w14:paraId="3BB2525B" w14:textId="77777777" w:rsidR="00836752" w:rsidRDefault="00000000">
      <w:pPr>
        <w:spacing w:after="0"/>
      </w:pPr>
      <w:r>
        <w:t>________________________________________________________________________________</w:t>
      </w:r>
    </w:p>
    <w:p w14:paraId="430E3417" w14:textId="77777777" w:rsidR="00836752" w:rsidRDefault="00000000">
      <w:pPr>
        <w:spacing w:after="0"/>
      </w:pPr>
      <w:r>
        <w:t>________________________________________________________________________________</w:t>
      </w:r>
    </w:p>
    <w:p w14:paraId="12F137B1" w14:textId="77777777" w:rsidR="00836752" w:rsidRDefault="00000000">
      <w:pPr>
        <w:spacing w:after="0"/>
      </w:pPr>
      <w:r>
        <w:t>________________________________________________________________________________</w:t>
      </w:r>
    </w:p>
    <w:p w14:paraId="4AF232E7" w14:textId="77777777" w:rsidR="00836752" w:rsidRDefault="00000000">
      <w:pPr>
        <w:spacing w:after="0"/>
      </w:pPr>
      <w:r>
        <w:t>________________________________________________________________________________</w:t>
      </w:r>
    </w:p>
    <w:p w14:paraId="4897AB33" w14:textId="77777777" w:rsidR="00836752" w:rsidRDefault="00000000">
      <w:pPr>
        <w:spacing w:after="0"/>
      </w:pPr>
      <w:r>
        <w:t>________________________________________________________________________________</w:t>
      </w:r>
    </w:p>
    <w:p w14:paraId="7D8F90DA" w14:textId="77777777" w:rsidR="00836752" w:rsidRDefault="00000000">
      <w:pPr>
        <w:pStyle w:val="Heading3"/>
      </w:pPr>
      <w:r>
        <w:t>How each item supports your target role</w:t>
      </w:r>
    </w:p>
    <w:p w14:paraId="07B4E66C" w14:textId="77777777" w:rsidR="00836752" w:rsidRDefault="00000000">
      <w:pPr>
        <w:spacing w:after="0"/>
      </w:pPr>
      <w:r>
        <w:t>________________________________________________________________________________</w:t>
      </w:r>
    </w:p>
    <w:p w14:paraId="41F86E03" w14:textId="77777777" w:rsidR="00836752" w:rsidRDefault="00000000">
      <w:pPr>
        <w:spacing w:after="0"/>
      </w:pPr>
      <w:r>
        <w:t>________________________________________________________________________________</w:t>
      </w:r>
    </w:p>
    <w:p w14:paraId="72A14C71" w14:textId="77777777" w:rsidR="00836752" w:rsidRDefault="00000000">
      <w:pPr>
        <w:spacing w:after="0"/>
      </w:pPr>
      <w:r>
        <w:t>________________________________________________________________________________</w:t>
      </w:r>
    </w:p>
    <w:p w14:paraId="30FE85B6" w14:textId="77777777" w:rsidR="00836752" w:rsidRDefault="00000000">
      <w:pPr>
        <w:spacing w:after="0"/>
      </w:pPr>
      <w:r>
        <w:t>________________________________________________________________________________</w:t>
      </w:r>
    </w:p>
    <w:p w14:paraId="2F5C57EE" w14:textId="77777777" w:rsidR="00836752" w:rsidRDefault="00000000">
      <w:pPr>
        <w:spacing w:after="0"/>
      </w:pPr>
      <w:r>
        <w:t>________________________________________________________________________________</w:t>
      </w:r>
    </w:p>
    <w:p w14:paraId="04A623E0" w14:textId="77777777" w:rsidR="00836752" w:rsidRDefault="00000000">
      <w:pPr>
        <w:spacing w:after="0"/>
      </w:pPr>
      <w:r>
        <w:t>________________________________________________________________________________</w:t>
      </w:r>
    </w:p>
    <w:p w14:paraId="74BAF6C1" w14:textId="77777777" w:rsidR="00836752" w:rsidRDefault="00000000">
      <w:pPr>
        <w:pStyle w:val="Heading3"/>
      </w:pPr>
      <w:r>
        <w:t>Confidentiality or sensitivity check</w:t>
      </w:r>
    </w:p>
    <w:p w14:paraId="439934A9" w14:textId="77777777" w:rsidR="00836752" w:rsidRDefault="00000000">
      <w:pPr>
        <w:spacing w:after="0"/>
      </w:pPr>
      <w:r>
        <w:t>________________________________________________________________________________</w:t>
      </w:r>
    </w:p>
    <w:p w14:paraId="67861C9F" w14:textId="77777777" w:rsidR="00836752" w:rsidRDefault="00000000">
      <w:pPr>
        <w:spacing w:after="0"/>
      </w:pPr>
      <w:r>
        <w:t>________________________________________________________________________________</w:t>
      </w:r>
    </w:p>
    <w:p w14:paraId="1F04E8D0" w14:textId="77777777" w:rsidR="00836752" w:rsidRDefault="00000000">
      <w:pPr>
        <w:spacing w:after="0"/>
      </w:pPr>
      <w:r>
        <w:t>________________________________________________________________________________</w:t>
      </w:r>
    </w:p>
    <w:p w14:paraId="1A64405E" w14:textId="77777777" w:rsidR="00836752" w:rsidRDefault="00000000">
      <w:pPr>
        <w:spacing w:after="0"/>
      </w:pPr>
      <w:r>
        <w:t>________________________________________________________________________________</w:t>
      </w:r>
    </w:p>
    <w:p w14:paraId="13061098" w14:textId="77777777" w:rsidR="00836752" w:rsidRDefault="00000000">
      <w:pPr>
        <w:pStyle w:val="Heading3"/>
      </w:pPr>
      <w:r>
        <w:t>Final featured items to add</w:t>
      </w:r>
    </w:p>
    <w:p w14:paraId="6AB764C4" w14:textId="77777777" w:rsidR="00836752" w:rsidRDefault="00000000">
      <w:pPr>
        <w:spacing w:after="0"/>
      </w:pPr>
      <w:r>
        <w:t>________________________________________________________________________________</w:t>
      </w:r>
    </w:p>
    <w:p w14:paraId="18A1B355" w14:textId="77777777" w:rsidR="00836752" w:rsidRDefault="00000000">
      <w:pPr>
        <w:spacing w:after="0"/>
      </w:pPr>
      <w:r>
        <w:t>________________________________________________________________________________</w:t>
      </w:r>
    </w:p>
    <w:p w14:paraId="0E698E96" w14:textId="77777777" w:rsidR="00836752" w:rsidRDefault="00000000">
      <w:pPr>
        <w:spacing w:after="0"/>
      </w:pPr>
      <w:r>
        <w:t>________________________________________________________________________________</w:t>
      </w:r>
    </w:p>
    <w:p w14:paraId="028FC7A5" w14:textId="77777777" w:rsidR="00836752" w:rsidRDefault="00000000">
      <w:pPr>
        <w:spacing w:after="0"/>
      </w:pPr>
      <w:r>
        <w:t>________________________________________________________________________________</w:t>
      </w:r>
    </w:p>
    <w:p w14:paraId="60EAAC6D" w14:textId="77777777" w:rsidR="00836752" w:rsidRDefault="00000000">
      <w:pPr>
        <w:pStyle w:val="Heading2"/>
      </w:pPr>
      <w:r>
        <w:t>Reflection Prompts</w:t>
      </w:r>
    </w:p>
    <w:p w14:paraId="25E5C73D" w14:textId="77777777" w:rsidR="00836752" w:rsidRDefault="00000000">
      <w:pPr>
        <w:pStyle w:val="ListBullet"/>
      </w:pPr>
      <w:r>
        <w:t>Does this section strengthen your profile?</w:t>
      </w:r>
    </w:p>
    <w:p w14:paraId="7B194061" w14:textId="77777777" w:rsidR="00836752" w:rsidRDefault="00000000">
      <w:pPr>
        <w:spacing w:after="0"/>
      </w:pPr>
      <w:r>
        <w:t>________________________________________________________________________________</w:t>
      </w:r>
    </w:p>
    <w:p w14:paraId="12C7C58C" w14:textId="77777777" w:rsidR="00836752" w:rsidRDefault="00000000">
      <w:pPr>
        <w:spacing w:after="0"/>
      </w:pPr>
      <w:r>
        <w:t>________________________________________________________________________________</w:t>
      </w:r>
    </w:p>
    <w:p w14:paraId="14F24C87" w14:textId="77777777" w:rsidR="00836752" w:rsidRDefault="00000000">
      <w:pPr>
        <w:pStyle w:val="ListBullet"/>
      </w:pPr>
      <w:r>
        <w:t>Would you be comfortable with recruiters and employers viewing each item?</w:t>
      </w:r>
    </w:p>
    <w:p w14:paraId="2E6E8127" w14:textId="77777777" w:rsidR="00836752" w:rsidRDefault="00000000">
      <w:pPr>
        <w:spacing w:after="0"/>
      </w:pPr>
      <w:r>
        <w:t>________________________________________________________________________________</w:t>
      </w:r>
    </w:p>
    <w:p w14:paraId="605D9227" w14:textId="77777777" w:rsidR="00836752" w:rsidRDefault="00000000">
      <w:pPr>
        <w:spacing w:after="0"/>
      </w:pPr>
      <w:r>
        <w:t>________________________________________________________________________________</w:t>
      </w:r>
    </w:p>
    <w:p w14:paraId="00BCCBF9" w14:textId="77777777" w:rsidR="00836752" w:rsidRDefault="00000000">
      <w:pPr>
        <w:pStyle w:val="Heading2"/>
      </w:pPr>
      <w:r>
        <w:lastRenderedPageBreak/>
        <w:t>Notes</w:t>
      </w:r>
    </w:p>
    <w:p w14:paraId="65E9AEDA" w14:textId="77777777" w:rsidR="00836752" w:rsidRDefault="00000000">
      <w:pPr>
        <w:spacing w:after="0"/>
      </w:pPr>
      <w:r>
        <w:t>________________________________________________________________________________</w:t>
      </w:r>
    </w:p>
    <w:p w14:paraId="50E5BF28" w14:textId="77777777" w:rsidR="00836752" w:rsidRDefault="00000000">
      <w:pPr>
        <w:spacing w:after="0"/>
      </w:pPr>
      <w:r>
        <w:t>________________________________________________________________________________</w:t>
      </w:r>
    </w:p>
    <w:p w14:paraId="18E33E4C" w14:textId="77777777" w:rsidR="00836752" w:rsidRDefault="00000000">
      <w:pPr>
        <w:spacing w:after="0"/>
      </w:pPr>
      <w:r>
        <w:t>________________________________________________________________________________</w:t>
      </w:r>
    </w:p>
    <w:p w14:paraId="60D99823" w14:textId="77777777" w:rsidR="00836752" w:rsidRDefault="00000000">
      <w:pPr>
        <w:spacing w:after="0"/>
      </w:pPr>
      <w:r>
        <w:t>________________________________________________________________________________</w:t>
      </w:r>
    </w:p>
    <w:p w14:paraId="16AE6F34" w14:textId="77777777" w:rsidR="00836752" w:rsidRDefault="00000000">
      <w:pPr>
        <w:spacing w:after="0"/>
      </w:pPr>
      <w:r>
        <w:t>________________________________________________________________________________</w:t>
      </w:r>
    </w:p>
    <w:p w14:paraId="3CECD45D" w14:textId="77777777" w:rsidR="00836752" w:rsidRDefault="00000000">
      <w:pPr>
        <w:spacing w:after="0"/>
      </w:pPr>
      <w:r>
        <w:t>________________________________________________________________________________</w:t>
      </w:r>
    </w:p>
    <w:p w14:paraId="649BCFA5" w14:textId="77777777" w:rsidR="00836752" w:rsidRDefault="00000000">
      <w:r>
        <w:br w:type="page"/>
      </w:r>
    </w:p>
    <w:p w14:paraId="4879E14E" w14:textId="77777777" w:rsidR="00836752" w:rsidRDefault="00000000">
      <w:pPr>
        <w:pStyle w:val="Heading1"/>
      </w:pPr>
      <w:r>
        <w:lastRenderedPageBreak/>
        <w:t>Chapter 13 Workbook | Influencers, Following and Engagement</w:t>
      </w:r>
    </w:p>
    <w:p w14:paraId="06C54A8D" w14:textId="77777777" w:rsidR="00836752" w:rsidRDefault="00000000">
      <w:pPr>
        <w:pStyle w:val="Heading2"/>
      </w:pPr>
      <w:r>
        <w:t>Chapter Focus</w:t>
      </w:r>
    </w:p>
    <w:p w14:paraId="59C9B533" w14:textId="77777777" w:rsidR="00836752" w:rsidRDefault="00000000">
      <w:r>
        <w:t>Build a light visibility plan that does not require you to become a content creator.</w:t>
      </w:r>
    </w:p>
    <w:tbl>
      <w:tblPr>
        <w:tblW w:w="0" w:type="auto"/>
        <w:jc w:val="center"/>
        <w:tblLook w:val="04A0" w:firstRow="1" w:lastRow="0" w:firstColumn="1" w:lastColumn="0" w:noHBand="0" w:noVBand="1"/>
      </w:tblPr>
      <w:tblGrid>
        <w:gridCol w:w="10224"/>
      </w:tblGrid>
      <w:tr w:rsidR="00836752" w14:paraId="656C610A" w14:textId="77777777">
        <w:trPr>
          <w:jc w:val="center"/>
        </w:trPr>
        <w:tc>
          <w:tcPr>
            <w:tcW w:w="10224" w:type="dxa"/>
            <w:shd w:val="clear" w:color="auto" w:fill="EAF7F7"/>
          </w:tcPr>
          <w:p w14:paraId="2A39454A" w14:textId="77777777" w:rsidR="00836752" w:rsidRDefault="00000000">
            <w:r>
              <w:rPr>
                <w:b/>
                <w:color w:val="081A49"/>
              </w:rPr>
              <w:t>Chapter Hint / Tip</w:t>
            </w:r>
          </w:p>
          <w:p w14:paraId="7223E09A" w14:textId="77777777" w:rsidR="00836752" w:rsidRDefault="00000000">
            <w:pPr>
              <w:spacing w:after="0"/>
            </w:pPr>
            <w:r>
              <w:t>You do not need to post every day. Thoughtful comments and relevant follows can increase visibility in the right spaces.</w:t>
            </w:r>
          </w:p>
        </w:tc>
      </w:tr>
    </w:tbl>
    <w:p w14:paraId="09D3A875" w14:textId="77777777" w:rsidR="00836752" w:rsidRDefault="00836752"/>
    <w:p w14:paraId="17F25298" w14:textId="77777777" w:rsidR="00836752" w:rsidRDefault="00000000">
      <w:pPr>
        <w:pStyle w:val="Heading2"/>
      </w:pPr>
      <w:r>
        <w:t>Workbook Exercise</w:t>
      </w:r>
    </w:p>
    <w:p w14:paraId="46574CA3" w14:textId="77777777" w:rsidR="00836752" w:rsidRDefault="00000000">
      <w:pPr>
        <w:pStyle w:val="Heading3"/>
      </w:pPr>
      <w:r>
        <w:t>Target companies to follow</w:t>
      </w:r>
    </w:p>
    <w:p w14:paraId="1E23E4A1" w14:textId="77777777" w:rsidR="00836752" w:rsidRDefault="00000000">
      <w:pPr>
        <w:spacing w:after="0"/>
      </w:pPr>
      <w:r>
        <w:t>________________________________________________________________________________</w:t>
      </w:r>
    </w:p>
    <w:p w14:paraId="6206BF0A" w14:textId="77777777" w:rsidR="00836752" w:rsidRDefault="00000000">
      <w:pPr>
        <w:spacing w:after="0"/>
      </w:pPr>
      <w:r>
        <w:t>________________________________________________________________________________</w:t>
      </w:r>
    </w:p>
    <w:p w14:paraId="37DBD892" w14:textId="77777777" w:rsidR="00836752" w:rsidRDefault="00000000">
      <w:pPr>
        <w:spacing w:after="0"/>
      </w:pPr>
      <w:r>
        <w:t>________________________________________________________________________________</w:t>
      </w:r>
    </w:p>
    <w:p w14:paraId="08102F23" w14:textId="77777777" w:rsidR="00836752" w:rsidRDefault="00000000">
      <w:pPr>
        <w:spacing w:after="0"/>
      </w:pPr>
      <w:r>
        <w:t>________________________________________________________________________________</w:t>
      </w:r>
    </w:p>
    <w:p w14:paraId="6FECF9E0" w14:textId="77777777" w:rsidR="00836752" w:rsidRDefault="00000000">
      <w:pPr>
        <w:spacing w:after="0"/>
      </w:pPr>
      <w:r>
        <w:t>________________________________________________________________________________</w:t>
      </w:r>
    </w:p>
    <w:p w14:paraId="713AEE00" w14:textId="77777777" w:rsidR="00836752" w:rsidRDefault="00000000">
      <w:pPr>
        <w:pStyle w:val="Heading3"/>
      </w:pPr>
      <w:r>
        <w:t>Recruiters / hiring voices to follow</w:t>
      </w:r>
    </w:p>
    <w:p w14:paraId="7CC957EE" w14:textId="77777777" w:rsidR="00836752" w:rsidRDefault="00000000">
      <w:pPr>
        <w:spacing w:after="0"/>
      </w:pPr>
      <w:r>
        <w:t>________________________________________________________________________________</w:t>
      </w:r>
    </w:p>
    <w:p w14:paraId="533F2EE2" w14:textId="77777777" w:rsidR="00836752" w:rsidRDefault="00000000">
      <w:pPr>
        <w:spacing w:after="0"/>
      </w:pPr>
      <w:r>
        <w:t>________________________________________________________________________________</w:t>
      </w:r>
    </w:p>
    <w:p w14:paraId="39F683D2" w14:textId="77777777" w:rsidR="00836752" w:rsidRDefault="00000000">
      <w:pPr>
        <w:spacing w:after="0"/>
      </w:pPr>
      <w:r>
        <w:t>________________________________________________________________________________</w:t>
      </w:r>
    </w:p>
    <w:p w14:paraId="412BE276" w14:textId="77777777" w:rsidR="00836752" w:rsidRDefault="00000000">
      <w:pPr>
        <w:spacing w:after="0"/>
      </w:pPr>
      <w:r>
        <w:t>________________________________________________________________________________</w:t>
      </w:r>
    </w:p>
    <w:p w14:paraId="4B9B942B" w14:textId="77777777" w:rsidR="00836752" w:rsidRDefault="00000000">
      <w:pPr>
        <w:spacing w:after="0"/>
      </w:pPr>
      <w:r>
        <w:t>________________________________________________________________________________</w:t>
      </w:r>
    </w:p>
    <w:p w14:paraId="2A902484" w14:textId="77777777" w:rsidR="00836752" w:rsidRDefault="00000000">
      <w:pPr>
        <w:pStyle w:val="Heading3"/>
      </w:pPr>
      <w:r>
        <w:t>Industry influencers / professional bodies / newsletters</w:t>
      </w:r>
    </w:p>
    <w:p w14:paraId="76D5AF32" w14:textId="77777777" w:rsidR="00836752" w:rsidRDefault="00000000">
      <w:pPr>
        <w:spacing w:after="0"/>
      </w:pPr>
      <w:r>
        <w:t>________________________________________________________________________________</w:t>
      </w:r>
    </w:p>
    <w:p w14:paraId="7EAF09CC" w14:textId="77777777" w:rsidR="00836752" w:rsidRDefault="00000000">
      <w:pPr>
        <w:spacing w:after="0"/>
      </w:pPr>
      <w:r>
        <w:t>________________________________________________________________________________</w:t>
      </w:r>
    </w:p>
    <w:p w14:paraId="1C17C209" w14:textId="77777777" w:rsidR="00836752" w:rsidRDefault="00000000">
      <w:pPr>
        <w:spacing w:after="0"/>
      </w:pPr>
      <w:r>
        <w:t>________________________________________________________________________________</w:t>
      </w:r>
    </w:p>
    <w:p w14:paraId="567B8E89" w14:textId="77777777" w:rsidR="00836752" w:rsidRDefault="00000000">
      <w:pPr>
        <w:spacing w:after="0"/>
      </w:pPr>
      <w:r>
        <w:t>________________________________________________________________________________</w:t>
      </w:r>
    </w:p>
    <w:p w14:paraId="5D18119B" w14:textId="77777777" w:rsidR="00836752" w:rsidRDefault="00000000">
      <w:pPr>
        <w:spacing w:after="0"/>
      </w:pPr>
      <w:r>
        <w:t>________________________________________________________________________________</w:t>
      </w:r>
    </w:p>
    <w:p w14:paraId="7F686077" w14:textId="77777777" w:rsidR="00836752" w:rsidRDefault="00000000">
      <w:pPr>
        <w:pStyle w:val="Heading3"/>
      </w:pPr>
      <w:r>
        <w:t>Commenting topics you feel confident contributing to</w:t>
      </w:r>
    </w:p>
    <w:p w14:paraId="6249AA6B" w14:textId="77777777" w:rsidR="00836752" w:rsidRDefault="00000000">
      <w:pPr>
        <w:spacing w:after="0"/>
      </w:pPr>
      <w:r>
        <w:t>________________________________________________________________________________</w:t>
      </w:r>
    </w:p>
    <w:p w14:paraId="3F1BA802" w14:textId="77777777" w:rsidR="00836752" w:rsidRDefault="00000000">
      <w:pPr>
        <w:spacing w:after="0"/>
      </w:pPr>
      <w:r>
        <w:t>________________________________________________________________________________</w:t>
      </w:r>
    </w:p>
    <w:p w14:paraId="2309261A" w14:textId="77777777" w:rsidR="00836752" w:rsidRDefault="00000000">
      <w:pPr>
        <w:spacing w:after="0"/>
      </w:pPr>
      <w:r>
        <w:t>________________________________________________________________________________</w:t>
      </w:r>
    </w:p>
    <w:p w14:paraId="310770F6" w14:textId="77777777" w:rsidR="00836752" w:rsidRDefault="00000000">
      <w:pPr>
        <w:spacing w:after="0"/>
      </w:pPr>
      <w:r>
        <w:t>________________________________________________________________________________</w:t>
      </w:r>
    </w:p>
    <w:p w14:paraId="05856C15" w14:textId="77777777" w:rsidR="00836752" w:rsidRDefault="00000000">
      <w:pPr>
        <w:spacing w:after="0"/>
      </w:pPr>
      <w:r>
        <w:t>________________________________________________________________________________</w:t>
      </w:r>
    </w:p>
    <w:p w14:paraId="6A900584" w14:textId="77777777" w:rsidR="00836752" w:rsidRDefault="00000000">
      <w:pPr>
        <w:pStyle w:val="Heading3"/>
      </w:pPr>
      <w:r>
        <w:t>Weekly engagement plan</w:t>
      </w:r>
    </w:p>
    <w:p w14:paraId="32309962" w14:textId="77777777" w:rsidR="00836752" w:rsidRDefault="00000000">
      <w:pPr>
        <w:spacing w:after="0"/>
      </w:pPr>
      <w:r>
        <w:t>________________________________________________________________________________</w:t>
      </w:r>
    </w:p>
    <w:p w14:paraId="0D7904D2" w14:textId="77777777" w:rsidR="00836752" w:rsidRDefault="00000000">
      <w:pPr>
        <w:spacing w:after="0"/>
      </w:pPr>
      <w:r>
        <w:t>________________________________________________________________________________</w:t>
      </w:r>
    </w:p>
    <w:p w14:paraId="76BA92F3" w14:textId="77777777" w:rsidR="00836752" w:rsidRDefault="00000000">
      <w:pPr>
        <w:spacing w:after="0"/>
      </w:pPr>
      <w:r>
        <w:t>________________________________________________________________________________</w:t>
      </w:r>
    </w:p>
    <w:p w14:paraId="6EA469FD" w14:textId="77777777" w:rsidR="00836752" w:rsidRDefault="00000000">
      <w:pPr>
        <w:spacing w:after="0"/>
      </w:pPr>
      <w:r>
        <w:t>________________________________________________________________________________</w:t>
      </w:r>
    </w:p>
    <w:p w14:paraId="3482F689" w14:textId="77777777" w:rsidR="00836752" w:rsidRDefault="00000000">
      <w:pPr>
        <w:spacing w:after="0"/>
      </w:pPr>
      <w:r>
        <w:t>________________________________________________________________________________</w:t>
      </w:r>
    </w:p>
    <w:p w14:paraId="1F38C7B4" w14:textId="77777777" w:rsidR="00836752" w:rsidRDefault="00000000">
      <w:pPr>
        <w:pStyle w:val="Heading2"/>
      </w:pPr>
      <w:r>
        <w:t>Reflection Prompts</w:t>
      </w:r>
    </w:p>
    <w:p w14:paraId="60520760" w14:textId="77777777" w:rsidR="00836752" w:rsidRDefault="00000000">
      <w:pPr>
        <w:pStyle w:val="ListBullet"/>
      </w:pPr>
      <w:r>
        <w:t>Where do you want to become more visible?</w:t>
      </w:r>
    </w:p>
    <w:p w14:paraId="45F1D68D" w14:textId="77777777" w:rsidR="00836752" w:rsidRDefault="00000000">
      <w:pPr>
        <w:spacing w:after="0"/>
      </w:pPr>
      <w:r>
        <w:lastRenderedPageBreak/>
        <w:t>________________________________________________________________________________</w:t>
      </w:r>
    </w:p>
    <w:p w14:paraId="69C0AF8B" w14:textId="77777777" w:rsidR="00836752" w:rsidRDefault="00000000">
      <w:pPr>
        <w:spacing w:after="0"/>
      </w:pPr>
      <w:r>
        <w:t>________________________________________________________________________________</w:t>
      </w:r>
    </w:p>
    <w:p w14:paraId="201B5CE9" w14:textId="77777777" w:rsidR="00836752" w:rsidRDefault="00000000">
      <w:pPr>
        <w:pStyle w:val="ListBullet"/>
      </w:pPr>
      <w:r>
        <w:t>What type of engagement feels manageable and authentic?</w:t>
      </w:r>
    </w:p>
    <w:p w14:paraId="54C82252" w14:textId="77777777" w:rsidR="00836752" w:rsidRDefault="00000000">
      <w:pPr>
        <w:spacing w:after="0"/>
      </w:pPr>
      <w:r>
        <w:t>________________________________________________________________________________</w:t>
      </w:r>
    </w:p>
    <w:p w14:paraId="1CD98F2A" w14:textId="77777777" w:rsidR="00836752" w:rsidRDefault="00000000">
      <w:pPr>
        <w:spacing w:after="0"/>
      </w:pPr>
      <w:r>
        <w:t>________________________________________________________________________________</w:t>
      </w:r>
    </w:p>
    <w:p w14:paraId="6155FCE5" w14:textId="77777777" w:rsidR="00836752" w:rsidRDefault="00000000">
      <w:pPr>
        <w:pStyle w:val="Heading2"/>
      </w:pPr>
      <w:r>
        <w:t>Notes</w:t>
      </w:r>
    </w:p>
    <w:p w14:paraId="3AD3D7B3" w14:textId="77777777" w:rsidR="00836752" w:rsidRDefault="00000000">
      <w:pPr>
        <w:spacing w:after="0"/>
      </w:pPr>
      <w:r>
        <w:t>________________________________________________________________________________</w:t>
      </w:r>
    </w:p>
    <w:p w14:paraId="6C06C731" w14:textId="77777777" w:rsidR="00836752" w:rsidRDefault="00000000">
      <w:pPr>
        <w:spacing w:after="0"/>
      </w:pPr>
      <w:r>
        <w:t>________________________________________________________________________________</w:t>
      </w:r>
    </w:p>
    <w:p w14:paraId="5B14827C" w14:textId="77777777" w:rsidR="00836752" w:rsidRDefault="00000000">
      <w:pPr>
        <w:spacing w:after="0"/>
      </w:pPr>
      <w:r>
        <w:t>________________________________________________________________________________</w:t>
      </w:r>
    </w:p>
    <w:p w14:paraId="3CDEA73D" w14:textId="77777777" w:rsidR="00836752" w:rsidRDefault="00000000">
      <w:pPr>
        <w:spacing w:after="0"/>
      </w:pPr>
      <w:r>
        <w:t>________________________________________________________________________________</w:t>
      </w:r>
    </w:p>
    <w:p w14:paraId="44C2A0FB" w14:textId="77777777" w:rsidR="00836752" w:rsidRDefault="00000000">
      <w:pPr>
        <w:spacing w:after="0"/>
      </w:pPr>
      <w:r>
        <w:t>________________________________________________________________________________</w:t>
      </w:r>
    </w:p>
    <w:p w14:paraId="79A6A482" w14:textId="77777777" w:rsidR="00836752" w:rsidRDefault="00000000">
      <w:pPr>
        <w:spacing w:after="0"/>
      </w:pPr>
      <w:r>
        <w:t>________________________________________________________________________________</w:t>
      </w:r>
    </w:p>
    <w:p w14:paraId="0901FB94" w14:textId="77777777" w:rsidR="00836752" w:rsidRDefault="00000000">
      <w:r>
        <w:br w:type="page"/>
      </w:r>
    </w:p>
    <w:p w14:paraId="2C1D030E" w14:textId="77777777" w:rsidR="00836752" w:rsidRDefault="00000000">
      <w:pPr>
        <w:pStyle w:val="Heading1"/>
      </w:pPr>
      <w:r>
        <w:lastRenderedPageBreak/>
        <w:t>Chapter 14 Workbook | Open to Work Settings</w:t>
      </w:r>
    </w:p>
    <w:p w14:paraId="700B02F4" w14:textId="77777777" w:rsidR="00836752" w:rsidRDefault="00000000">
      <w:pPr>
        <w:pStyle w:val="Heading2"/>
      </w:pPr>
      <w:r>
        <w:t>Chapter Focus</w:t>
      </w:r>
    </w:p>
    <w:p w14:paraId="717D46CB" w14:textId="77777777" w:rsidR="00836752" w:rsidRDefault="00000000">
      <w:r>
        <w:t>Decide how visible you want your job search to be.</w:t>
      </w:r>
    </w:p>
    <w:tbl>
      <w:tblPr>
        <w:tblW w:w="0" w:type="auto"/>
        <w:jc w:val="center"/>
        <w:tblLook w:val="04A0" w:firstRow="1" w:lastRow="0" w:firstColumn="1" w:lastColumn="0" w:noHBand="0" w:noVBand="1"/>
      </w:tblPr>
      <w:tblGrid>
        <w:gridCol w:w="10224"/>
      </w:tblGrid>
      <w:tr w:rsidR="00836752" w14:paraId="7C50D0B4" w14:textId="77777777">
        <w:trPr>
          <w:jc w:val="center"/>
        </w:trPr>
        <w:tc>
          <w:tcPr>
            <w:tcW w:w="10224" w:type="dxa"/>
            <w:shd w:val="clear" w:color="auto" w:fill="EAF7F7"/>
          </w:tcPr>
          <w:p w14:paraId="6E11D932" w14:textId="77777777" w:rsidR="00836752" w:rsidRDefault="00000000">
            <w:r>
              <w:rPr>
                <w:b/>
                <w:color w:val="081A49"/>
              </w:rPr>
              <w:t>Chapter Hint / Tip</w:t>
            </w:r>
          </w:p>
          <w:p w14:paraId="3DC65251" w14:textId="77777777" w:rsidR="00836752" w:rsidRDefault="00000000">
            <w:pPr>
              <w:spacing w:after="0"/>
            </w:pPr>
            <w:r>
              <w:t>There is no one right answer. Choose the setting that matches your employment status, seniority, confidence level and circumstances.</w:t>
            </w:r>
          </w:p>
        </w:tc>
      </w:tr>
    </w:tbl>
    <w:p w14:paraId="43637D14" w14:textId="77777777" w:rsidR="00836752" w:rsidRDefault="00836752"/>
    <w:p w14:paraId="5AC2537D" w14:textId="77777777" w:rsidR="00836752" w:rsidRDefault="00000000">
      <w:pPr>
        <w:pStyle w:val="Heading2"/>
      </w:pPr>
      <w:r>
        <w:t>Workbook Exercise</w:t>
      </w:r>
    </w:p>
    <w:p w14:paraId="6C09B979" w14:textId="77777777" w:rsidR="00836752" w:rsidRDefault="00000000">
      <w:pPr>
        <w:pStyle w:val="Heading3"/>
      </w:pPr>
      <w:r>
        <w:t>Employment status and sensitivity considerations</w:t>
      </w:r>
    </w:p>
    <w:p w14:paraId="4C1D59B5" w14:textId="77777777" w:rsidR="00836752" w:rsidRDefault="00000000">
      <w:pPr>
        <w:spacing w:after="0"/>
      </w:pPr>
      <w:r>
        <w:t>________________________________________________________________________________</w:t>
      </w:r>
    </w:p>
    <w:p w14:paraId="1D074D3F" w14:textId="77777777" w:rsidR="00836752" w:rsidRDefault="00000000">
      <w:pPr>
        <w:spacing w:after="0"/>
      </w:pPr>
      <w:r>
        <w:t>________________________________________________________________________________</w:t>
      </w:r>
    </w:p>
    <w:p w14:paraId="3C2B3138" w14:textId="77777777" w:rsidR="00836752" w:rsidRDefault="00000000">
      <w:pPr>
        <w:spacing w:after="0"/>
      </w:pPr>
      <w:r>
        <w:t>________________________________________________________________________________</w:t>
      </w:r>
    </w:p>
    <w:p w14:paraId="600C082F" w14:textId="77777777" w:rsidR="00836752" w:rsidRDefault="00000000">
      <w:pPr>
        <w:spacing w:after="0"/>
      </w:pPr>
      <w:r>
        <w:t>________________________________________________________________________________</w:t>
      </w:r>
    </w:p>
    <w:p w14:paraId="48A2E0EB" w14:textId="77777777" w:rsidR="00836752" w:rsidRDefault="00000000">
      <w:pPr>
        <w:pStyle w:val="Heading3"/>
      </w:pPr>
      <w:r>
        <w:t>Target job titles for Open to Work settings</w:t>
      </w:r>
    </w:p>
    <w:p w14:paraId="2B9B7C27" w14:textId="77777777" w:rsidR="00836752" w:rsidRDefault="00000000">
      <w:pPr>
        <w:spacing w:after="0"/>
      </w:pPr>
      <w:r>
        <w:t>________________________________________________________________________________</w:t>
      </w:r>
    </w:p>
    <w:p w14:paraId="06F6A369" w14:textId="77777777" w:rsidR="00836752" w:rsidRDefault="00000000">
      <w:pPr>
        <w:spacing w:after="0"/>
      </w:pPr>
      <w:r>
        <w:t>________________________________________________________________________________</w:t>
      </w:r>
    </w:p>
    <w:p w14:paraId="3EE7B24F" w14:textId="77777777" w:rsidR="00836752" w:rsidRDefault="00000000">
      <w:pPr>
        <w:spacing w:after="0"/>
      </w:pPr>
      <w:r>
        <w:t>________________________________________________________________________________</w:t>
      </w:r>
    </w:p>
    <w:p w14:paraId="59B05F42" w14:textId="77777777" w:rsidR="00836752" w:rsidRDefault="00000000">
      <w:pPr>
        <w:spacing w:after="0"/>
      </w:pPr>
      <w:r>
        <w:t>________________________________________________________________________________</w:t>
      </w:r>
    </w:p>
    <w:p w14:paraId="5E4349A8" w14:textId="77777777" w:rsidR="00836752" w:rsidRDefault="00000000">
      <w:pPr>
        <w:spacing w:after="0"/>
      </w:pPr>
      <w:r>
        <w:t>________________________________________________________________________________</w:t>
      </w:r>
    </w:p>
    <w:p w14:paraId="566D9456" w14:textId="77777777" w:rsidR="00836752" w:rsidRDefault="00000000">
      <w:pPr>
        <w:pStyle w:val="Heading3"/>
      </w:pPr>
      <w:r>
        <w:t>Preferred locations / remote / hybrid options</w:t>
      </w:r>
    </w:p>
    <w:p w14:paraId="44E08D12" w14:textId="77777777" w:rsidR="00836752" w:rsidRDefault="00000000">
      <w:pPr>
        <w:spacing w:after="0"/>
      </w:pPr>
      <w:r>
        <w:t>________________________________________________________________________________</w:t>
      </w:r>
    </w:p>
    <w:p w14:paraId="7590BF9B" w14:textId="77777777" w:rsidR="00836752" w:rsidRDefault="00000000">
      <w:pPr>
        <w:spacing w:after="0"/>
      </w:pPr>
      <w:r>
        <w:t>________________________________________________________________________________</w:t>
      </w:r>
    </w:p>
    <w:p w14:paraId="4D1395DE" w14:textId="77777777" w:rsidR="00836752" w:rsidRDefault="00000000">
      <w:pPr>
        <w:spacing w:after="0"/>
      </w:pPr>
      <w:r>
        <w:t>________________________________________________________________________________</w:t>
      </w:r>
    </w:p>
    <w:p w14:paraId="03694988" w14:textId="77777777" w:rsidR="00836752" w:rsidRDefault="00000000">
      <w:pPr>
        <w:spacing w:after="0"/>
      </w:pPr>
      <w:r>
        <w:t>________________________________________________________________________________</w:t>
      </w:r>
    </w:p>
    <w:p w14:paraId="79369EC0" w14:textId="77777777" w:rsidR="00836752" w:rsidRDefault="00000000">
      <w:pPr>
        <w:pStyle w:val="Heading3"/>
      </w:pPr>
      <w:r>
        <w:t>Recruiter-only or public green banner: decision and reason</w:t>
      </w:r>
    </w:p>
    <w:p w14:paraId="3F751C5E" w14:textId="77777777" w:rsidR="00836752" w:rsidRDefault="00000000">
      <w:pPr>
        <w:spacing w:after="0"/>
      </w:pPr>
      <w:r>
        <w:t>________________________________________________________________________________</w:t>
      </w:r>
    </w:p>
    <w:p w14:paraId="0ACE1C4A" w14:textId="77777777" w:rsidR="00836752" w:rsidRDefault="00000000">
      <w:pPr>
        <w:spacing w:after="0"/>
      </w:pPr>
      <w:r>
        <w:t>________________________________________________________________________________</w:t>
      </w:r>
    </w:p>
    <w:p w14:paraId="20200A11" w14:textId="77777777" w:rsidR="00836752" w:rsidRDefault="00000000">
      <w:pPr>
        <w:spacing w:after="0"/>
      </w:pPr>
      <w:r>
        <w:t>________________________________________________________________________________</w:t>
      </w:r>
    </w:p>
    <w:p w14:paraId="082EF716" w14:textId="77777777" w:rsidR="00836752" w:rsidRDefault="00000000">
      <w:pPr>
        <w:spacing w:after="0"/>
      </w:pPr>
      <w:r>
        <w:t>________________________________________________________________________________</w:t>
      </w:r>
    </w:p>
    <w:p w14:paraId="0CC9B05B" w14:textId="77777777" w:rsidR="00836752" w:rsidRDefault="00000000">
      <w:pPr>
        <w:pStyle w:val="Heading2"/>
      </w:pPr>
      <w:r>
        <w:t>Reflection Prompts</w:t>
      </w:r>
    </w:p>
    <w:p w14:paraId="307F50BA" w14:textId="77777777" w:rsidR="00836752" w:rsidRDefault="00000000">
      <w:pPr>
        <w:pStyle w:val="ListBullet"/>
      </w:pPr>
      <w:r>
        <w:t>What feels safe and strategic for you?</w:t>
      </w:r>
    </w:p>
    <w:p w14:paraId="1F48B5DB" w14:textId="77777777" w:rsidR="00836752" w:rsidRDefault="00000000">
      <w:pPr>
        <w:spacing w:after="0"/>
      </w:pPr>
      <w:r>
        <w:t>________________________________________________________________________________</w:t>
      </w:r>
    </w:p>
    <w:p w14:paraId="43755492" w14:textId="77777777" w:rsidR="00836752" w:rsidRDefault="00000000">
      <w:pPr>
        <w:spacing w:after="0"/>
      </w:pPr>
      <w:r>
        <w:t>________________________________________________________________________________</w:t>
      </w:r>
    </w:p>
    <w:p w14:paraId="073A3FDB" w14:textId="77777777" w:rsidR="00836752" w:rsidRDefault="00000000">
      <w:pPr>
        <w:pStyle w:val="ListBullet"/>
      </w:pPr>
      <w:r>
        <w:t>Are your Open to Work job titles focused enough?</w:t>
      </w:r>
    </w:p>
    <w:p w14:paraId="60B06DBA" w14:textId="77777777" w:rsidR="00836752" w:rsidRDefault="00000000">
      <w:pPr>
        <w:spacing w:after="0"/>
      </w:pPr>
      <w:r>
        <w:t>________________________________________________________________________________</w:t>
      </w:r>
    </w:p>
    <w:p w14:paraId="6B6E691C" w14:textId="77777777" w:rsidR="00836752" w:rsidRDefault="00000000">
      <w:pPr>
        <w:spacing w:after="0"/>
      </w:pPr>
      <w:r>
        <w:t>________________________________________________________________________________</w:t>
      </w:r>
    </w:p>
    <w:p w14:paraId="05C350A2" w14:textId="77777777" w:rsidR="00836752" w:rsidRDefault="00000000">
      <w:pPr>
        <w:pStyle w:val="Heading2"/>
      </w:pPr>
      <w:r>
        <w:t>Notes</w:t>
      </w:r>
    </w:p>
    <w:p w14:paraId="30F91B43" w14:textId="77777777" w:rsidR="00836752" w:rsidRDefault="00000000">
      <w:pPr>
        <w:spacing w:after="0"/>
      </w:pPr>
      <w:r>
        <w:t>________________________________________________________________________________</w:t>
      </w:r>
    </w:p>
    <w:p w14:paraId="5F97ACF5" w14:textId="77777777" w:rsidR="00836752" w:rsidRDefault="00000000">
      <w:pPr>
        <w:spacing w:after="0"/>
      </w:pPr>
      <w:r>
        <w:t>________________________________________________________________________________</w:t>
      </w:r>
    </w:p>
    <w:p w14:paraId="58D3281E" w14:textId="77777777" w:rsidR="00836752" w:rsidRDefault="00000000">
      <w:pPr>
        <w:spacing w:after="0"/>
      </w:pPr>
      <w:r>
        <w:lastRenderedPageBreak/>
        <w:t>________________________________________________________________________________</w:t>
      </w:r>
    </w:p>
    <w:p w14:paraId="37B6DD11" w14:textId="77777777" w:rsidR="00836752" w:rsidRDefault="00000000">
      <w:pPr>
        <w:spacing w:after="0"/>
      </w:pPr>
      <w:r>
        <w:t>________________________________________________________________________________</w:t>
      </w:r>
    </w:p>
    <w:p w14:paraId="7D4BAAAA" w14:textId="77777777" w:rsidR="00836752" w:rsidRDefault="00000000">
      <w:pPr>
        <w:spacing w:after="0"/>
      </w:pPr>
      <w:r>
        <w:t>________________________________________________________________________________</w:t>
      </w:r>
    </w:p>
    <w:p w14:paraId="5ADF45A0" w14:textId="77777777" w:rsidR="00836752" w:rsidRDefault="00000000">
      <w:pPr>
        <w:spacing w:after="0"/>
      </w:pPr>
      <w:r>
        <w:t>________________________________________________________________________________</w:t>
      </w:r>
    </w:p>
    <w:p w14:paraId="427EED5B" w14:textId="77777777" w:rsidR="00836752" w:rsidRDefault="00000000">
      <w:r>
        <w:br w:type="page"/>
      </w:r>
    </w:p>
    <w:p w14:paraId="1A649AEC" w14:textId="77777777" w:rsidR="00836752" w:rsidRDefault="00000000">
      <w:pPr>
        <w:pStyle w:val="Heading1"/>
      </w:pPr>
      <w:r>
        <w:lastRenderedPageBreak/>
        <w:t>Chapter 15 Workbook | Final Profile Review</w:t>
      </w:r>
    </w:p>
    <w:p w14:paraId="20980190" w14:textId="77777777" w:rsidR="00836752" w:rsidRDefault="00000000">
      <w:pPr>
        <w:pStyle w:val="Heading2"/>
      </w:pPr>
      <w:r>
        <w:t>Chapter Focus</w:t>
      </w:r>
    </w:p>
    <w:p w14:paraId="0280C323" w14:textId="77777777" w:rsidR="00836752" w:rsidRDefault="00000000">
      <w:r>
        <w:t>Complete a strategic review before you treat your profile as finished.</w:t>
      </w:r>
    </w:p>
    <w:tbl>
      <w:tblPr>
        <w:tblW w:w="0" w:type="auto"/>
        <w:jc w:val="center"/>
        <w:tblLook w:val="04A0" w:firstRow="1" w:lastRow="0" w:firstColumn="1" w:lastColumn="0" w:noHBand="0" w:noVBand="1"/>
      </w:tblPr>
      <w:tblGrid>
        <w:gridCol w:w="10224"/>
      </w:tblGrid>
      <w:tr w:rsidR="00836752" w14:paraId="65A73CAB" w14:textId="77777777">
        <w:trPr>
          <w:jc w:val="center"/>
        </w:trPr>
        <w:tc>
          <w:tcPr>
            <w:tcW w:w="10224" w:type="dxa"/>
            <w:shd w:val="clear" w:color="auto" w:fill="EAF7F7"/>
          </w:tcPr>
          <w:p w14:paraId="20CAD6AE" w14:textId="77777777" w:rsidR="00836752" w:rsidRDefault="00000000">
            <w:r>
              <w:rPr>
                <w:b/>
                <w:color w:val="081A49"/>
              </w:rPr>
              <w:t>Chapter Hint / Tip</w:t>
            </w:r>
          </w:p>
          <w:p w14:paraId="209A9733" w14:textId="77777777" w:rsidR="00836752" w:rsidRDefault="00000000">
            <w:pPr>
              <w:spacing w:after="0"/>
            </w:pPr>
            <w:r>
              <w:t>Do not just proofread. Review for clarity, search, credibility, alignment and audience understanding.</w:t>
            </w:r>
          </w:p>
        </w:tc>
      </w:tr>
    </w:tbl>
    <w:p w14:paraId="5BCF4E5A" w14:textId="77777777" w:rsidR="00836752" w:rsidRDefault="00836752"/>
    <w:p w14:paraId="3AFDB18E" w14:textId="77777777" w:rsidR="00836752" w:rsidRDefault="00000000">
      <w:pPr>
        <w:pStyle w:val="Heading2"/>
      </w:pPr>
      <w:r>
        <w:t>Workbook Exercise</w:t>
      </w:r>
    </w:p>
    <w:p w14:paraId="31916CC7" w14:textId="77777777" w:rsidR="00836752" w:rsidRDefault="00000000">
      <w:pPr>
        <w:pStyle w:val="Heading3"/>
      </w:pPr>
      <w:r>
        <w:t>What would someone understand in 10 seconds?</w:t>
      </w:r>
    </w:p>
    <w:p w14:paraId="3306E01E" w14:textId="77777777" w:rsidR="00836752" w:rsidRDefault="00000000">
      <w:pPr>
        <w:spacing w:after="0"/>
      </w:pPr>
      <w:r>
        <w:t>________________________________________________________________________________</w:t>
      </w:r>
    </w:p>
    <w:p w14:paraId="29D09FDD" w14:textId="77777777" w:rsidR="00836752" w:rsidRDefault="00000000">
      <w:pPr>
        <w:spacing w:after="0"/>
      </w:pPr>
      <w:r>
        <w:t>________________________________________________________________________________</w:t>
      </w:r>
    </w:p>
    <w:p w14:paraId="4391A745" w14:textId="77777777" w:rsidR="00836752" w:rsidRDefault="00000000">
      <w:pPr>
        <w:spacing w:after="0"/>
      </w:pPr>
      <w:r>
        <w:t>________________________________________________________________________________</w:t>
      </w:r>
    </w:p>
    <w:p w14:paraId="45CACE91" w14:textId="77777777" w:rsidR="00836752" w:rsidRDefault="00000000">
      <w:pPr>
        <w:spacing w:after="0"/>
      </w:pPr>
      <w:r>
        <w:t>________________________________________________________________________________</w:t>
      </w:r>
    </w:p>
    <w:p w14:paraId="10637BFA" w14:textId="77777777" w:rsidR="00836752" w:rsidRDefault="00000000">
      <w:pPr>
        <w:pStyle w:val="Heading3"/>
      </w:pPr>
      <w:r>
        <w:t>What search terms are clearly present?</w:t>
      </w:r>
    </w:p>
    <w:p w14:paraId="5397DD7E" w14:textId="77777777" w:rsidR="00836752" w:rsidRDefault="00000000">
      <w:pPr>
        <w:spacing w:after="0"/>
      </w:pPr>
      <w:r>
        <w:t>________________________________________________________________________________</w:t>
      </w:r>
    </w:p>
    <w:p w14:paraId="0419030B" w14:textId="77777777" w:rsidR="00836752" w:rsidRDefault="00000000">
      <w:pPr>
        <w:spacing w:after="0"/>
      </w:pPr>
      <w:r>
        <w:t>________________________________________________________________________________</w:t>
      </w:r>
    </w:p>
    <w:p w14:paraId="4E966F6C" w14:textId="77777777" w:rsidR="00836752" w:rsidRDefault="00000000">
      <w:pPr>
        <w:spacing w:after="0"/>
      </w:pPr>
      <w:r>
        <w:t>________________________________________________________________________________</w:t>
      </w:r>
    </w:p>
    <w:p w14:paraId="7C3D6570" w14:textId="77777777" w:rsidR="00836752" w:rsidRDefault="00000000">
      <w:pPr>
        <w:spacing w:after="0"/>
      </w:pPr>
      <w:r>
        <w:t>________________________________________________________________________________</w:t>
      </w:r>
    </w:p>
    <w:p w14:paraId="5A696668" w14:textId="77777777" w:rsidR="00836752" w:rsidRDefault="00000000">
      <w:pPr>
        <w:pStyle w:val="Heading3"/>
      </w:pPr>
      <w:r>
        <w:t>What evidence supports your target roles?</w:t>
      </w:r>
    </w:p>
    <w:p w14:paraId="188A9334" w14:textId="77777777" w:rsidR="00836752" w:rsidRDefault="00000000">
      <w:pPr>
        <w:spacing w:after="0"/>
      </w:pPr>
      <w:r>
        <w:t>________________________________________________________________________________</w:t>
      </w:r>
    </w:p>
    <w:p w14:paraId="173DE931" w14:textId="77777777" w:rsidR="00836752" w:rsidRDefault="00000000">
      <w:pPr>
        <w:spacing w:after="0"/>
      </w:pPr>
      <w:r>
        <w:t>________________________________________________________________________________</w:t>
      </w:r>
    </w:p>
    <w:p w14:paraId="3D27B23A" w14:textId="77777777" w:rsidR="00836752" w:rsidRDefault="00000000">
      <w:pPr>
        <w:spacing w:after="0"/>
      </w:pPr>
      <w:r>
        <w:t>________________________________________________________________________________</w:t>
      </w:r>
    </w:p>
    <w:p w14:paraId="36ED221A" w14:textId="77777777" w:rsidR="00836752" w:rsidRDefault="00000000">
      <w:pPr>
        <w:spacing w:after="0"/>
      </w:pPr>
      <w:r>
        <w:t>________________________________________________________________________________</w:t>
      </w:r>
    </w:p>
    <w:p w14:paraId="424220C7" w14:textId="77777777" w:rsidR="00836752" w:rsidRDefault="00000000">
      <w:pPr>
        <w:spacing w:after="0"/>
      </w:pPr>
      <w:r>
        <w:t>________________________________________________________________________________</w:t>
      </w:r>
    </w:p>
    <w:p w14:paraId="7DF04A41" w14:textId="77777777" w:rsidR="00836752" w:rsidRDefault="00000000">
      <w:pPr>
        <w:pStyle w:val="Heading3"/>
      </w:pPr>
      <w:r>
        <w:t>What still feels vague or underdeveloped?</w:t>
      </w:r>
    </w:p>
    <w:p w14:paraId="065DA943" w14:textId="77777777" w:rsidR="00836752" w:rsidRDefault="00000000">
      <w:pPr>
        <w:spacing w:after="0"/>
      </w:pPr>
      <w:r>
        <w:t>________________________________________________________________________________</w:t>
      </w:r>
    </w:p>
    <w:p w14:paraId="52331660" w14:textId="77777777" w:rsidR="00836752" w:rsidRDefault="00000000">
      <w:pPr>
        <w:spacing w:after="0"/>
      </w:pPr>
      <w:r>
        <w:t>________________________________________________________________________________</w:t>
      </w:r>
    </w:p>
    <w:p w14:paraId="0CEE5312" w14:textId="77777777" w:rsidR="00836752" w:rsidRDefault="00000000">
      <w:pPr>
        <w:spacing w:after="0"/>
      </w:pPr>
      <w:r>
        <w:t>________________________________________________________________________________</w:t>
      </w:r>
    </w:p>
    <w:p w14:paraId="2DF5861F" w14:textId="77777777" w:rsidR="00836752" w:rsidRDefault="00000000">
      <w:pPr>
        <w:spacing w:after="0"/>
      </w:pPr>
      <w:r>
        <w:t>________________________________________________________________________________</w:t>
      </w:r>
    </w:p>
    <w:p w14:paraId="3F273006" w14:textId="77777777" w:rsidR="00836752" w:rsidRDefault="00000000">
      <w:pPr>
        <w:spacing w:after="0"/>
      </w:pPr>
      <w:r>
        <w:t>________________________________________________________________________________</w:t>
      </w:r>
    </w:p>
    <w:p w14:paraId="5D6A2B12" w14:textId="77777777" w:rsidR="00836752" w:rsidRDefault="00000000">
      <w:pPr>
        <w:pStyle w:val="Heading3"/>
      </w:pPr>
      <w:r>
        <w:t>Final changes to make before publishing</w:t>
      </w:r>
    </w:p>
    <w:p w14:paraId="4D034A06" w14:textId="77777777" w:rsidR="00836752" w:rsidRDefault="00000000">
      <w:pPr>
        <w:spacing w:after="0"/>
      </w:pPr>
      <w:r>
        <w:t>________________________________________________________________________________</w:t>
      </w:r>
    </w:p>
    <w:p w14:paraId="123BA505" w14:textId="77777777" w:rsidR="00836752" w:rsidRDefault="00000000">
      <w:pPr>
        <w:spacing w:after="0"/>
      </w:pPr>
      <w:r>
        <w:t>________________________________________________________________________________</w:t>
      </w:r>
    </w:p>
    <w:p w14:paraId="15366651" w14:textId="77777777" w:rsidR="00836752" w:rsidRDefault="00000000">
      <w:pPr>
        <w:spacing w:after="0"/>
      </w:pPr>
      <w:r>
        <w:t>________________________________________________________________________________</w:t>
      </w:r>
    </w:p>
    <w:p w14:paraId="62FFFF6D" w14:textId="77777777" w:rsidR="00836752" w:rsidRDefault="00000000">
      <w:pPr>
        <w:spacing w:after="0"/>
      </w:pPr>
      <w:r>
        <w:t>________________________________________________________________________________</w:t>
      </w:r>
    </w:p>
    <w:p w14:paraId="11F6D5D0" w14:textId="77777777" w:rsidR="00836752" w:rsidRDefault="00000000">
      <w:pPr>
        <w:spacing w:after="0"/>
      </w:pPr>
      <w:r>
        <w:t>________________________________________________________________________________</w:t>
      </w:r>
    </w:p>
    <w:p w14:paraId="45753E8A" w14:textId="77777777" w:rsidR="00836752" w:rsidRDefault="00000000">
      <w:pPr>
        <w:spacing w:after="0"/>
      </w:pPr>
      <w:r>
        <w:t>________________________________________________________________________________</w:t>
      </w:r>
    </w:p>
    <w:p w14:paraId="3DED13E4" w14:textId="77777777" w:rsidR="00836752" w:rsidRDefault="00000000">
      <w:pPr>
        <w:pStyle w:val="Heading2"/>
      </w:pPr>
      <w:r>
        <w:t>Reflection Prompts</w:t>
      </w:r>
    </w:p>
    <w:p w14:paraId="4B20F0E9" w14:textId="77777777" w:rsidR="00836752" w:rsidRDefault="00000000">
      <w:pPr>
        <w:pStyle w:val="ListBullet"/>
      </w:pPr>
      <w:r>
        <w:t>Would you contact this person if you were recruiting for your target role?</w:t>
      </w:r>
    </w:p>
    <w:p w14:paraId="49C707BD" w14:textId="77777777" w:rsidR="00836752" w:rsidRDefault="00000000">
      <w:pPr>
        <w:spacing w:after="0"/>
      </w:pPr>
      <w:r>
        <w:t>________________________________________________________________________________</w:t>
      </w:r>
    </w:p>
    <w:p w14:paraId="7380C97B" w14:textId="77777777" w:rsidR="00836752" w:rsidRDefault="00000000">
      <w:pPr>
        <w:spacing w:after="0"/>
      </w:pPr>
      <w:r>
        <w:t>________________________________________________________________________________</w:t>
      </w:r>
    </w:p>
    <w:p w14:paraId="2EBE5C23" w14:textId="77777777" w:rsidR="00836752" w:rsidRDefault="00000000">
      <w:pPr>
        <w:pStyle w:val="ListBullet"/>
      </w:pPr>
      <w:r>
        <w:lastRenderedPageBreak/>
        <w:t>What is the strongest part of your profile now?</w:t>
      </w:r>
    </w:p>
    <w:p w14:paraId="57E16648" w14:textId="77777777" w:rsidR="00836752" w:rsidRDefault="00000000">
      <w:pPr>
        <w:spacing w:after="0"/>
      </w:pPr>
      <w:r>
        <w:t>________________________________________________________________________________</w:t>
      </w:r>
    </w:p>
    <w:p w14:paraId="7D1DC181" w14:textId="77777777" w:rsidR="00836752" w:rsidRDefault="00000000">
      <w:pPr>
        <w:spacing w:after="0"/>
      </w:pPr>
      <w:r>
        <w:t>________________________________________________________________________________</w:t>
      </w:r>
    </w:p>
    <w:p w14:paraId="79955A89" w14:textId="77777777" w:rsidR="00836752" w:rsidRDefault="00000000">
      <w:pPr>
        <w:pStyle w:val="ListBullet"/>
      </w:pPr>
      <w:r>
        <w:t>What needs to be revisited later?</w:t>
      </w:r>
    </w:p>
    <w:p w14:paraId="71BF3087" w14:textId="77777777" w:rsidR="00836752" w:rsidRDefault="00000000">
      <w:pPr>
        <w:spacing w:after="0"/>
      </w:pPr>
      <w:r>
        <w:t>________________________________________________________________________________</w:t>
      </w:r>
    </w:p>
    <w:p w14:paraId="4EB5A780" w14:textId="77777777" w:rsidR="00836752" w:rsidRDefault="00000000">
      <w:pPr>
        <w:spacing w:after="0"/>
      </w:pPr>
      <w:r>
        <w:t>________________________________________________________________________________</w:t>
      </w:r>
    </w:p>
    <w:p w14:paraId="29E7A81A" w14:textId="77777777" w:rsidR="00836752" w:rsidRDefault="00000000">
      <w:pPr>
        <w:pStyle w:val="Heading2"/>
      </w:pPr>
      <w:r>
        <w:t>Notes</w:t>
      </w:r>
    </w:p>
    <w:p w14:paraId="3728B5AD" w14:textId="77777777" w:rsidR="00836752" w:rsidRDefault="00000000">
      <w:pPr>
        <w:spacing w:after="0"/>
      </w:pPr>
      <w:r>
        <w:t>________________________________________________________________________________</w:t>
      </w:r>
    </w:p>
    <w:p w14:paraId="2FCE8B96" w14:textId="77777777" w:rsidR="00836752" w:rsidRDefault="00000000">
      <w:pPr>
        <w:spacing w:after="0"/>
      </w:pPr>
      <w:r>
        <w:t>________________________________________________________________________________</w:t>
      </w:r>
    </w:p>
    <w:p w14:paraId="21CDB5E3" w14:textId="77777777" w:rsidR="00836752" w:rsidRDefault="00000000">
      <w:pPr>
        <w:spacing w:after="0"/>
      </w:pPr>
      <w:r>
        <w:t>________________________________________________________________________________</w:t>
      </w:r>
    </w:p>
    <w:p w14:paraId="6BC78860" w14:textId="77777777" w:rsidR="00836752" w:rsidRDefault="00000000">
      <w:pPr>
        <w:spacing w:after="0"/>
      </w:pPr>
      <w:r>
        <w:t>________________________________________________________________________________</w:t>
      </w:r>
    </w:p>
    <w:p w14:paraId="60C7AC94" w14:textId="77777777" w:rsidR="00836752" w:rsidRDefault="00000000">
      <w:pPr>
        <w:spacing w:after="0"/>
      </w:pPr>
      <w:r>
        <w:t>________________________________________________________________________________</w:t>
      </w:r>
    </w:p>
    <w:p w14:paraId="6734A492" w14:textId="77777777" w:rsidR="00836752" w:rsidRDefault="00000000">
      <w:pPr>
        <w:spacing w:after="0"/>
      </w:pPr>
      <w:r>
        <w:t>________________________________________________________________________________</w:t>
      </w:r>
    </w:p>
    <w:p w14:paraId="699A6A13" w14:textId="77777777" w:rsidR="00836752" w:rsidRDefault="00000000">
      <w:r>
        <w:br w:type="page"/>
      </w:r>
    </w:p>
    <w:p w14:paraId="63E45077" w14:textId="5A1FDCE5" w:rsidR="00836752" w:rsidRDefault="00000000">
      <w:pPr>
        <w:pStyle w:val="Heading1"/>
      </w:pPr>
      <w:r>
        <w:lastRenderedPageBreak/>
        <w:t>LinkedIn Profile Build Tracker</w:t>
      </w:r>
    </w:p>
    <w:tbl>
      <w:tblPr>
        <w:tblStyle w:val="TableGrid"/>
        <w:tblW w:w="0" w:type="auto"/>
        <w:jc w:val="center"/>
        <w:tblLook w:val="04A0" w:firstRow="1" w:lastRow="0" w:firstColumn="1" w:lastColumn="0" w:noHBand="0" w:noVBand="1"/>
      </w:tblPr>
      <w:tblGrid>
        <w:gridCol w:w="3644"/>
        <w:gridCol w:w="1556"/>
        <w:gridCol w:w="5014"/>
      </w:tblGrid>
      <w:tr w:rsidR="00836752" w14:paraId="5A131658" w14:textId="77777777">
        <w:trPr>
          <w:jc w:val="center"/>
        </w:trPr>
        <w:tc>
          <w:tcPr>
            <w:tcW w:w="3744" w:type="dxa"/>
            <w:shd w:val="clear" w:color="auto" w:fill="081A49"/>
          </w:tcPr>
          <w:p w14:paraId="48EFBED8" w14:textId="77777777" w:rsidR="00836752" w:rsidRDefault="00000000">
            <w:r>
              <w:rPr>
                <w:b/>
                <w:color w:val="FFFFFF"/>
              </w:rPr>
              <w:t>Section</w:t>
            </w:r>
          </w:p>
        </w:tc>
        <w:tc>
          <w:tcPr>
            <w:tcW w:w="1584" w:type="dxa"/>
            <w:shd w:val="clear" w:color="auto" w:fill="081A49"/>
          </w:tcPr>
          <w:p w14:paraId="3079479A" w14:textId="77777777" w:rsidR="00836752" w:rsidRDefault="00000000">
            <w:r>
              <w:rPr>
                <w:b/>
                <w:color w:val="FFFFFF"/>
              </w:rPr>
              <w:t>Status</w:t>
            </w:r>
          </w:p>
        </w:tc>
        <w:tc>
          <w:tcPr>
            <w:tcW w:w="5184" w:type="dxa"/>
            <w:shd w:val="clear" w:color="auto" w:fill="081A49"/>
          </w:tcPr>
          <w:p w14:paraId="37BC9E56" w14:textId="77777777" w:rsidR="00836752" w:rsidRDefault="00000000">
            <w:r>
              <w:rPr>
                <w:b/>
                <w:color w:val="FFFFFF"/>
              </w:rPr>
              <w:t>Notes</w:t>
            </w:r>
          </w:p>
        </w:tc>
      </w:tr>
      <w:tr w:rsidR="00836752" w14:paraId="5B62611D" w14:textId="77777777">
        <w:trPr>
          <w:jc w:val="center"/>
        </w:trPr>
        <w:tc>
          <w:tcPr>
            <w:tcW w:w="3744" w:type="dxa"/>
          </w:tcPr>
          <w:p w14:paraId="294D044A" w14:textId="77777777" w:rsidR="00836752" w:rsidRDefault="00000000">
            <w:r>
              <w:t>Target direction defined</w:t>
            </w:r>
          </w:p>
        </w:tc>
        <w:tc>
          <w:tcPr>
            <w:tcW w:w="1584" w:type="dxa"/>
          </w:tcPr>
          <w:p w14:paraId="0AAA47F4" w14:textId="77777777" w:rsidR="00836752" w:rsidRDefault="00000000">
            <w:r>
              <w:t>☐</w:t>
            </w:r>
          </w:p>
        </w:tc>
        <w:tc>
          <w:tcPr>
            <w:tcW w:w="5184" w:type="dxa"/>
          </w:tcPr>
          <w:p w14:paraId="4197108A" w14:textId="77777777" w:rsidR="00836752" w:rsidRDefault="00836752"/>
        </w:tc>
      </w:tr>
      <w:tr w:rsidR="00836752" w14:paraId="4949F300" w14:textId="77777777">
        <w:trPr>
          <w:jc w:val="center"/>
        </w:trPr>
        <w:tc>
          <w:tcPr>
            <w:tcW w:w="3744" w:type="dxa"/>
          </w:tcPr>
          <w:p w14:paraId="68346D59" w14:textId="77777777" w:rsidR="00836752" w:rsidRDefault="00000000">
            <w:r>
              <w:t>Job adverts analysed</w:t>
            </w:r>
          </w:p>
        </w:tc>
        <w:tc>
          <w:tcPr>
            <w:tcW w:w="1584" w:type="dxa"/>
          </w:tcPr>
          <w:p w14:paraId="3E53EB0A" w14:textId="77777777" w:rsidR="00836752" w:rsidRDefault="00000000">
            <w:r>
              <w:t>☐</w:t>
            </w:r>
          </w:p>
        </w:tc>
        <w:tc>
          <w:tcPr>
            <w:tcW w:w="5184" w:type="dxa"/>
          </w:tcPr>
          <w:p w14:paraId="346CB434" w14:textId="77777777" w:rsidR="00836752" w:rsidRDefault="00836752"/>
        </w:tc>
      </w:tr>
      <w:tr w:rsidR="00836752" w14:paraId="39F4B35C" w14:textId="77777777">
        <w:trPr>
          <w:jc w:val="center"/>
        </w:trPr>
        <w:tc>
          <w:tcPr>
            <w:tcW w:w="3744" w:type="dxa"/>
          </w:tcPr>
          <w:p w14:paraId="34FC251C" w14:textId="77777777" w:rsidR="00836752" w:rsidRDefault="00000000">
            <w:r>
              <w:t>Keyword bank created</w:t>
            </w:r>
          </w:p>
        </w:tc>
        <w:tc>
          <w:tcPr>
            <w:tcW w:w="1584" w:type="dxa"/>
          </w:tcPr>
          <w:p w14:paraId="48288268" w14:textId="77777777" w:rsidR="00836752" w:rsidRDefault="00000000">
            <w:r>
              <w:t>☐</w:t>
            </w:r>
          </w:p>
        </w:tc>
        <w:tc>
          <w:tcPr>
            <w:tcW w:w="5184" w:type="dxa"/>
          </w:tcPr>
          <w:p w14:paraId="551FA473" w14:textId="77777777" w:rsidR="00836752" w:rsidRDefault="00836752"/>
        </w:tc>
      </w:tr>
      <w:tr w:rsidR="00836752" w14:paraId="11C19889" w14:textId="77777777">
        <w:trPr>
          <w:jc w:val="center"/>
        </w:trPr>
        <w:tc>
          <w:tcPr>
            <w:tcW w:w="3744" w:type="dxa"/>
          </w:tcPr>
          <w:p w14:paraId="7B919341" w14:textId="77777777" w:rsidR="00836752" w:rsidRDefault="00000000">
            <w:r>
              <w:t>Headline drafted</w:t>
            </w:r>
          </w:p>
        </w:tc>
        <w:tc>
          <w:tcPr>
            <w:tcW w:w="1584" w:type="dxa"/>
          </w:tcPr>
          <w:p w14:paraId="1ACB25B8" w14:textId="77777777" w:rsidR="00836752" w:rsidRDefault="00000000">
            <w:r>
              <w:t>☐</w:t>
            </w:r>
          </w:p>
        </w:tc>
        <w:tc>
          <w:tcPr>
            <w:tcW w:w="5184" w:type="dxa"/>
          </w:tcPr>
          <w:p w14:paraId="7E72B61E" w14:textId="77777777" w:rsidR="00836752" w:rsidRDefault="00836752"/>
        </w:tc>
      </w:tr>
      <w:tr w:rsidR="00836752" w14:paraId="182055D3" w14:textId="77777777">
        <w:trPr>
          <w:jc w:val="center"/>
        </w:trPr>
        <w:tc>
          <w:tcPr>
            <w:tcW w:w="3744" w:type="dxa"/>
          </w:tcPr>
          <w:p w14:paraId="4B056828" w14:textId="77777777" w:rsidR="00836752" w:rsidRDefault="00000000">
            <w:r>
              <w:t>About section drafted</w:t>
            </w:r>
          </w:p>
        </w:tc>
        <w:tc>
          <w:tcPr>
            <w:tcW w:w="1584" w:type="dxa"/>
          </w:tcPr>
          <w:p w14:paraId="29799CB3" w14:textId="77777777" w:rsidR="00836752" w:rsidRDefault="00000000">
            <w:r>
              <w:t>☐</w:t>
            </w:r>
          </w:p>
        </w:tc>
        <w:tc>
          <w:tcPr>
            <w:tcW w:w="5184" w:type="dxa"/>
          </w:tcPr>
          <w:p w14:paraId="397D5485" w14:textId="77777777" w:rsidR="00836752" w:rsidRDefault="00836752"/>
        </w:tc>
      </w:tr>
      <w:tr w:rsidR="00836752" w14:paraId="016319F5" w14:textId="77777777">
        <w:trPr>
          <w:jc w:val="center"/>
        </w:trPr>
        <w:tc>
          <w:tcPr>
            <w:tcW w:w="3744" w:type="dxa"/>
          </w:tcPr>
          <w:p w14:paraId="2B893B86" w14:textId="77777777" w:rsidR="00836752" w:rsidRDefault="00000000">
            <w:r>
              <w:t>Career entries drafted</w:t>
            </w:r>
          </w:p>
        </w:tc>
        <w:tc>
          <w:tcPr>
            <w:tcW w:w="1584" w:type="dxa"/>
          </w:tcPr>
          <w:p w14:paraId="4ABD3C2D" w14:textId="77777777" w:rsidR="00836752" w:rsidRDefault="00000000">
            <w:r>
              <w:t>☐</w:t>
            </w:r>
          </w:p>
        </w:tc>
        <w:tc>
          <w:tcPr>
            <w:tcW w:w="5184" w:type="dxa"/>
          </w:tcPr>
          <w:p w14:paraId="58BA6289" w14:textId="77777777" w:rsidR="00836752" w:rsidRDefault="00836752"/>
        </w:tc>
      </w:tr>
      <w:tr w:rsidR="00836752" w14:paraId="750C01B6" w14:textId="77777777">
        <w:trPr>
          <w:jc w:val="center"/>
        </w:trPr>
        <w:tc>
          <w:tcPr>
            <w:tcW w:w="3744" w:type="dxa"/>
          </w:tcPr>
          <w:p w14:paraId="51E78CF7" w14:textId="77777777" w:rsidR="00836752" w:rsidRDefault="00000000">
            <w:r>
              <w:t>Skills selected</w:t>
            </w:r>
          </w:p>
        </w:tc>
        <w:tc>
          <w:tcPr>
            <w:tcW w:w="1584" w:type="dxa"/>
          </w:tcPr>
          <w:p w14:paraId="3B17CC14" w14:textId="77777777" w:rsidR="00836752" w:rsidRDefault="00000000">
            <w:r>
              <w:t>☐</w:t>
            </w:r>
          </w:p>
        </w:tc>
        <w:tc>
          <w:tcPr>
            <w:tcW w:w="5184" w:type="dxa"/>
          </w:tcPr>
          <w:p w14:paraId="1AFCF33C" w14:textId="77777777" w:rsidR="00836752" w:rsidRDefault="00836752"/>
        </w:tc>
      </w:tr>
      <w:tr w:rsidR="00836752" w14:paraId="7EE82A7C" w14:textId="77777777">
        <w:trPr>
          <w:jc w:val="center"/>
        </w:trPr>
        <w:tc>
          <w:tcPr>
            <w:tcW w:w="3744" w:type="dxa"/>
          </w:tcPr>
          <w:p w14:paraId="68AA96CE" w14:textId="77777777" w:rsidR="00836752" w:rsidRDefault="00000000">
            <w:r>
              <w:t>Industry reviewed</w:t>
            </w:r>
          </w:p>
        </w:tc>
        <w:tc>
          <w:tcPr>
            <w:tcW w:w="1584" w:type="dxa"/>
          </w:tcPr>
          <w:p w14:paraId="7368480E" w14:textId="77777777" w:rsidR="00836752" w:rsidRDefault="00000000">
            <w:r>
              <w:t>☐</w:t>
            </w:r>
          </w:p>
        </w:tc>
        <w:tc>
          <w:tcPr>
            <w:tcW w:w="5184" w:type="dxa"/>
          </w:tcPr>
          <w:p w14:paraId="02A13E85" w14:textId="77777777" w:rsidR="00836752" w:rsidRDefault="00836752"/>
        </w:tc>
      </w:tr>
      <w:tr w:rsidR="00836752" w14:paraId="2615280A" w14:textId="77777777">
        <w:trPr>
          <w:jc w:val="center"/>
        </w:trPr>
        <w:tc>
          <w:tcPr>
            <w:tcW w:w="3744" w:type="dxa"/>
          </w:tcPr>
          <w:p w14:paraId="2BB2E3C4" w14:textId="77777777" w:rsidR="00836752" w:rsidRDefault="00000000">
            <w:r>
              <w:t>Featured section reviewed</w:t>
            </w:r>
          </w:p>
        </w:tc>
        <w:tc>
          <w:tcPr>
            <w:tcW w:w="1584" w:type="dxa"/>
          </w:tcPr>
          <w:p w14:paraId="08D8A568" w14:textId="77777777" w:rsidR="00836752" w:rsidRDefault="00000000">
            <w:r>
              <w:t>☐</w:t>
            </w:r>
          </w:p>
        </w:tc>
        <w:tc>
          <w:tcPr>
            <w:tcW w:w="5184" w:type="dxa"/>
          </w:tcPr>
          <w:p w14:paraId="7A4E3A07" w14:textId="77777777" w:rsidR="00836752" w:rsidRDefault="00836752"/>
        </w:tc>
      </w:tr>
      <w:tr w:rsidR="00836752" w14:paraId="0F85E398" w14:textId="77777777">
        <w:trPr>
          <w:jc w:val="center"/>
        </w:trPr>
        <w:tc>
          <w:tcPr>
            <w:tcW w:w="3744" w:type="dxa"/>
          </w:tcPr>
          <w:p w14:paraId="14ADC71A" w14:textId="77777777" w:rsidR="00836752" w:rsidRDefault="00000000">
            <w:r>
              <w:t>Open to Work settings checked</w:t>
            </w:r>
          </w:p>
        </w:tc>
        <w:tc>
          <w:tcPr>
            <w:tcW w:w="1584" w:type="dxa"/>
          </w:tcPr>
          <w:p w14:paraId="69BBDE26" w14:textId="77777777" w:rsidR="00836752" w:rsidRDefault="00000000">
            <w:r>
              <w:t>☐</w:t>
            </w:r>
          </w:p>
        </w:tc>
        <w:tc>
          <w:tcPr>
            <w:tcW w:w="5184" w:type="dxa"/>
          </w:tcPr>
          <w:p w14:paraId="6746505D" w14:textId="77777777" w:rsidR="00836752" w:rsidRDefault="00836752"/>
        </w:tc>
      </w:tr>
      <w:tr w:rsidR="00836752" w14:paraId="1CBA3E67" w14:textId="77777777">
        <w:trPr>
          <w:jc w:val="center"/>
        </w:trPr>
        <w:tc>
          <w:tcPr>
            <w:tcW w:w="3744" w:type="dxa"/>
          </w:tcPr>
          <w:p w14:paraId="1E78EF99" w14:textId="77777777" w:rsidR="00836752" w:rsidRDefault="00000000">
            <w:r>
              <w:t>Final review completed</w:t>
            </w:r>
          </w:p>
        </w:tc>
        <w:tc>
          <w:tcPr>
            <w:tcW w:w="1584" w:type="dxa"/>
          </w:tcPr>
          <w:p w14:paraId="208C8EF6" w14:textId="77777777" w:rsidR="00836752" w:rsidRDefault="00000000">
            <w:r>
              <w:t>☐</w:t>
            </w:r>
          </w:p>
        </w:tc>
        <w:tc>
          <w:tcPr>
            <w:tcW w:w="5184" w:type="dxa"/>
          </w:tcPr>
          <w:p w14:paraId="4B5526B1" w14:textId="77777777" w:rsidR="00836752" w:rsidRDefault="00836752"/>
        </w:tc>
      </w:tr>
    </w:tbl>
    <w:p w14:paraId="2FF8B0B0" w14:textId="77777777" w:rsidR="00836752" w:rsidRDefault="00836752"/>
    <w:p w14:paraId="729F1D69" w14:textId="3FD704AF" w:rsidR="00836752" w:rsidRDefault="00000000">
      <w:pPr>
        <w:pStyle w:val="Heading1"/>
      </w:pPr>
      <w:r>
        <w:t>Job Advert Analysis Sheet</w:t>
      </w:r>
    </w:p>
    <w:tbl>
      <w:tblPr>
        <w:tblStyle w:val="TableGrid"/>
        <w:tblW w:w="0" w:type="auto"/>
        <w:jc w:val="center"/>
        <w:tblLook w:val="04A0" w:firstRow="1" w:lastRow="0" w:firstColumn="1" w:lastColumn="0" w:noHBand="0" w:noVBand="1"/>
      </w:tblPr>
      <w:tblGrid>
        <w:gridCol w:w="2141"/>
        <w:gridCol w:w="2687"/>
        <w:gridCol w:w="2692"/>
        <w:gridCol w:w="2694"/>
      </w:tblGrid>
      <w:tr w:rsidR="00836752" w14:paraId="2308F6E1" w14:textId="77777777">
        <w:trPr>
          <w:jc w:val="center"/>
        </w:trPr>
        <w:tc>
          <w:tcPr>
            <w:tcW w:w="2304" w:type="dxa"/>
            <w:shd w:val="clear" w:color="auto" w:fill="081A49"/>
          </w:tcPr>
          <w:p w14:paraId="5D383E4D" w14:textId="77777777" w:rsidR="00836752" w:rsidRDefault="00000000">
            <w:r>
              <w:rPr>
                <w:b/>
                <w:color w:val="FFFFFF"/>
              </w:rPr>
              <w:t>Job advert / role</w:t>
            </w:r>
          </w:p>
        </w:tc>
        <w:tc>
          <w:tcPr>
            <w:tcW w:w="2880" w:type="dxa"/>
            <w:shd w:val="clear" w:color="auto" w:fill="081A49"/>
          </w:tcPr>
          <w:p w14:paraId="51BB053C" w14:textId="77777777" w:rsidR="00836752" w:rsidRDefault="00000000">
            <w:r>
              <w:rPr>
                <w:b/>
                <w:color w:val="FFFFFF"/>
              </w:rPr>
              <w:t>Repeated skills</w:t>
            </w:r>
          </w:p>
        </w:tc>
        <w:tc>
          <w:tcPr>
            <w:tcW w:w="2880" w:type="dxa"/>
            <w:shd w:val="clear" w:color="auto" w:fill="081A49"/>
          </w:tcPr>
          <w:p w14:paraId="0EC4B2E8" w14:textId="77777777" w:rsidR="00836752" w:rsidRDefault="00000000">
            <w:r>
              <w:rPr>
                <w:b/>
                <w:color w:val="FFFFFF"/>
              </w:rPr>
              <w:t>Repeated outcomes / problems</w:t>
            </w:r>
          </w:p>
        </w:tc>
        <w:tc>
          <w:tcPr>
            <w:tcW w:w="2880" w:type="dxa"/>
            <w:shd w:val="clear" w:color="auto" w:fill="081A49"/>
          </w:tcPr>
          <w:p w14:paraId="2B10152C" w14:textId="77777777" w:rsidR="00836752" w:rsidRDefault="00000000">
            <w:r>
              <w:rPr>
                <w:b/>
                <w:color w:val="FFFFFF"/>
              </w:rPr>
              <w:t>Keywords to use</w:t>
            </w:r>
          </w:p>
        </w:tc>
      </w:tr>
      <w:tr w:rsidR="00836752" w14:paraId="57FFDA3E" w14:textId="77777777">
        <w:trPr>
          <w:jc w:val="center"/>
        </w:trPr>
        <w:tc>
          <w:tcPr>
            <w:tcW w:w="2304" w:type="dxa"/>
          </w:tcPr>
          <w:p w14:paraId="29F3CA90" w14:textId="77777777" w:rsidR="00836752" w:rsidRDefault="00836752"/>
        </w:tc>
        <w:tc>
          <w:tcPr>
            <w:tcW w:w="2880" w:type="dxa"/>
          </w:tcPr>
          <w:p w14:paraId="08AED254" w14:textId="77777777" w:rsidR="00836752" w:rsidRDefault="00836752"/>
        </w:tc>
        <w:tc>
          <w:tcPr>
            <w:tcW w:w="2880" w:type="dxa"/>
          </w:tcPr>
          <w:p w14:paraId="35C79617" w14:textId="77777777" w:rsidR="00836752" w:rsidRDefault="00836752"/>
        </w:tc>
        <w:tc>
          <w:tcPr>
            <w:tcW w:w="2880" w:type="dxa"/>
          </w:tcPr>
          <w:p w14:paraId="44D5C553" w14:textId="77777777" w:rsidR="00836752" w:rsidRDefault="00836752"/>
        </w:tc>
      </w:tr>
      <w:tr w:rsidR="00836752" w14:paraId="3CB19D17" w14:textId="77777777">
        <w:trPr>
          <w:jc w:val="center"/>
        </w:trPr>
        <w:tc>
          <w:tcPr>
            <w:tcW w:w="2304" w:type="dxa"/>
          </w:tcPr>
          <w:p w14:paraId="0D64553E" w14:textId="77777777" w:rsidR="00836752" w:rsidRDefault="00836752"/>
        </w:tc>
        <w:tc>
          <w:tcPr>
            <w:tcW w:w="2880" w:type="dxa"/>
          </w:tcPr>
          <w:p w14:paraId="5D26E165" w14:textId="77777777" w:rsidR="00836752" w:rsidRDefault="00836752"/>
        </w:tc>
        <w:tc>
          <w:tcPr>
            <w:tcW w:w="2880" w:type="dxa"/>
          </w:tcPr>
          <w:p w14:paraId="37A1D089" w14:textId="77777777" w:rsidR="00836752" w:rsidRDefault="00836752"/>
        </w:tc>
        <w:tc>
          <w:tcPr>
            <w:tcW w:w="2880" w:type="dxa"/>
          </w:tcPr>
          <w:p w14:paraId="55C9E060" w14:textId="77777777" w:rsidR="00836752" w:rsidRDefault="00836752"/>
        </w:tc>
      </w:tr>
      <w:tr w:rsidR="00836752" w14:paraId="6241BCF4" w14:textId="77777777">
        <w:trPr>
          <w:jc w:val="center"/>
        </w:trPr>
        <w:tc>
          <w:tcPr>
            <w:tcW w:w="2304" w:type="dxa"/>
          </w:tcPr>
          <w:p w14:paraId="04E44982" w14:textId="77777777" w:rsidR="00836752" w:rsidRDefault="00836752"/>
        </w:tc>
        <w:tc>
          <w:tcPr>
            <w:tcW w:w="2880" w:type="dxa"/>
          </w:tcPr>
          <w:p w14:paraId="44E4C503" w14:textId="77777777" w:rsidR="00836752" w:rsidRDefault="00836752"/>
        </w:tc>
        <w:tc>
          <w:tcPr>
            <w:tcW w:w="2880" w:type="dxa"/>
          </w:tcPr>
          <w:p w14:paraId="1766D431" w14:textId="77777777" w:rsidR="00836752" w:rsidRDefault="00836752"/>
        </w:tc>
        <w:tc>
          <w:tcPr>
            <w:tcW w:w="2880" w:type="dxa"/>
          </w:tcPr>
          <w:p w14:paraId="5EE715F2" w14:textId="77777777" w:rsidR="00836752" w:rsidRDefault="00836752"/>
        </w:tc>
      </w:tr>
      <w:tr w:rsidR="00836752" w14:paraId="7AE703EC" w14:textId="77777777">
        <w:trPr>
          <w:jc w:val="center"/>
        </w:trPr>
        <w:tc>
          <w:tcPr>
            <w:tcW w:w="2304" w:type="dxa"/>
          </w:tcPr>
          <w:p w14:paraId="0EFAC6E4" w14:textId="77777777" w:rsidR="00836752" w:rsidRDefault="00836752"/>
        </w:tc>
        <w:tc>
          <w:tcPr>
            <w:tcW w:w="2880" w:type="dxa"/>
          </w:tcPr>
          <w:p w14:paraId="45ACE208" w14:textId="77777777" w:rsidR="00836752" w:rsidRDefault="00836752"/>
        </w:tc>
        <w:tc>
          <w:tcPr>
            <w:tcW w:w="2880" w:type="dxa"/>
          </w:tcPr>
          <w:p w14:paraId="14683882" w14:textId="77777777" w:rsidR="00836752" w:rsidRDefault="00836752"/>
        </w:tc>
        <w:tc>
          <w:tcPr>
            <w:tcW w:w="2880" w:type="dxa"/>
          </w:tcPr>
          <w:p w14:paraId="7D4C8068" w14:textId="77777777" w:rsidR="00836752" w:rsidRDefault="00836752"/>
        </w:tc>
      </w:tr>
      <w:tr w:rsidR="00836752" w14:paraId="2F07219C" w14:textId="77777777">
        <w:trPr>
          <w:jc w:val="center"/>
        </w:trPr>
        <w:tc>
          <w:tcPr>
            <w:tcW w:w="2304" w:type="dxa"/>
          </w:tcPr>
          <w:p w14:paraId="0B8E758A" w14:textId="77777777" w:rsidR="00836752" w:rsidRDefault="00836752"/>
        </w:tc>
        <w:tc>
          <w:tcPr>
            <w:tcW w:w="2880" w:type="dxa"/>
          </w:tcPr>
          <w:p w14:paraId="733FEBE6" w14:textId="77777777" w:rsidR="00836752" w:rsidRDefault="00836752"/>
        </w:tc>
        <w:tc>
          <w:tcPr>
            <w:tcW w:w="2880" w:type="dxa"/>
          </w:tcPr>
          <w:p w14:paraId="7649BC4E" w14:textId="77777777" w:rsidR="00836752" w:rsidRDefault="00836752"/>
        </w:tc>
        <w:tc>
          <w:tcPr>
            <w:tcW w:w="2880" w:type="dxa"/>
          </w:tcPr>
          <w:p w14:paraId="05C9EFF4" w14:textId="77777777" w:rsidR="00836752" w:rsidRDefault="00836752"/>
        </w:tc>
      </w:tr>
    </w:tbl>
    <w:p w14:paraId="3FA11977" w14:textId="77777777" w:rsidR="00836752" w:rsidRDefault="00836752"/>
    <w:p w14:paraId="225AC220" w14:textId="7C1C1AE3" w:rsidR="00836752" w:rsidRDefault="00000000">
      <w:pPr>
        <w:pStyle w:val="Heading1"/>
      </w:pPr>
      <w:r>
        <w:t>Recruiter Search Test</w:t>
      </w:r>
    </w:p>
    <w:p w14:paraId="0ED5FB94" w14:textId="77777777" w:rsidR="00836752" w:rsidRDefault="00000000">
      <w:r>
        <w:t>Use this section to test whether your profile includes the language recruiters may use when searching.</w:t>
      </w:r>
    </w:p>
    <w:tbl>
      <w:tblPr>
        <w:tblStyle w:val="TableGrid"/>
        <w:tblW w:w="0" w:type="auto"/>
        <w:jc w:val="center"/>
        <w:tblLook w:val="04A0" w:firstRow="1" w:lastRow="0" w:firstColumn="1" w:lastColumn="0" w:noHBand="0" w:noVBand="1"/>
      </w:tblPr>
      <w:tblGrid>
        <w:gridCol w:w="3830"/>
        <w:gridCol w:w="3121"/>
        <w:gridCol w:w="3263"/>
      </w:tblGrid>
      <w:tr w:rsidR="00836752" w14:paraId="4F39E61A" w14:textId="77777777">
        <w:trPr>
          <w:jc w:val="center"/>
        </w:trPr>
        <w:tc>
          <w:tcPr>
            <w:tcW w:w="3888" w:type="dxa"/>
            <w:shd w:val="clear" w:color="auto" w:fill="081A49"/>
          </w:tcPr>
          <w:p w14:paraId="422107D9" w14:textId="77777777" w:rsidR="00836752" w:rsidRDefault="00000000">
            <w:r>
              <w:rPr>
                <w:b/>
                <w:color w:val="FFFFFF"/>
              </w:rPr>
              <w:t>Search string recruiters may use</w:t>
            </w:r>
          </w:p>
        </w:tc>
        <w:tc>
          <w:tcPr>
            <w:tcW w:w="3168" w:type="dxa"/>
            <w:shd w:val="clear" w:color="auto" w:fill="081A49"/>
          </w:tcPr>
          <w:p w14:paraId="0836FAAF" w14:textId="77777777" w:rsidR="00836752" w:rsidRDefault="00000000">
            <w:r>
              <w:rPr>
                <w:b/>
                <w:color w:val="FFFFFF"/>
              </w:rPr>
              <w:t>Does my profile include these words?</w:t>
            </w:r>
          </w:p>
        </w:tc>
        <w:tc>
          <w:tcPr>
            <w:tcW w:w="3312" w:type="dxa"/>
            <w:shd w:val="clear" w:color="auto" w:fill="081A49"/>
          </w:tcPr>
          <w:p w14:paraId="403BBFCD" w14:textId="77777777" w:rsidR="00836752" w:rsidRDefault="00000000">
            <w:r>
              <w:rPr>
                <w:b/>
                <w:color w:val="FFFFFF"/>
              </w:rPr>
              <w:t>Where do they appear?</w:t>
            </w:r>
          </w:p>
        </w:tc>
      </w:tr>
      <w:tr w:rsidR="00836752" w14:paraId="30D3BCEC" w14:textId="77777777">
        <w:trPr>
          <w:jc w:val="center"/>
        </w:trPr>
        <w:tc>
          <w:tcPr>
            <w:tcW w:w="3888" w:type="dxa"/>
          </w:tcPr>
          <w:p w14:paraId="7B3D49FC" w14:textId="77777777" w:rsidR="00836752" w:rsidRDefault="00836752"/>
        </w:tc>
        <w:tc>
          <w:tcPr>
            <w:tcW w:w="3168" w:type="dxa"/>
          </w:tcPr>
          <w:p w14:paraId="794C40E1" w14:textId="77777777" w:rsidR="00836752" w:rsidRDefault="00836752"/>
        </w:tc>
        <w:tc>
          <w:tcPr>
            <w:tcW w:w="3312" w:type="dxa"/>
          </w:tcPr>
          <w:p w14:paraId="7D61ED26" w14:textId="77777777" w:rsidR="00836752" w:rsidRDefault="00836752"/>
        </w:tc>
      </w:tr>
      <w:tr w:rsidR="00836752" w14:paraId="6A590029" w14:textId="77777777">
        <w:trPr>
          <w:jc w:val="center"/>
        </w:trPr>
        <w:tc>
          <w:tcPr>
            <w:tcW w:w="3888" w:type="dxa"/>
          </w:tcPr>
          <w:p w14:paraId="460375C9" w14:textId="77777777" w:rsidR="00836752" w:rsidRDefault="00836752"/>
        </w:tc>
        <w:tc>
          <w:tcPr>
            <w:tcW w:w="3168" w:type="dxa"/>
          </w:tcPr>
          <w:p w14:paraId="0DCA87E0" w14:textId="77777777" w:rsidR="00836752" w:rsidRDefault="00836752"/>
        </w:tc>
        <w:tc>
          <w:tcPr>
            <w:tcW w:w="3312" w:type="dxa"/>
          </w:tcPr>
          <w:p w14:paraId="2DCB4669" w14:textId="77777777" w:rsidR="00836752" w:rsidRDefault="00836752"/>
        </w:tc>
      </w:tr>
      <w:tr w:rsidR="00836752" w14:paraId="0F15CB6F" w14:textId="77777777">
        <w:trPr>
          <w:jc w:val="center"/>
        </w:trPr>
        <w:tc>
          <w:tcPr>
            <w:tcW w:w="3888" w:type="dxa"/>
          </w:tcPr>
          <w:p w14:paraId="736812D0" w14:textId="77777777" w:rsidR="00836752" w:rsidRDefault="00836752"/>
        </w:tc>
        <w:tc>
          <w:tcPr>
            <w:tcW w:w="3168" w:type="dxa"/>
          </w:tcPr>
          <w:p w14:paraId="7AA6A14E" w14:textId="77777777" w:rsidR="00836752" w:rsidRDefault="00836752"/>
        </w:tc>
        <w:tc>
          <w:tcPr>
            <w:tcW w:w="3312" w:type="dxa"/>
          </w:tcPr>
          <w:p w14:paraId="65873554" w14:textId="77777777" w:rsidR="00836752" w:rsidRDefault="00836752"/>
        </w:tc>
      </w:tr>
      <w:tr w:rsidR="00836752" w14:paraId="0EEA7B68" w14:textId="77777777">
        <w:trPr>
          <w:jc w:val="center"/>
        </w:trPr>
        <w:tc>
          <w:tcPr>
            <w:tcW w:w="3888" w:type="dxa"/>
          </w:tcPr>
          <w:p w14:paraId="522A14B9" w14:textId="77777777" w:rsidR="00836752" w:rsidRDefault="00836752"/>
        </w:tc>
        <w:tc>
          <w:tcPr>
            <w:tcW w:w="3168" w:type="dxa"/>
          </w:tcPr>
          <w:p w14:paraId="3369EE46" w14:textId="77777777" w:rsidR="00836752" w:rsidRDefault="00836752"/>
        </w:tc>
        <w:tc>
          <w:tcPr>
            <w:tcW w:w="3312" w:type="dxa"/>
          </w:tcPr>
          <w:p w14:paraId="01E6D0F2" w14:textId="77777777" w:rsidR="00836752" w:rsidRDefault="00836752"/>
        </w:tc>
      </w:tr>
      <w:tr w:rsidR="00836752" w14:paraId="42B074BC" w14:textId="77777777">
        <w:trPr>
          <w:jc w:val="center"/>
        </w:trPr>
        <w:tc>
          <w:tcPr>
            <w:tcW w:w="3888" w:type="dxa"/>
          </w:tcPr>
          <w:p w14:paraId="548CEDB2" w14:textId="77777777" w:rsidR="00836752" w:rsidRDefault="00836752"/>
        </w:tc>
        <w:tc>
          <w:tcPr>
            <w:tcW w:w="3168" w:type="dxa"/>
          </w:tcPr>
          <w:p w14:paraId="3D8796E3" w14:textId="77777777" w:rsidR="00836752" w:rsidRDefault="00836752"/>
        </w:tc>
        <w:tc>
          <w:tcPr>
            <w:tcW w:w="3312" w:type="dxa"/>
          </w:tcPr>
          <w:p w14:paraId="15B45869" w14:textId="77777777" w:rsidR="00836752" w:rsidRDefault="00836752"/>
        </w:tc>
      </w:tr>
    </w:tbl>
    <w:p w14:paraId="067B19CE" w14:textId="77777777" w:rsidR="00836752" w:rsidRDefault="00836752"/>
    <w:p w14:paraId="3B99AE95" w14:textId="254AA6C4" w:rsidR="00836752" w:rsidRDefault="00000000">
      <w:pPr>
        <w:pStyle w:val="Heading1"/>
      </w:pPr>
      <w:r>
        <w:t>Visibility &amp; Engagement Planner</w:t>
      </w:r>
    </w:p>
    <w:tbl>
      <w:tblPr>
        <w:tblStyle w:val="TableGrid"/>
        <w:tblW w:w="0" w:type="auto"/>
        <w:jc w:val="center"/>
        <w:tblLook w:val="04A0" w:firstRow="1" w:lastRow="0" w:firstColumn="1" w:lastColumn="0" w:noHBand="0" w:noVBand="1"/>
      </w:tblPr>
      <w:tblGrid>
        <w:gridCol w:w="1123"/>
        <w:gridCol w:w="3033"/>
        <w:gridCol w:w="3003"/>
        <w:gridCol w:w="3055"/>
      </w:tblGrid>
      <w:tr w:rsidR="00836752" w14:paraId="5899F3FE" w14:textId="77777777">
        <w:trPr>
          <w:jc w:val="center"/>
        </w:trPr>
        <w:tc>
          <w:tcPr>
            <w:tcW w:w="1152" w:type="dxa"/>
            <w:shd w:val="clear" w:color="auto" w:fill="081A49"/>
          </w:tcPr>
          <w:p w14:paraId="11CB4D31" w14:textId="77777777" w:rsidR="00836752" w:rsidRDefault="00000000">
            <w:r>
              <w:rPr>
                <w:b/>
                <w:color w:val="FFFFFF"/>
              </w:rPr>
              <w:t>Week</w:t>
            </w:r>
          </w:p>
        </w:tc>
        <w:tc>
          <w:tcPr>
            <w:tcW w:w="3168" w:type="dxa"/>
            <w:shd w:val="clear" w:color="auto" w:fill="081A49"/>
          </w:tcPr>
          <w:p w14:paraId="3F5D1A15" w14:textId="77777777" w:rsidR="00836752" w:rsidRDefault="00000000">
            <w:r>
              <w:rPr>
                <w:b/>
                <w:color w:val="FFFFFF"/>
              </w:rPr>
              <w:t>People / Companies to follow</w:t>
            </w:r>
          </w:p>
        </w:tc>
        <w:tc>
          <w:tcPr>
            <w:tcW w:w="3168" w:type="dxa"/>
            <w:shd w:val="clear" w:color="auto" w:fill="081A49"/>
          </w:tcPr>
          <w:p w14:paraId="71BE63D4" w14:textId="77777777" w:rsidR="00836752" w:rsidRDefault="00000000">
            <w:r>
              <w:rPr>
                <w:b/>
                <w:color w:val="FFFFFF"/>
              </w:rPr>
              <w:t>Posts to engage with</w:t>
            </w:r>
          </w:p>
        </w:tc>
        <w:tc>
          <w:tcPr>
            <w:tcW w:w="3168" w:type="dxa"/>
            <w:shd w:val="clear" w:color="auto" w:fill="081A49"/>
          </w:tcPr>
          <w:p w14:paraId="3008B1CE" w14:textId="77777777" w:rsidR="00836752" w:rsidRDefault="00000000">
            <w:r>
              <w:rPr>
                <w:b/>
                <w:color w:val="FFFFFF"/>
              </w:rPr>
              <w:t>Messages / conversations started</w:t>
            </w:r>
          </w:p>
        </w:tc>
      </w:tr>
      <w:tr w:rsidR="00836752" w14:paraId="0A6E9440" w14:textId="77777777">
        <w:trPr>
          <w:jc w:val="center"/>
        </w:trPr>
        <w:tc>
          <w:tcPr>
            <w:tcW w:w="1152" w:type="dxa"/>
          </w:tcPr>
          <w:p w14:paraId="25322E0B" w14:textId="77777777" w:rsidR="00836752" w:rsidRDefault="00000000">
            <w:r>
              <w:t>1</w:t>
            </w:r>
          </w:p>
        </w:tc>
        <w:tc>
          <w:tcPr>
            <w:tcW w:w="3168" w:type="dxa"/>
          </w:tcPr>
          <w:p w14:paraId="111D1C83" w14:textId="77777777" w:rsidR="00836752" w:rsidRDefault="00836752"/>
        </w:tc>
        <w:tc>
          <w:tcPr>
            <w:tcW w:w="3168" w:type="dxa"/>
          </w:tcPr>
          <w:p w14:paraId="24DB9021" w14:textId="77777777" w:rsidR="00836752" w:rsidRDefault="00836752"/>
        </w:tc>
        <w:tc>
          <w:tcPr>
            <w:tcW w:w="3168" w:type="dxa"/>
          </w:tcPr>
          <w:p w14:paraId="163500DB" w14:textId="77777777" w:rsidR="00836752" w:rsidRDefault="00836752"/>
        </w:tc>
      </w:tr>
      <w:tr w:rsidR="00836752" w14:paraId="4D97A837" w14:textId="77777777">
        <w:trPr>
          <w:jc w:val="center"/>
        </w:trPr>
        <w:tc>
          <w:tcPr>
            <w:tcW w:w="1152" w:type="dxa"/>
          </w:tcPr>
          <w:p w14:paraId="4F3A01B0" w14:textId="77777777" w:rsidR="00836752" w:rsidRDefault="00000000">
            <w:r>
              <w:t>2</w:t>
            </w:r>
          </w:p>
        </w:tc>
        <w:tc>
          <w:tcPr>
            <w:tcW w:w="3168" w:type="dxa"/>
          </w:tcPr>
          <w:p w14:paraId="7F5F9DBE" w14:textId="77777777" w:rsidR="00836752" w:rsidRDefault="00836752"/>
        </w:tc>
        <w:tc>
          <w:tcPr>
            <w:tcW w:w="3168" w:type="dxa"/>
          </w:tcPr>
          <w:p w14:paraId="123375F1" w14:textId="77777777" w:rsidR="00836752" w:rsidRDefault="00836752"/>
        </w:tc>
        <w:tc>
          <w:tcPr>
            <w:tcW w:w="3168" w:type="dxa"/>
          </w:tcPr>
          <w:p w14:paraId="5B405206" w14:textId="77777777" w:rsidR="00836752" w:rsidRDefault="00836752"/>
        </w:tc>
      </w:tr>
      <w:tr w:rsidR="00836752" w14:paraId="0963BB15" w14:textId="77777777">
        <w:trPr>
          <w:jc w:val="center"/>
        </w:trPr>
        <w:tc>
          <w:tcPr>
            <w:tcW w:w="1152" w:type="dxa"/>
          </w:tcPr>
          <w:p w14:paraId="4E1D1F5F" w14:textId="77777777" w:rsidR="00836752" w:rsidRDefault="00000000">
            <w:r>
              <w:t>3</w:t>
            </w:r>
          </w:p>
        </w:tc>
        <w:tc>
          <w:tcPr>
            <w:tcW w:w="3168" w:type="dxa"/>
          </w:tcPr>
          <w:p w14:paraId="4E494DBC" w14:textId="77777777" w:rsidR="00836752" w:rsidRDefault="00836752"/>
        </w:tc>
        <w:tc>
          <w:tcPr>
            <w:tcW w:w="3168" w:type="dxa"/>
          </w:tcPr>
          <w:p w14:paraId="6D381769" w14:textId="77777777" w:rsidR="00836752" w:rsidRDefault="00836752"/>
        </w:tc>
        <w:tc>
          <w:tcPr>
            <w:tcW w:w="3168" w:type="dxa"/>
          </w:tcPr>
          <w:p w14:paraId="1BE7097D" w14:textId="77777777" w:rsidR="00836752" w:rsidRDefault="00836752"/>
        </w:tc>
      </w:tr>
      <w:tr w:rsidR="00836752" w14:paraId="5467492D" w14:textId="77777777">
        <w:trPr>
          <w:jc w:val="center"/>
        </w:trPr>
        <w:tc>
          <w:tcPr>
            <w:tcW w:w="1152" w:type="dxa"/>
          </w:tcPr>
          <w:p w14:paraId="520CD0B8" w14:textId="77777777" w:rsidR="00836752" w:rsidRDefault="00000000">
            <w:r>
              <w:t>4</w:t>
            </w:r>
          </w:p>
        </w:tc>
        <w:tc>
          <w:tcPr>
            <w:tcW w:w="3168" w:type="dxa"/>
          </w:tcPr>
          <w:p w14:paraId="50B0169B" w14:textId="77777777" w:rsidR="00836752" w:rsidRDefault="00836752"/>
        </w:tc>
        <w:tc>
          <w:tcPr>
            <w:tcW w:w="3168" w:type="dxa"/>
          </w:tcPr>
          <w:p w14:paraId="0E602A81" w14:textId="77777777" w:rsidR="00836752" w:rsidRDefault="00836752"/>
        </w:tc>
        <w:tc>
          <w:tcPr>
            <w:tcW w:w="3168" w:type="dxa"/>
          </w:tcPr>
          <w:p w14:paraId="1A4B4373" w14:textId="77777777" w:rsidR="00836752" w:rsidRDefault="00836752"/>
        </w:tc>
      </w:tr>
    </w:tbl>
    <w:p w14:paraId="196F183E" w14:textId="77777777" w:rsidR="00836752" w:rsidRDefault="00836752"/>
    <w:p w14:paraId="5601D4A5" w14:textId="71594959" w:rsidR="00836752" w:rsidRDefault="00000000">
      <w:pPr>
        <w:pStyle w:val="Heading1"/>
      </w:pPr>
      <w:r>
        <w:lastRenderedPageBreak/>
        <w:t>Final Copy Holding Page</w:t>
      </w:r>
    </w:p>
    <w:p w14:paraId="1F479AC8" w14:textId="77777777" w:rsidR="00836752" w:rsidRDefault="00000000">
      <w:r>
        <w:t>Use this page to hold your final versions before copying them into LinkedIn.</w:t>
      </w:r>
    </w:p>
    <w:p w14:paraId="1909A028" w14:textId="77777777" w:rsidR="00836752" w:rsidRDefault="00000000">
      <w:pPr>
        <w:pStyle w:val="Heading2"/>
      </w:pPr>
      <w:r>
        <w:t>Final Headline</w:t>
      </w:r>
    </w:p>
    <w:p w14:paraId="2151EC89" w14:textId="77777777" w:rsidR="00836752" w:rsidRDefault="00000000">
      <w:pPr>
        <w:spacing w:after="0"/>
      </w:pPr>
      <w:r>
        <w:t>________________________________________________________________________________</w:t>
      </w:r>
    </w:p>
    <w:p w14:paraId="5EEBFA9E" w14:textId="77777777" w:rsidR="00836752" w:rsidRDefault="00000000">
      <w:pPr>
        <w:spacing w:after="0"/>
      </w:pPr>
      <w:r>
        <w:t>________________________________________________________________________________</w:t>
      </w:r>
    </w:p>
    <w:p w14:paraId="1DFA57BE" w14:textId="77777777" w:rsidR="00836752" w:rsidRDefault="00000000">
      <w:pPr>
        <w:spacing w:after="0"/>
      </w:pPr>
      <w:r>
        <w:t>________________________________________________________________________________</w:t>
      </w:r>
    </w:p>
    <w:p w14:paraId="2804CD6C" w14:textId="77777777" w:rsidR="00836752" w:rsidRDefault="00000000">
      <w:pPr>
        <w:spacing w:after="0"/>
      </w:pPr>
      <w:r>
        <w:t>________________________________________________________________________________</w:t>
      </w:r>
    </w:p>
    <w:p w14:paraId="5B4960F4" w14:textId="77777777" w:rsidR="00836752" w:rsidRDefault="00000000">
      <w:pPr>
        <w:spacing w:after="0"/>
      </w:pPr>
      <w:r>
        <w:t>________________________________________________________________________________</w:t>
      </w:r>
    </w:p>
    <w:p w14:paraId="29195DBD" w14:textId="77777777" w:rsidR="00836752" w:rsidRDefault="00000000">
      <w:pPr>
        <w:spacing w:after="0"/>
      </w:pPr>
      <w:r>
        <w:t>________________________________________________________________________________</w:t>
      </w:r>
    </w:p>
    <w:p w14:paraId="4D2DE11E" w14:textId="77777777" w:rsidR="00836752" w:rsidRDefault="00000000">
      <w:pPr>
        <w:spacing w:after="0"/>
      </w:pPr>
      <w:r>
        <w:t>________________________________________________________________________________</w:t>
      </w:r>
    </w:p>
    <w:p w14:paraId="74222458" w14:textId="77777777" w:rsidR="00836752" w:rsidRDefault="00000000">
      <w:pPr>
        <w:spacing w:after="0"/>
      </w:pPr>
      <w:r>
        <w:t>________________________________________________________________________________</w:t>
      </w:r>
    </w:p>
    <w:p w14:paraId="5CD94C1D" w14:textId="77777777" w:rsidR="00836752" w:rsidRDefault="00000000">
      <w:pPr>
        <w:pStyle w:val="Heading2"/>
      </w:pPr>
      <w:r>
        <w:t>Final About Section</w:t>
      </w:r>
    </w:p>
    <w:p w14:paraId="1749D007" w14:textId="77777777" w:rsidR="00836752" w:rsidRDefault="00000000">
      <w:pPr>
        <w:spacing w:after="0"/>
      </w:pPr>
      <w:r>
        <w:t>________________________________________________________________________________</w:t>
      </w:r>
    </w:p>
    <w:p w14:paraId="05BE47B5" w14:textId="77777777" w:rsidR="00836752" w:rsidRDefault="00000000">
      <w:pPr>
        <w:spacing w:after="0"/>
      </w:pPr>
      <w:r>
        <w:t>________________________________________________________________________________</w:t>
      </w:r>
    </w:p>
    <w:p w14:paraId="6FD18FD7" w14:textId="77777777" w:rsidR="00836752" w:rsidRDefault="00000000">
      <w:pPr>
        <w:spacing w:after="0"/>
      </w:pPr>
      <w:r>
        <w:t>________________________________________________________________________________</w:t>
      </w:r>
    </w:p>
    <w:p w14:paraId="558827EF" w14:textId="77777777" w:rsidR="00836752" w:rsidRDefault="00000000">
      <w:pPr>
        <w:spacing w:after="0"/>
      </w:pPr>
      <w:r>
        <w:t>________________________________________________________________________________</w:t>
      </w:r>
    </w:p>
    <w:p w14:paraId="6370ED57" w14:textId="77777777" w:rsidR="00836752" w:rsidRDefault="00000000">
      <w:pPr>
        <w:spacing w:after="0"/>
      </w:pPr>
      <w:r>
        <w:t>________________________________________________________________________________</w:t>
      </w:r>
    </w:p>
    <w:p w14:paraId="7E4E038F" w14:textId="77777777" w:rsidR="00836752" w:rsidRDefault="00000000">
      <w:pPr>
        <w:spacing w:after="0"/>
      </w:pPr>
      <w:r>
        <w:t>________________________________________________________________________________</w:t>
      </w:r>
    </w:p>
    <w:p w14:paraId="11EB86CE" w14:textId="77777777" w:rsidR="00836752" w:rsidRDefault="00000000">
      <w:pPr>
        <w:spacing w:after="0"/>
      </w:pPr>
      <w:r>
        <w:t>________________________________________________________________________________</w:t>
      </w:r>
    </w:p>
    <w:p w14:paraId="139F3813" w14:textId="77777777" w:rsidR="00836752" w:rsidRDefault="00000000">
      <w:pPr>
        <w:spacing w:after="0"/>
      </w:pPr>
      <w:r>
        <w:t>________________________________________________________________________________</w:t>
      </w:r>
    </w:p>
    <w:p w14:paraId="5E36DCF5" w14:textId="77777777" w:rsidR="00836752" w:rsidRDefault="00000000">
      <w:pPr>
        <w:pStyle w:val="Heading2"/>
      </w:pPr>
      <w:r>
        <w:t>Final Current Role Entry</w:t>
      </w:r>
    </w:p>
    <w:p w14:paraId="79C79BB6" w14:textId="77777777" w:rsidR="00836752" w:rsidRDefault="00000000">
      <w:pPr>
        <w:spacing w:after="0"/>
      </w:pPr>
      <w:r>
        <w:t>________________________________________________________________________________</w:t>
      </w:r>
    </w:p>
    <w:p w14:paraId="79AD86DB" w14:textId="77777777" w:rsidR="00836752" w:rsidRDefault="00000000">
      <w:pPr>
        <w:spacing w:after="0"/>
      </w:pPr>
      <w:r>
        <w:t>________________________________________________________________________________</w:t>
      </w:r>
    </w:p>
    <w:p w14:paraId="111B7593" w14:textId="77777777" w:rsidR="00836752" w:rsidRDefault="00000000">
      <w:pPr>
        <w:spacing w:after="0"/>
      </w:pPr>
      <w:r>
        <w:t>________________________________________________________________________________</w:t>
      </w:r>
    </w:p>
    <w:p w14:paraId="657A3F2C" w14:textId="77777777" w:rsidR="00836752" w:rsidRDefault="00000000">
      <w:pPr>
        <w:spacing w:after="0"/>
      </w:pPr>
      <w:r>
        <w:t>________________________________________________________________________________</w:t>
      </w:r>
    </w:p>
    <w:p w14:paraId="1DD672B9" w14:textId="77777777" w:rsidR="00836752" w:rsidRDefault="00000000">
      <w:pPr>
        <w:spacing w:after="0"/>
      </w:pPr>
      <w:r>
        <w:t>________________________________________________________________________________</w:t>
      </w:r>
    </w:p>
    <w:p w14:paraId="46FBE0B9" w14:textId="77777777" w:rsidR="00836752" w:rsidRDefault="00000000">
      <w:pPr>
        <w:spacing w:after="0"/>
      </w:pPr>
      <w:r>
        <w:t>________________________________________________________________________________</w:t>
      </w:r>
    </w:p>
    <w:p w14:paraId="47E8F7EB" w14:textId="77777777" w:rsidR="00836752" w:rsidRDefault="00000000">
      <w:pPr>
        <w:spacing w:after="0"/>
      </w:pPr>
      <w:r>
        <w:t>________________________________________________________________________________</w:t>
      </w:r>
    </w:p>
    <w:p w14:paraId="4F7BBCA0" w14:textId="77777777" w:rsidR="00836752" w:rsidRDefault="00000000">
      <w:pPr>
        <w:spacing w:after="0"/>
      </w:pPr>
      <w:r>
        <w:t>________________________________________________________________________________</w:t>
      </w:r>
    </w:p>
    <w:p w14:paraId="59002030" w14:textId="77777777" w:rsidR="00836752" w:rsidRDefault="00000000">
      <w:pPr>
        <w:pStyle w:val="Heading2"/>
      </w:pPr>
      <w:r>
        <w:t>Final Skills List</w:t>
      </w:r>
    </w:p>
    <w:p w14:paraId="74DFB803" w14:textId="77777777" w:rsidR="00836752" w:rsidRDefault="00000000">
      <w:pPr>
        <w:spacing w:after="0"/>
      </w:pPr>
      <w:r>
        <w:t>________________________________________________________________________________</w:t>
      </w:r>
    </w:p>
    <w:p w14:paraId="45A33E7B" w14:textId="77777777" w:rsidR="00836752" w:rsidRDefault="00000000">
      <w:pPr>
        <w:spacing w:after="0"/>
      </w:pPr>
      <w:r>
        <w:t>________________________________________________________________________________</w:t>
      </w:r>
    </w:p>
    <w:p w14:paraId="22A0C409" w14:textId="77777777" w:rsidR="00836752" w:rsidRDefault="00000000">
      <w:pPr>
        <w:spacing w:after="0"/>
      </w:pPr>
      <w:r>
        <w:t>________________________________________________________________________________</w:t>
      </w:r>
    </w:p>
    <w:p w14:paraId="0C8D4E76" w14:textId="77777777" w:rsidR="00836752" w:rsidRDefault="00000000">
      <w:pPr>
        <w:spacing w:after="0"/>
      </w:pPr>
      <w:r>
        <w:t>________________________________________________________________________________</w:t>
      </w:r>
    </w:p>
    <w:p w14:paraId="2407B965" w14:textId="77777777" w:rsidR="00836752" w:rsidRDefault="00000000">
      <w:pPr>
        <w:spacing w:after="0"/>
      </w:pPr>
      <w:r>
        <w:t>________________________________________________________________________________</w:t>
      </w:r>
    </w:p>
    <w:p w14:paraId="576017D4" w14:textId="77777777" w:rsidR="00836752" w:rsidRDefault="00000000">
      <w:pPr>
        <w:spacing w:after="0"/>
      </w:pPr>
      <w:r>
        <w:t>________________________________________________________________________________</w:t>
      </w:r>
    </w:p>
    <w:p w14:paraId="1C7F0C70" w14:textId="77777777" w:rsidR="00836752" w:rsidRDefault="00000000">
      <w:pPr>
        <w:spacing w:after="0"/>
      </w:pPr>
      <w:r>
        <w:t>________________________________________________________________________________</w:t>
      </w:r>
    </w:p>
    <w:p w14:paraId="510CF828" w14:textId="77777777" w:rsidR="00836752" w:rsidRDefault="00000000">
      <w:pPr>
        <w:spacing w:after="0"/>
      </w:pPr>
      <w:r>
        <w:t>________________________________________________________________________________</w:t>
      </w:r>
    </w:p>
    <w:p w14:paraId="7998FDB4" w14:textId="77777777" w:rsidR="00836752" w:rsidRDefault="00000000">
      <w:pPr>
        <w:pStyle w:val="Heading2"/>
      </w:pPr>
      <w:r>
        <w:t>Final Open to Work Job Titles</w:t>
      </w:r>
    </w:p>
    <w:p w14:paraId="7D49E729" w14:textId="77777777" w:rsidR="00836752" w:rsidRDefault="00000000">
      <w:pPr>
        <w:spacing w:after="0"/>
      </w:pPr>
      <w:r>
        <w:t>________________________________________________________________________________</w:t>
      </w:r>
    </w:p>
    <w:p w14:paraId="17360B01" w14:textId="77777777" w:rsidR="00836752" w:rsidRDefault="00000000">
      <w:pPr>
        <w:spacing w:after="0"/>
      </w:pPr>
      <w:r>
        <w:t>________________________________________________________________________________</w:t>
      </w:r>
    </w:p>
    <w:p w14:paraId="0F50E9A0" w14:textId="77777777" w:rsidR="00836752" w:rsidRDefault="00000000">
      <w:pPr>
        <w:spacing w:after="0"/>
      </w:pPr>
      <w:r>
        <w:t>________________________________________________________________________________</w:t>
      </w:r>
    </w:p>
    <w:p w14:paraId="2E1F64CF" w14:textId="77777777" w:rsidR="00836752" w:rsidRDefault="00000000">
      <w:pPr>
        <w:spacing w:after="0"/>
      </w:pPr>
      <w:r>
        <w:t>________________________________________________________________________________</w:t>
      </w:r>
    </w:p>
    <w:p w14:paraId="056B3032" w14:textId="77777777" w:rsidR="00836752" w:rsidRDefault="00000000">
      <w:pPr>
        <w:spacing w:after="0"/>
      </w:pPr>
      <w:r>
        <w:t>________________________________________________________________________________</w:t>
      </w:r>
    </w:p>
    <w:p w14:paraId="7C249D37" w14:textId="77777777" w:rsidR="00836752" w:rsidRDefault="00000000">
      <w:pPr>
        <w:spacing w:after="0"/>
      </w:pPr>
      <w:r>
        <w:lastRenderedPageBreak/>
        <w:t>________________________________________________________________________________</w:t>
      </w:r>
    </w:p>
    <w:p w14:paraId="23B049E2" w14:textId="77777777" w:rsidR="00836752" w:rsidRDefault="00000000">
      <w:pPr>
        <w:spacing w:after="0"/>
      </w:pPr>
      <w:r>
        <w:t>________________________________________________________________________________</w:t>
      </w:r>
    </w:p>
    <w:p w14:paraId="3D0F232A" w14:textId="77777777" w:rsidR="00836752" w:rsidRDefault="00000000">
      <w:pPr>
        <w:spacing w:after="0"/>
      </w:pPr>
      <w:r>
        <w:t>________________________________________________________________________________</w:t>
      </w:r>
    </w:p>
    <w:p w14:paraId="08C4E7B7" w14:textId="77777777" w:rsidR="00836752" w:rsidRDefault="00000000">
      <w:pPr>
        <w:pStyle w:val="Heading1"/>
      </w:pPr>
      <w:r>
        <w:t>Final Note</w:t>
      </w:r>
    </w:p>
    <w:p w14:paraId="04FA08B6" w14:textId="7C161B1D" w:rsidR="00836752" w:rsidRDefault="00000000">
      <w:r>
        <w:t>This workbook is not about making LinkedIn sound impressive for the sake of it</w:t>
      </w:r>
      <w:r w:rsidR="00ED3679">
        <w:t>, i</w:t>
      </w:r>
      <w:r>
        <w:t xml:space="preserve">t is about helping the right people find you, understand you and see where you fit. Your profile does not need to say </w:t>
      </w:r>
      <w:r w:rsidR="00ED3679">
        <w:t>everything; i</w:t>
      </w:r>
      <w:r>
        <w:t>t needs to say the right things clearly.</w:t>
      </w:r>
    </w:p>
    <w:sectPr w:rsidR="00836752" w:rsidSect="00034616">
      <w:footerReference w:type="default" r:id="rId9"/>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BC7E" w14:textId="77777777" w:rsidR="00ED0693" w:rsidRDefault="00ED0693">
      <w:pPr>
        <w:spacing w:after="0" w:line="240" w:lineRule="auto"/>
      </w:pPr>
      <w:r>
        <w:separator/>
      </w:r>
    </w:p>
  </w:endnote>
  <w:endnote w:type="continuationSeparator" w:id="0">
    <w:p w14:paraId="5C9A53AB" w14:textId="77777777" w:rsidR="00ED0693" w:rsidRDefault="00ED0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EA24" w14:textId="77777777" w:rsidR="00836752" w:rsidRDefault="00000000">
    <w:pPr>
      <w:pStyle w:val="Footer"/>
      <w:jc w:val="center"/>
    </w:pPr>
    <w:r>
      <w:rPr>
        <w:color w:val="081A49"/>
        <w:sz w:val="16"/>
      </w:rPr>
      <w:t>Career Social | LinkedIn Profile Workbook | © PCVW Ltd trading as Career Social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3DB2" w14:textId="77777777" w:rsidR="00ED0693" w:rsidRDefault="00ED0693">
      <w:pPr>
        <w:spacing w:after="0" w:line="240" w:lineRule="auto"/>
      </w:pPr>
      <w:r>
        <w:separator/>
      </w:r>
    </w:p>
  </w:footnote>
  <w:footnote w:type="continuationSeparator" w:id="0">
    <w:p w14:paraId="7C08C813" w14:textId="77777777" w:rsidR="00ED0693" w:rsidRDefault="00ED0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23437559">
    <w:abstractNumId w:val="8"/>
  </w:num>
  <w:num w:numId="2" w16cid:durableId="1130168416">
    <w:abstractNumId w:val="6"/>
  </w:num>
  <w:num w:numId="3" w16cid:durableId="949169957">
    <w:abstractNumId w:val="5"/>
  </w:num>
  <w:num w:numId="4" w16cid:durableId="1272007577">
    <w:abstractNumId w:val="4"/>
  </w:num>
  <w:num w:numId="5" w16cid:durableId="748229141">
    <w:abstractNumId w:val="7"/>
  </w:num>
  <w:num w:numId="6" w16cid:durableId="661809136">
    <w:abstractNumId w:val="3"/>
  </w:num>
  <w:num w:numId="7" w16cid:durableId="1703942823">
    <w:abstractNumId w:val="2"/>
  </w:num>
  <w:num w:numId="8" w16cid:durableId="1846901567">
    <w:abstractNumId w:val="1"/>
  </w:num>
  <w:num w:numId="9" w16cid:durableId="1506624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36752"/>
    <w:rsid w:val="008A6FEB"/>
    <w:rsid w:val="00AA1D8D"/>
    <w:rsid w:val="00B47730"/>
    <w:rsid w:val="00BE23A6"/>
    <w:rsid w:val="00CB0664"/>
    <w:rsid w:val="00ED0693"/>
    <w:rsid w:val="00ED3679"/>
    <w:rsid w:val="00FB29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254C1"/>
  <w14:defaultImageDpi w14:val="300"/>
  <w15:docId w15:val="{312A62CF-4E63-E648-8483-C827EF7F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81A4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A6A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C187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2831</Words>
  <Characters>53789</Characters>
  <Application>Microsoft Office Word</Application>
  <DocSecurity>0</DocSecurity>
  <Lines>1014</Lines>
  <Paragraphs>884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Claire Lyon</cp:lastModifiedBy>
  <cp:revision>3</cp:revision>
  <dcterms:created xsi:type="dcterms:W3CDTF">2026-05-03T14:05:00Z</dcterms:created>
  <dcterms:modified xsi:type="dcterms:W3CDTF">2026-05-03T14:10:00Z</dcterms:modified>
  <cp:category/>
</cp:coreProperties>
</file>